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CB4CD" w14:textId="77777777" w:rsidR="00CB23A0" w:rsidRDefault="00CB23A0" w:rsidP="00BB0B0B">
      <w:pPr>
        <w:ind w:left="720" w:hanging="360"/>
      </w:pPr>
    </w:p>
    <w:p w14:paraId="7B1B1F3A" w14:textId="4D474740" w:rsidR="00CB23A0" w:rsidRPr="00CB23A0" w:rsidRDefault="00CB23A0" w:rsidP="00CB23A0">
      <w:pPr>
        <w:pStyle w:val="Heading2"/>
        <w:ind w:left="360"/>
        <w:jc w:val="center"/>
        <w:rPr>
          <w:sz w:val="36"/>
          <w:szCs w:val="36"/>
          <w:u w:val="single"/>
        </w:rPr>
      </w:pPr>
      <w:r w:rsidRPr="00CB23A0">
        <w:rPr>
          <w:sz w:val="36"/>
          <w:szCs w:val="36"/>
          <w:u w:val="single"/>
        </w:rPr>
        <w:t>Week 4 Worksheets.</w:t>
      </w:r>
    </w:p>
    <w:p w14:paraId="067A9E93" w14:textId="63C0EB98" w:rsidR="00C00991" w:rsidRPr="001D7228" w:rsidRDefault="00C00991" w:rsidP="00BB0B0B">
      <w:pPr>
        <w:pStyle w:val="Heading2"/>
        <w:numPr>
          <w:ilvl w:val="0"/>
          <w:numId w:val="10"/>
        </w:numPr>
        <w:rPr>
          <w:rFonts w:asciiTheme="minorHAnsi" w:hAnsiTheme="minorHAnsi"/>
          <w:sz w:val="24"/>
          <w:szCs w:val="24"/>
        </w:rPr>
      </w:pPr>
      <w:r w:rsidRPr="001D7228">
        <w:rPr>
          <w:rFonts w:asciiTheme="minorHAnsi" w:hAnsiTheme="minorHAnsi"/>
          <w:sz w:val="24"/>
          <w:szCs w:val="24"/>
        </w:rPr>
        <w:t>Identify Safety Symbols and Warnings</w:t>
      </w:r>
    </w:p>
    <w:p w14:paraId="2B72D769" w14:textId="77777777" w:rsidR="00BB0B0B" w:rsidRPr="001D7228" w:rsidRDefault="00BB0B0B" w:rsidP="00BB0B0B">
      <w:pPr>
        <w:rPr>
          <w:sz w:val="24"/>
          <w:szCs w:val="24"/>
        </w:rPr>
      </w:pPr>
    </w:p>
    <w:p w14:paraId="19A5B2A1" w14:textId="216FC761" w:rsidR="00BB0B0B" w:rsidRPr="001D7228" w:rsidRDefault="00C00991" w:rsidP="00BB0B0B">
      <w:pPr>
        <w:rPr>
          <w:sz w:val="24"/>
          <w:szCs w:val="24"/>
        </w:rPr>
      </w:pPr>
      <w:r w:rsidRPr="001D7228">
        <w:rPr>
          <w:b/>
          <w:bCs/>
          <w:sz w:val="24"/>
          <w:szCs w:val="24"/>
        </w:rPr>
        <w:t>Instructions</w:t>
      </w:r>
      <w:proofErr w:type="gramStart"/>
      <w:r w:rsidRPr="001D7228">
        <w:rPr>
          <w:b/>
          <w:bCs/>
          <w:sz w:val="24"/>
          <w:szCs w:val="24"/>
        </w:rPr>
        <w:t>:</w:t>
      </w:r>
      <w:proofErr w:type="gramEnd"/>
      <w:r w:rsidRPr="001D7228">
        <w:rPr>
          <w:sz w:val="24"/>
          <w:szCs w:val="24"/>
        </w:rPr>
        <w:br/>
        <w:t xml:space="preserve">Review </w:t>
      </w:r>
      <w:r w:rsidR="0071152D" w:rsidRPr="001D7228">
        <w:rPr>
          <w:sz w:val="24"/>
          <w:szCs w:val="24"/>
        </w:rPr>
        <w:t>you</w:t>
      </w:r>
      <w:r w:rsidR="00BB0B0B" w:rsidRPr="001D7228">
        <w:rPr>
          <w:sz w:val="24"/>
          <w:szCs w:val="24"/>
        </w:rPr>
        <w:t>r</w:t>
      </w:r>
      <w:r w:rsidR="0071152D" w:rsidRPr="001D7228">
        <w:rPr>
          <w:sz w:val="24"/>
          <w:szCs w:val="24"/>
        </w:rPr>
        <w:t xml:space="preserve"> tools</w:t>
      </w:r>
      <w:r w:rsidRPr="001D7228">
        <w:rPr>
          <w:sz w:val="24"/>
          <w:szCs w:val="24"/>
        </w:rPr>
        <w:t xml:space="preserve"> and locate the following symbols:</w:t>
      </w:r>
    </w:p>
    <w:p w14:paraId="29221843" w14:textId="2C22E791" w:rsidR="00C00991" w:rsidRPr="001D7228" w:rsidRDefault="00C00991" w:rsidP="00C00991">
      <w:pPr>
        <w:rPr>
          <w:sz w:val="24"/>
          <w:szCs w:val="24"/>
        </w:rPr>
      </w:pPr>
      <w:r w:rsidRPr="001D7228">
        <w:rPr>
          <w:sz w:val="24"/>
          <w:szCs w:val="24"/>
        </w:rPr>
        <w:br/>
        <w:t>- Warning Labels</w:t>
      </w:r>
      <w:r w:rsidRPr="001D7228">
        <w:rPr>
          <w:sz w:val="24"/>
          <w:szCs w:val="24"/>
        </w:rPr>
        <w:br/>
        <w:t>- Electrical Hazard Symbols</w:t>
      </w:r>
      <w:r w:rsidRPr="001D7228">
        <w:rPr>
          <w:sz w:val="24"/>
          <w:szCs w:val="24"/>
        </w:rPr>
        <w:br/>
        <w:t>- Personal Protective Equipment (PPE) icons</w:t>
      </w:r>
      <w:r w:rsidRPr="001D7228">
        <w:rPr>
          <w:sz w:val="24"/>
          <w:szCs w:val="24"/>
        </w:rPr>
        <w:br/>
        <w:t>- Pinch point or moving part warnings</w:t>
      </w:r>
      <w:r w:rsidRPr="001D7228">
        <w:rPr>
          <w:sz w:val="24"/>
          <w:szCs w:val="24"/>
        </w:rPr>
        <w:br/>
      </w:r>
      <w:r w:rsidRPr="001D7228">
        <w:rPr>
          <w:sz w:val="24"/>
          <w:szCs w:val="24"/>
        </w:rPr>
        <w:br/>
      </w:r>
      <w:proofErr w:type="gramStart"/>
      <w:r w:rsidR="00BB0B0B" w:rsidRPr="001D7228">
        <w:rPr>
          <w:sz w:val="24"/>
          <w:szCs w:val="24"/>
        </w:rPr>
        <w:t>Match</w:t>
      </w:r>
      <w:proofErr w:type="gramEnd"/>
      <w:r w:rsidR="00BB0B0B" w:rsidRPr="001D7228">
        <w:rPr>
          <w:sz w:val="24"/>
          <w:szCs w:val="24"/>
        </w:rPr>
        <w:t xml:space="preserve"> </w:t>
      </w:r>
      <w:r w:rsidRPr="001D7228">
        <w:rPr>
          <w:sz w:val="24"/>
          <w:szCs w:val="24"/>
        </w:rPr>
        <w:t>the symbol to its meaning using the chart below.</w:t>
      </w:r>
    </w:p>
    <w:p w14:paraId="1C099849" w14:textId="3E8E51C4" w:rsidR="00C00991" w:rsidRPr="00BC6D43" w:rsidRDefault="00C00991" w:rsidP="00C00991">
      <w:pPr>
        <w:rPr>
          <w:b/>
          <w:sz w:val="24"/>
          <w:szCs w:val="24"/>
          <w:u w:val="single"/>
        </w:rPr>
      </w:pPr>
      <w:r w:rsidRPr="00BC6D43">
        <w:rPr>
          <w:b/>
          <w:sz w:val="24"/>
          <w:szCs w:val="24"/>
          <w:u w:val="single"/>
        </w:rPr>
        <w:t>Safety Symbols Chart</w:t>
      </w:r>
      <w:r w:rsidR="0071152D" w:rsidRPr="00BC6D43">
        <w:rPr>
          <w:b/>
          <w:sz w:val="24"/>
          <w:szCs w:val="24"/>
          <w:u w:val="single"/>
        </w:rPr>
        <w:t>.</w:t>
      </w:r>
      <w:r w:rsidR="00BC6D43" w:rsidRPr="00BC6D43">
        <w:rPr>
          <w:b/>
          <w:noProof/>
          <w:sz w:val="24"/>
          <w:szCs w:val="24"/>
          <w:u w:val="single"/>
        </w:rPr>
        <w:t xml:space="preserve"> </w:t>
      </w:r>
    </w:p>
    <w:p w14:paraId="00D9008D" w14:textId="4D8E2B47" w:rsidR="00BB0B0B" w:rsidRPr="001D7228" w:rsidRDefault="00BC6D43" w:rsidP="00C00991">
      <w:pPr>
        <w:pStyle w:val="Heading2"/>
        <w:rPr>
          <w:rFonts w:asciiTheme="minorHAnsi" w:hAnsiTheme="minorHAnsi"/>
          <w:sz w:val="24"/>
          <w:szCs w:val="24"/>
        </w:rPr>
      </w:pPr>
      <w:r>
        <w:rPr>
          <w:rFonts w:asciiTheme="minorHAnsi" w:hAnsiTheme="minorHAnsi"/>
          <w:noProof/>
          <w:sz w:val="24"/>
          <w:szCs w:val="24"/>
        </w:rPr>
        <w:drawing>
          <wp:inline distT="0" distB="0" distL="0" distR="0" wp14:anchorId="621F32BC" wp14:editId="7267A7D0">
            <wp:extent cx="5943600" cy="1792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16 120630.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inline>
        </w:drawing>
      </w:r>
    </w:p>
    <w:p w14:paraId="420921ED" w14:textId="3A8ACBAC" w:rsidR="00C00991" w:rsidRPr="001D7228" w:rsidRDefault="00C00991" w:rsidP="00BB0B0B">
      <w:pPr>
        <w:pStyle w:val="Heading2"/>
        <w:numPr>
          <w:ilvl w:val="0"/>
          <w:numId w:val="10"/>
        </w:numPr>
        <w:rPr>
          <w:rFonts w:asciiTheme="minorHAnsi" w:hAnsiTheme="minorHAnsi"/>
          <w:sz w:val="24"/>
          <w:szCs w:val="24"/>
        </w:rPr>
      </w:pPr>
      <w:proofErr w:type="gramStart"/>
      <w:r w:rsidRPr="001D7228">
        <w:rPr>
          <w:rFonts w:asciiTheme="minorHAnsi" w:hAnsiTheme="minorHAnsi"/>
          <w:sz w:val="24"/>
          <w:szCs w:val="24"/>
        </w:rPr>
        <w:t xml:space="preserve">Safety </w:t>
      </w:r>
      <w:r w:rsidR="00BB0B0B" w:rsidRPr="001D7228">
        <w:rPr>
          <w:rFonts w:asciiTheme="minorHAnsi" w:hAnsiTheme="minorHAnsi"/>
          <w:sz w:val="24"/>
          <w:szCs w:val="24"/>
        </w:rPr>
        <w:t>c</w:t>
      </w:r>
      <w:r w:rsidRPr="001D7228">
        <w:rPr>
          <w:rFonts w:asciiTheme="minorHAnsi" w:hAnsiTheme="minorHAnsi"/>
          <w:sz w:val="24"/>
          <w:szCs w:val="24"/>
        </w:rPr>
        <w:t xml:space="preserve">hecklist </w:t>
      </w:r>
      <w:r w:rsidR="00BB0B0B" w:rsidRPr="001D7228">
        <w:rPr>
          <w:rFonts w:asciiTheme="minorHAnsi" w:hAnsiTheme="minorHAnsi"/>
          <w:sz w:val="24"/>
          <w:szCs w:val="24"/>
        </w:rPr>
        <w:t>b</w:t>
      </w:r>
      <w:r w:rsidRPr="001D7228">
        <w:rPr>
          <w:rFonts w:asciiTheme="minorHAnsi" w:hAnsiTheme="minorHAnsi"/>
          <w:sz w:val="24"/>
          <w:szCs w:val="24"/>
        </w:rPr>
        <w:t xml:space="preserve">efore </w:t>
      </w:r>
      <w:r w:rsidR="00BB0B0B" w:rsidRPr="001D7228">
        <w:rPr>
          <w:rFonts w:asciiTheme="minorHAnsi" w:hAnsiTheme="minorHAnsi"/>
          <w:sz w:val="24"/>
          <w:szCs w:val="24"/>
        </w:rPr>
        <w:t>p</w:t>
      </w:r>
      <w:r w:rsidRPr="001D7228">
        <w:rPr>
          <w:rFonts w:asciiTheme="minorHAnsi" w:hAnsiTheme="minorHAnsi"/>
          <w:sz w:val="24"/>
          <w:szCs w:val="24"/>
        </w:rPr>
        <w:t xml:space="preserve">lugging </w:t>
      </w:r>
      <w:r w:rsidR="00BB0B0B" w:rsidRPr="001D7228">
        <w:rPr>
          <w:rFonts w:asciiTheme="minorHAnsi" w:hAnsiTheme="minorHAnsi"/>
          <w:sz w:val="24"/>
          <w:szCs w:val="24"/>
        </w:rPr>
        <w:t>i</w:t>
      </w:r>
      <w:r w:rsidRPr="001D7228">
        <w:rPr>
          <w:rFonts w:asciiTheme="minorHAnsi" w:hAnsiTheme="minorHAnsi"/>
          <w:sz w:val="24"/>
          <w:szCs w:val="24"/>
        </w:rPr>
        <w:t xml:space="preserve">n a </w:t>
      </w:r>
      <w:r w:rsidR="00BB0B0B" w:rsidRPr="001D7228">
        <w:rPr>
          <w:rFonts w:asciiTheme="minorHAnsi" w:hAnsiTheme="minorHAnsi"/>
          <w:sz w:val="24"/>
          <w:szCs w:val="24"/>
        </w:rPr>
        <w:t>t</w:t>
      </w:r>
      <w:r w:rsidRPr="001D7228">
        <w:rPr>
          <w:rFonts w:asciiTheme="minorHAnsi" w:hAnsiTheme="minorHAnsi"/>
          <w:sz w:val="24"/>
          <w:szCs w:val="24"/>
        </w:rPr>
        <w:t>ool</w:t>
      </w:r>
      <w:r w:rsidR="00BB0B0B" w:rsidRPr="001D7228">
        <w:rPr>
          <w:rFonts w:asciiTheme="minorHAnsi" w:hAnsiTheme="minorHAnsi"/>
          <w:sz w:val="24"/>
          <w:szCs w:val="24"/>
        </w:rPr>
        <w:t>.</w:t>
      </w:r>
      <w:proofErr w:type="gramEnd"/>
    </w:p>
    <w:p w14:paraId="72A18C28" w14:textId="77777777" w:rsidR="00BB0B0B" w:rsidRPr="001D7228" w:rsidRDefault="00BB0B0B" w:rsidP="00BB0B0B">
      <w:pPr>
        <w:pStyle w:val="ListParagraph"/>
        <w:rPr>
          <w:sz w:val="24"/>
          <w:szCs w:val="24"/>
        </w:rPr>
      </w:pPr>
    </w:p>
    <w:p w14:paraId="7367608E" w14:textId="77777777" w:rsidR="00C00991" w:rsidRPr="001D7228" w:rsidRDefault="00C00991" w:rsidP="00C00991">
      <w:pPr>
        <w:rPr>
          <w:sz w:val="24"/>
          <w:szCs w:val="24"/>
        </w:rPr>
      </w:pPr>
      <w:r w:rsidRPr="001D7228">
        <w:rPr>
          <w:sz w:val="24"/>
          <w:szCs w:val="24"/>
        </w:rPr>
        <w:t>Use the checklist below before operating any power tool:</w:t>
      </w:r>
    </w:p>
    <w:tbl>
      <w:tblPr>
        <w:tblStyle w:val="TableGrid"/>
        <w:tblW w:w="0" w:type="auto"/>
        <w:tblLook w:val="04A0" w:firstRow="1" w:lastRow="0" w:firstColumn="1" w:lastColumn="0" w:noHBand="0" w:noVBand="1"/>
      </w:tblPr>
      <w:tblGrid>
        <w:gridCol w:w="4789"/>
        <w:gridCol w:w="4787"/>
      </w:tblGrid>
      <w:tr w:rsidR="00C00991" w:rsidRPr="001D7228" w14:paraId="016BE15F" w14:textId="77777777" w:rsidTr="0071152D">
        <w:tc>
          <w:tcPr>
            <w:tcW w:w="4855" w:type="dxa"/>
          </w:tcPr>
          <w:p w14:paraId="5FF01129" w14:textId="77777777" w:rsidR="00C00991" w:rsidRPr="001D7228" w:rsidRDefault="00C00991" w:rsidP="0071152D">
            <w:pPr>
              <w:jc w:val="center"/>
              <w:rPr>
                <w:b/>
                <w:bCs/>
                <w:color w:val="4F81BD" w:themeColor="accent1"/>
                <w:sz w:val="24"/>
                <w:szCs w:val="24"/>
              </w:rPr>
            </w:pPr>
            <w:r w:rsidRPr="001D7228">
              <w:rPr>
                <w:rFonts w:ascii="Cambria" w:hAnsi="Cambria" w:cs="Cambria"/>
                <w:b/>
                <w:bCs/>
                <w:color w:val="4F81BD" w:themeColor="accent1"/>
                <w:sz w:val="24"/>
                <w:szCs w:val="24"/>
              </w:rPr>
              <w:t>✅</w:t>
            </w:r>
            <w:r w:rsidRPr="001D7228">
              <w:rPr>
                <w:b/>
                <w:bCs/>
                <w:color w:val="4F81BD" w:themeColor="accent1"/>
                <w:sz w:val="24"/>
                <w:szCs w:val="24"/>
              </w:rPr>
              <w:t xml:space="preserve"> Safety Step</w:t>
            </w:r>
          </w:p>
        </w:tc>
        <w:tc>
          <w:tcPr>
            <w:tcW w:w="4860" w:type="dxa"/>
          </w:tcPr>
          <w:p w14:paraId="17CF2930" w14:textId="77777777" w:rsidR="00C00991" w:rsidRPr="001D7228" w:rsidRDefault="00C00991" w:rsidP="0071152D">
            <w:pPr>
              <w:jc w:val="center"/>
              <w:rPr>
                <w:b/>
                <w:bCs/>
                <w:color w:val="4F81BD" w:themeColor="accent1"/>
                <w:sz w:val="24"/>
                <w:szCs w:val="24"/>
              </w:rPr>
            </w:pPr>
            <w:r w:rsidRPr="001D7228">
              <w:rPr>
                <w:b/>
                <w:bCs/>
                <w:color w:val="4F81BD" w:themeColor="accent1"/>
                <w:sz w:val="24"/>
                <w:szCs w:val="24"/>
              </w:rPr>
              <w:t>Why It Matters</w:t>
            </w:r>
          </w:p>
        </w:tc>
      </w:tr>
      <w:tr w:rsidR="00C00991" w:rsidRPr="001D7228" w14:paraId="7F331822" w14:textId="77777777" w:rsidTr="0071152D">
        <w:tc>
          <w:tcPr>
            <w:tcW w:w="4855" w:type="dxa"/>
          </w:tcPr>
          <w:p w14:paraId="22B19F34" w14:textId="77777777" w:rsidR="00C00991" w:rsidRPr="001D7228" w:rsidRDefault="00C00991" w:rsidP="0071152D">
            <w:pPr>
              <w:jc w:val="center"/>
              <w:rPr>
                <w:sz w:val="24"/>
                <w:szCs w:val="24"/>
              </w:rPr>
            </w:pPr>
            <w:r w:rsidRPr="001D7228">
              <w:rPr>
                <w:sz w:val="24"/>
                <w:szCs w:val="24"/>
              </w:rPr>
              <w:t>Inspect tool for damage</w:t>
            </w:r>
          </w:p>
        </w:tc>
        <w:tc>
          <w:tcPr>
            <w:tcW w:w="4860" w:type="dxa"/>
          </w:tcPr>
          <w:p w14:paraId="13354F62" w14:textId="77777777" w:rsidR="00C00991" w:rsidRPr="001D7228" w:rsidRDefault="00C00991" w:rsidP="0071152D">
            <w:pPr>
              <w:jc w:val="center"/>
              <w:rPr>
                <w:sz w:val="24"/>
                <w:szCs w:val="24"/>
              </w:rPr>
            </w:pPr>
            <w:r w:rsidRPr="001D7228">
              <w:rPr>
                <w:sz w:val="24"/>
                <w:szCs w:val="24"/>
              </w:rPr>
              <w:t>Cracks, frayed cords = danger</w:t>
            </w:r>
          </w:p>
        </w:tc>
      </w:tr>
      <w:tr w:rsidR="00C00991" w:rsidRPr="001D7228" w14:paraId="789C5780" w14:textId="77777777" w:rsidTr="0071152D">
        <w:tc>
          <w:tcPr>
            <w:tcW w:w="4855" w:type="dxa"/>
          </w:tcPr>
          <w:p w14:paraId="6631DB61" w14:textId="77777777" w:rsidR="00C00991" w:rsidRPr="001D7228" w:rsidRDefault="00C00991" w:rsidP="0071152D">
            <w:pPr>
              <w:jc w:val="center"/>
              <w:rPr>
                <w:sz w:val="24"/>
                <w:szCs w:val="24"/>
              </w:rPr>
            </w:pPr>
            <w:r w:rsidRPr="001D7228">
              <w:rPr>
                <w:sz w:val="24"/>
                <w:szCs w:val="24"/>
              </w:rPr>
              <w:t>Ensure power switch is OFF</w:t>
            </w:r>
          </w:p>
        </w:tc>
        <w:tc>
          <w:tcPr>
            <w:tcW w:w="4860" w:type="dxa"/>
          </w:tcPr>
          <w:p w14:paraId="21BA069C" w14:textId="77777777" w:rsidR="00C00991" w:rsidRPr="001D7228" w:rsidRDefault="00C00991" w:rsidP="0071152D">
            <w:pPr>
              <w:jc w:val="center"/>
              <w:rPr>
                <w:sz w:val="24"/>
                <w:szCs w:val="24"/>
              </w:rPr>
            </w:pPr>
            <w:r w:rsidRPr="001D7228">
              <w:rPr>
                <w:sz w:val="24"/>
                <w:szCs w:val="24"/>
              </w:rPr>
              <w:t>Prevent surprise start-up</w:t>
            </w:r>
          </w:p>
        </w:tc>
      </w:tr>
      <w:tr w:rsidR="00C00991" w:rsidRPr="001D7228" w14:paraId="3E326000" w14:textId="77777777" w:rsidTr="0071152D">
        <w:tc>
          <w:tcPr>
            <w:tcW w:w="4855" w:type="dxa"/>
          </w:tcPr>
          <w:p w14:paraId="20D5B89F" w14:textId="77777777" w:rsidR="00C00991" w:rsidRPr="001D7228" w:rsidRDefault="00C00991" w:rsidP="0071152D">
            <w:pPr>
              <w:jc w:val="center"/>
              <w:rPr>
                <w:sz w:val="24"/>
                <w:szCs w:val="24"/>
              </w:rPr>
            </w:pPr>
            <w:r w:rsidRPr="001D7228">
              <w:rPr>
                <w:sz w:val="24"/>
                <w:szCs w:val="24"/>
              </w:rPr>
              <w:t>Check plug and cord</w:t>
            </w:r>
          </w:p>
        </w:tc>
        <w:tc>
          <w:tcPr>
            <w:tcW w:w="4860" w:type="dxa"/>
          </w:tcPr>
          <w:p w14:paraId="42186DA0" w14:textId="77777777" w:rsidR="00C00991" w:rsidRPr="001D7228" w:rsidRDefault="00C00991" w:rsidP="0071152D">
            <w:pPr>
              <w:jc w:val="center"/>
              <w:rPr>
                <w:sz w:val="24"/>
                <w:szCs w:val="24"/>
              </w:rPr>
            </w:pPr>
            <w:r w:rsidRPr="001D7228">
              <w:rPr>
                <w:sz w:val="24"/>
                <w:szCs w:val="24"/>
              </w:rPr>
              <w:t>Look for wear or exposed wires</w:t>
            </w:r>
          </w:p>
        </w:tc>
      </w:tr>
      <w:tr w:rsidR="00C00991" w:rsidRPr="001D7228" w14:paraId="1B4D2159" w14:textId="77777777" w:rsidTr="0071152D">
        <w:tc>
          <w:tcPr>
            <w:tcW w:w="4855" w:type="dxa"/>
          </w:tcPr>
          <w:p w14:paraId="2D99C7C7" w14:textId="77777777" w:rsidR="00C00991" w:rsidRPr="001D7228" w:rsidRDefault="00C00991" w:rsidP="0071152D">
            <w:pPr>
              <w:jc w:val="center"/>
              <w:rPr>
                <w:sz w:val="24"/>
                <w:szCs w:val="24"/>
              </w:rPr>
            </w:pPr>
            <w:r w:rsidRPr="001D7228">
              <w:rPr>
                <w:sz w:val="24"/>
                <w:szCs w:val="24"/>
              </w:rPr>
              <w:t>Confirm proper PPE is worn</w:t>
            </w:r>
          </w:p>
        </w:tc>
        <w:tc>
          <w:tcPr>
            <w:tcW w:w="4860" w:type="dxa"/>
          </w:tcPr>
          <w:p w14:paraId="7F91E6B8" w14:textId="77777777" w:rsidR="00C00991" w:rsidRPr="001D7228" w:rsidRDefault="00C00991" w:rsidP="0071152D">
            <w:pPr>
              <w:jc w:val="center"/>
              <w:rPr>
                <w:sz w:val="24"/>
                <w:szCs w:val="24"/>
              </w:rPr>
            </w:pPr>
            <w:r w:rsidRPr="001D7228">
              <w:rPr>
                <w:sz w:val="24"/>
                <w:szCs w:val="24"/>
              </w:rPr>
              <w:t>Safety goggles, gloves, etc.</w:t>
            </w:r>
          </w:p>
        </w:tc>
      </w:tr>
      <w:tr w:rsidR="00C00991" w:rsidRPr="001D7228" w14:paraId="68DBEBAF" w14:textId="77777777" w:rsidTr="0071152D">
        <w:tc>
          <w:tcPr>
            <w:tcW w:w="4855" w:type="dxa"/>
          </w:tcPr>
          <w:p w14:paraId="79051A96" w14:textId="77777777" w:rsidR="00C00991" w:rsidRPr="001D7228" w:rsidRDefault="00C00991" w:rsidP="0071152D">
            <w:pPr>
              <w:jc w:val="center"/>
              <w:rPr>
                <w:sz w:val="24"/>
                <w:szCs w:val="24"/>
              </w:rPr>
            </w:pPr>
            <w:r w:rsidRPr="001D7228">
              <w:rPr>
                <w:sz w:val="24"/>
                <w:szCs w:val="24"/>
              </w:rPr>
              <w:t>Ensure dry environment</w:t>
            </w:r>
          </w:p>
        </w:tc>
        <w:tc>
          <w:tcPr>
            <w:tcW w:w="4860" w:type="dxa"/>
          </w:tcPr>
          <w:p w14:paraId="53D9E2BA" w14:textId="77777777" w:rsidR="00C00991" w:rsidRPr="001D7228" w:rsidRDefault="00C00991" w:rsidP="0071152D">
            <w:pPr>
              <w:jc w:val="center"/>
              <w:rPr>
                <w:sz w:val="24"/>
                <w:szCs w:val="24"/>
              </w:rPr>
            </w:pPr>
            <w:r w:rsidRPr="001D7228">
              <w:rPr>
                <w:sz w:val="24"/>
                <w:szCs w:val="24"/>
              </w:rPr>
              <w:t>Avoid electrical hazards</w:t>
            </w:r>
          </w:p>
        </w:tc>
      </w:tr>
      <w:tr w:rsidR="00C00991" w:rsidRPr="001D7228" w14:paraId="77C2E658" w14:textId="77777777" w:rsidTr="0071152D">
        <w:tc>
          <w:tcPr>
            <w:tcW w:w="4855" w:type="dxa"/>
          </w:tcPr>
          <w:p w14:paraId="57ED8AEA" w14:textId="77777777" w:rsidR="00C00991" w:rsidRPr="001D7228" w:rsidRDefault="00C00991" w:rsidP="0071152D">
            <w:pPr>
              <w:jc w:val="center"/>
              <w:rPr>
                <w:sz w:val="24"/>
                <w:szCs w:val="24"/>
              </w:rPr>
            </w:pPr>
            <w:r w:rsidRPr="001D7228">
              <w:rPr>
                <w:sz w:val="24"/>
                <w:szCs w:val="24"/>
              </w:rPr>
              <w:t>Use grounded outlet</w:t>
            </w:r>
          </w:p>
        </w:tc>
        <w:tc>
          <w:tcPr>
            <w:tcW w:w="4860" w:type="dxa"/>
          </w:tcPr>
          <w:p w14:paraId="4EF713E4" w14:textId="77777777" w:rsidR="00C00991" w:rsidRPr="001D7228" w:rsidRDefault="00C00991" w:rsidP="0071152D">
            <w:pPr>
              <w:jc w:val="center"/>
              <w:rPr>
                <w:sz w:val="24"/>
                <w:szCs w:val="24"/>
              </w:rPr>
            </w:pPr>
            <w:r w:rsidRPr="001D7228">
              <w:rPr>
                <w:sz w:val="24"/>
                <w:szCs w:val="24"/>
              </w:rPr>
              <w:t>Prevent electric shock</w:t>
            </w:r>
          </w:p>
        </w:tc>
      </w:tr>
    </w:tbl>
    <w:p w14:paraId="2F71CFC4" w14:textId="77777777" w:rsidR="00BB0B0B" w:rsidRPr="001D7228" w:rsidRDefault="00BB0B0B" w:rsidP="00BB0B0B">
      <w:pPr>
        <w:rPr>
          <w:sz w:val="24"/>
          <w:szCs w:val="24"/>
        </w:rPr>
      </w:pPr>
    </w:p>
    <w:p w14:paraId="73186A0A" w14:textId="77777777" w:rsidR="00BB0B0B" w:rsidRPr="001D7228" w:rsidRDefault="00BB0B0B" w:rsidP="00BB0B0B">
      <w:pPr>
        <w:rPr>
          <w:sz w:val="24"/>
          <w:szCs w:val="24"/>
        </w:rPr>
      </w:pPr>
    </w:p>
    <w:p w14:paraId="0B0BB9FB" w14:textId="14F8BAE7" w:rsidR="00C00991" w:rsidRPr="001D7228" w:rsidRDefault="00C00991" w:rsidP="00C00991">
      <w:pPr>
        <w:pStyle w:val="Heading2"/>
        <w:rPr>
          <w:rFonts w:asciiTheme="minorHAnsi" w:hAnsiTheme="minorHAnsi"/>
          <w:sz w:val="24"/>
          <w:szCs w:val="24"/>
        </w:rPr>
      </w:pPr>
      <w:r w:rsidRPr="001D7228">
        <w:rPr>
          <w:rFonts w:asciiTheme="minorHAnsi" w:hAnsiTheme="minorHAnsi"/>
          <w:sz w:val="24"/>
          <w:szCs w:val="24"/>
        </w:rPr>
        <w:t>3. Quick Activity: Safety Quiz</w:t>
      </w:r>
    </w:p>
    <w:p w14:paraId="6A114B3B" w14:textId="77777777" w:rsidR="0071152D" w:rsidRPr="001D7228" w:rsidRDefault="00C00991" w:rsidP="00C00991">
      <w:pPr>
        <w:rPr>
          <w:b/>
          <w:bCs/>
          <w:sz w:val="24"/>
          <w:szCs w:val="24"/>
        </w:rPr>
      </w:pPr>
      <w:r w:rsidRPr="001D7228">
        <w:rPr>
          <w:b/>
          <w:bCs/>
          <w:sz w:val="24"/>
          <w:szCs w:val="24"/>
        </w:rPr>
        <w:t>Instructions:</w:t>
      </w:r>
    </w:p>
    <w:p w14:paraId="5BEA76F9" w14:textId="34800C72" w:rsidR="00C00991" w:rsidRPr="001D7228" w:rsidRDefault="00C00991" w:rsidP="00C00991">
      <w:pPr>
        <w:rPr>
          <w:sz w:val="24"/>
          <w:szCs w:val="24"/>
        </w:rPr>
      </w:pPr>
      <w:r w:rsidRPr="001D7228">
        <w:rPr>
          <w:sz w:val="24"/>
          <w:szCs w:val="24"/>
        </w:rPr>
        <w:t>Answer the following questions based on today’s safety lesson:</w:t>
      </w:r>
    </w:p>
    <w:p w14:paraId="4CE30F6A" w14:textId="77777777" w:rsidR="00C00991" w:rsidRPr="001D7228" w:rsidRDefault="00C00991" w:rsidP="0071152D">
      <w:pPr>
        <w:pStyle w:val="ListNumber"/>
        <w:numPr>
          <w:ilvl w:val="0"/>
          <w:numId w:val="0"/>
        </w:numPr>
        <w:rPr>
          <w:sz w:val="24"/>
          <w:szCs w:val="24"/>
        </w:rPr>
      </w:pPr>
      <w:r w:rsidRPr="001D7228">
        <w:rPr>
          <w:sz w:val="24"/>
          <w:szCs w:val="24"/>
        </w:rPr>
        <w:t>1. What symbol warns you about electrical shock?</w:t>
      </w:r>
    </w:p>
    <w:p w14:paraId="3DD330FF" w14:textId="77777777" w:rsidR="00C00991" w:rsidRPr="001D7228" w:rsidRDefault="00C00991" w:rsidP="0071152D">
      <w:pPr>
        <w:pStyle w:val="ListNumber"/>
        <w:numPr>
          <w:ilvl w:val="0"/>
          <w:numId w:val="0"/>
        </w:numPr>
        <w:rPr>
          <w:sz w:val="24"/>
          <w:szCs w:val="24"/>
        </w:rPr>
      </w:pPr>
      <w:r w:rsidRPr="001D7228">
        <w:rPr>
          <w:sz w:val="24"/>
          <w:szCs w:val="24"/>
        </w:rPr>
        <w:t>2. Why should you check that the tool is off before plugging it in?</w:t>
      </w:r>
    </w:p>
    <w:p w14:paraId="6A0B7828" w14:textId="77777777" w:rsidR="00C00991" w:rsidRPr="001D7228" w:rsidRDefault="00C00991" w:rsidP="0071152D">
      <w:pPr>
        <w:pStyle w:val="ListNumber"/>
        <w:numPr>
          <w:ilvl w:val="0"/>
          <w:numId w:val="0"/>
        </w:numPr>
        <w:rPr>
          <w:sz w:val="24"/>
          <w:szCs w:val="24"/>
        </w:rPr>
      </w:pPr>
      <w:r w:rsidRPr="001D7228">
        <w:rPr>
          <w:sz w:val="24"/>
          <w:szCs w:val="24"/>
        </w:rPr>
        <w:t>3. What PPE should you wear when using a circular saw?</w:t>
      </w:r>
    </w:p>
    <w:p w14:paraId="550D8859" w14:textId="77777777" w:rsidR="00C00991" w:rsidRPr="001D7228" w:rsidRDefault="00C00991" w:rsidP="0071152D">
      <w:pPr>
        <w:pStyle w:val="ListNumber"/>
        <w:numPr>
          <w:ilvl w:val="0"/>
          <w:numId w:val="0"/>
        </w:numPr>
        <w:rPr>
          <w:sz w:val="24"/>
          <w:szCs w:val="24"/>
        </w:rPr>
      </w:pPr>
      <w:r w:rsidRPr="001D7228">
        <w:rPr>
          <w:sz w:val="24"/>
          <w:szCs w:val="24"/>
        </w:rPr>
        <w:t>4. What does a red triangle warning label mean?</w:t>
      </w:r>
    </w:p>
    <w:p w14:paraId="033494CE" w14:textId="77777777" w:rsidR="00C00991" w:rsidRPr="001D7228" w:rsidRDefault="00C00991" w:rsidP="0071152D">
      <w:pPr>
        <w:pStyle w:val="ListNumber"/>
        <w:numPr>
          <w:ilvl w:val="0"/>
          <w:numId w:val="0"/>
        </w:numPr>
        <w:rPr>
          <w:sz w:val="24"/>
          <w:szCs w:val="24"/>
        </w:rPr>
      </w:pPr>
      <w:r w:rsidRPr="001D7228">
        <w:rPr>
          <w:sz w:val="24"/>
          <w:szCs w:val="24"/>
        </w:rPr>
        <w:t>5. What should you do if a cord is frayed?</w:t>
      </w:r>
    </w:p>
    <w:p w14:paraId="4AB3EF7A" w14:textId="77777777" w:rsidR="00BB0B0B" w:rsidRPr="001D7228" w:rsidRDefault="00BB0B0B" w:rsidP="0071152D">
      <w:pPr>
        <w:pStyle w:val="ListNumber"/>
        <w:numPr>
          <w:ilvl w:val="0"/>
          <w:numId w:val="0"/>
        </w:numPr>
        <w:rPr>
          <w:sz w:val="24"/>
          <w:szCs w:val="24"/>
        </w:rPr>
      </w:pPr>
    </w:p>
    <w:p w14:paraId="661F00EF" w14:textId="77777777" w:rsidR="00BB0B0B" w:rsidRPr="001D7228" w:rsidRDefault="00BB0B0B" w:rsidP="0071152D">
      <w:pPr>
        <w:pStyle w:val="ListNumber"/>
        <w:numPr>
          <w:ilvl w:val="0"/>
          <w:numId w:val="0"/>
        </w:numPr>
        <w:rPr>
          <w:sz w:val="24"/>
          <w:szCs w:val="24"/>
        </w:rPr>
      </w:pPr>
    </w:p>
    <w:p w14:paraId="3D52E494" w14:textId="77777777" w:rsidR="00327205" w:rsidRPr="001D7228" w:rsidRDefault="00327205" w:rsidP="0071152D">
      <w:pPr>
        <w:pStyle w:val="ListNumber"/>
        <w:numPr>
          <w:ilvl w:val="0"/>
          <w:numId w:val="0"/>
        </w:numPr>
        <w:rPr>
          <w:sz w:val="24"/>
          <w:szCs w:val="24"/>
        </w:rPr>
      </w:pPr>
    </w:p>
    <w:p w14:paraId="1E08BE37" w14:textId="77777777" w:rsidR="00327205" w:rsidRPr="001D7228" w:rsidRDefault="00327205" w:rsidP="0071152D">
      <w:pPr>
        <w:pStyle w:val="ListNumber"/>
        <w:numPr>
          <w:ilvl w:val="0"/>
          <w:numId w:val="0"/>
        </w:numPr>
        <w:rPr>
          <w:sz w:val="24"/>
          <w:szCs w:val="24"/>
        </w:rPr>
      </w:pPr>
    </w:p>
    <w:p w14:paraId="5C82C88F" w14:textId="77777777" w:rsidR="00327205" w:rsidRPr="001D7228" w:rsidRDefault="00327205" w:rsidP="0071152D">
      <w:pPr>
        <w:pStyle w:val="ListNumber"/>
        <w:numPr>
          <w:ilvl w:val="0"/>
          <w:numId w:val="0"/>
        </w:numPr>
        <w:rPr>
          <w:sz w:val="24"/>
          <w:szCs w:val="24"/>
        </w:rPr>
      </w:pPr>
    </w:p>
    <w:p w14:paraId="75158ED6" w14:textId="77777777" w:rsidR="00327205" w:rsidRPr="001D7228" w:rsidRDefault="00327205" w:rsidP="0071152D">
      <w:pPr>
        <w:pStyle w:val="ListNumber"/>
        <w:numPr>
          <w:ilvl w:val="0"/>
          <w:numId w:val="0"/>
        </w:numPr>
        <w:rPr>
          <w:sz w:val="24"/>
          <w:szCs w:val="24"/>
        </w:rPr>
      </w:pPr>
    </w:p>
    <w:p w14:paraId="74A2230A" w14:textId="77777777" w:rsidR="00327205" w:rsidRPr="001D7228" w:rsidRDefault="00327205" w:rsidP="0071152D">
      <w:pPr>
        <w:pStyle w:val="ListNumber"/>
        <w:numPr>
          <w:ilvl w:val="0"/>
          <w:numId w:val="0"/>
        </w:numPr>
        <w:rPr>
          <w:sz w:val="24"/>
          <w:szCs w:val="24"/>
        </w:rPr>
      </w:pPr>
    </w:p>
    <w:p w14:paraId="7A9A9F9F" w14:textId="77777777" w:rsidR="00327205" w:rsidRPr="001D7228" w:rsidRDefault="00327205" w:rsidP="0071152D">
      <w:pPr>
        <w:pStyle w:val="ListNumber"/>
        <w:numPr>
          <w:ilvl w:val="0"/>
          <w:numId w:val="0"/>
        </w:numPr>
        <w:rPr>
          <w:sz w:val="24"/>
          <w:szCs w:val="24"/>
        </w:rPr>
      </w:pPr>
    </w:p>
    <w:p w14:paraId="793004C0" w14:textId="77777777" w:rsidR="00327205" w:rsidRPr="001D7228" w:rsidRDefault="00327205" w:rsidP="0071152D">
      <w:pPr>
        <w:pStyle w:val="ListNumber"/>
        <w:numPr>
          <w:ilvl w:val="0"/>
          <w:numId w:val="0"/>
        </w:numPr>
        <w:rPr>
          <w:sz w:val="24"/>
          <w:szCs w:val="24"/>
        </w:rPr>
      </w:pPr>
    </w:p>
    <w:p w14:paraId="402F4F63" w14:textId="77777777" w:rsidR="00327205" w:rsidRPr="001D7228" w:rsidRDefault="00327205" w:rsidP="0071152D">
      <w:pPr>
        <w:pStyle w:val="ListNumber"/>
        <w:numPr>
          <w:ilvl w:val="0"/>
          <w:numId w:val="0"/>
        </w:numPr>
        <w:rPr>
          <w:sz w:val="24"/>
          <w:szCs w:val="24"/>
        </w:rPr>
      </w:pPr>
    </w:p>
    <w:p w14:paraId="54F6DBA2" w14:textId="77777777" w:rsidR="00327205" w:rsidRPr="001D7228" w:rsidRDefault="00327205" w:rsidP="0071152D">
      <w:pPr>
        <w:pStyle w:val="ListNumber"/>
        <w:numPr>
          <w:ilvl w:val="0"/>
          <w:numId w:val="0"/>
        </w:numPr>
        <w:rPr>
          <w:sz w:val="24"/>
          <w:szCs w:val="24"/>
        </w:rPr>
      </w:pPr>
    </w:p>
    <w:p w14:paraId="588E00D0" w14:textId="77777777" w:rsidR="00327205" w:rsidRPr="001D7228" w:rsidRDefault="00327205" w:rsidP="0071152D">
      <w:pPr>
        <w:pStyle w:val="ListNumber"/>
        <w:numPr>
          <w:ilvl w:val="0"/>
          <w:numId w:val="0"/>
        </w:numPr>
        <w:rPr>
          <w:sz w:val="24"/>
          <w:szCs w:val="24"/>
        </w:rPr>
      </w:pPr>
    </w:p>
    <w:p w14:paraId="60281428" w14:textId="77777777" w:rsidR="00327205" w:rsidRPr="001D7228" w:rsidRDefault="00327205" w:rsidP="0071152D">
      <w:pPr>
        <w:pStyle w:val="ListNumber"/>
        <w:numPr>
          <w:ilvl w:val="0"/>
          <w:numId w:val="0"/>
        </w:numPr>
        <w:rPr>
          <w:sz w:val="24"/>
          <w:szCs w:val="24"/>
        </w:rPr>
      </w:pPr>
    </w:p>
    <w:p w14:paraId="434FCB5E" w14:textId="77777777" w:rsidR="00327205" w:rsidRPr="001D7228" w:rsidRDefault="00327205" w:rsidP="0071152D">
      <w:pPr>
        <w:pStyle w:val="ListNumber"/>
        <w:numPr>
          <w:ilvl w:val="0"/>
          <w:numId w:val="0"/>
        </w:numPr>
        <w:rPr>
          <w:sz w:val="24"/>
          <w:szCs w:val="24"/>
        </w:rPr>
      </w:pPr>
    </w:p>
    <w:p w14:paraId="2B906ADC" w14:textId="77777777" w:rsidR="00327205" w:rsidRPr="001D7228" w:rsidRDefault="00327205" w:rsidP="0071152D">
      <w:pPr>
        <w:pStyle w:val="ListNumber"/>
        <w:numPr>
          <w:ilvl w:val="0"/>
          <w:numId w:val="0"/>
        </w:numPr>
        <w:rPr>
          <w:sz w:val="24"/>
          <w:szCs w:val="24"/>
        </w:rPr>
      </w:pPr>
    </w:p>
    <w:p w14:paraId="2D0A9916" w14:textId="77777777" w:rsidR="00327205" w:rsidRPr="001D7228" w:rsidRDefault="00327205" w:rsidP="0071152D">
      <w:pPr>
        <w:pStyle w:val="ListNumber"/>
        <w:numPr>
          <w:ilvl w:val="0"/>
          <w:numId w:val="0"/>
        </w:numPr>
        <w:rPr>
          <w:sz w:val="24"/>
          <w:szCs w:val="24"/>
        </w:rPr>
      </w:pPr>
    </w:p>
    <w:p w14:paraId="2C00585D" w14:textId="77777777" w:rsidR="00327205" w:rsidRPr="001D7228" w:rsidRDefault="00327205" w:rsidP="0071152D">
      <w:pPr>
        <w:pStyle w:val="ListNumber"/>
        <w:numPr>
          <w:ilvl w:val="0"/>
          <w:numId w:val="0"/>
        </w:numPr>
        <w:rPr>
          <w:sz w:val="24"/>
          <w:szCs w:val="24"/>
        </w:rPr>
      </w:pPr>
    </w:p>
    <w:p w14:paraId="615ABB29" w14:textId="77777777" w:rsidR="00327205" w:rsidRPr="001D7228" w:rsidRDefault="00327205" w:rsidP="0071152D">
      <w:pPr>
        <w:pStyle w:val="ListNumber"/>
        <w:numPr>
          <w:ilvl w:val="0"/>
          <w:numId w:val="0"/>
        </w:numPr>
        <w:rPr>
          <w:sz w:val="24"/>
          <w:szCs w:val="24"/>
        </w:rPr>
      </w:pPr>
    </w:p>
    <w:p w14:paraId="357386EF" w14:textId="77777777" w:rsidR="00327205" w:rsidRPr="001D7228" w:rsidRDefault="00327205" w:rsidP="0071152D">
      <w:pPr>
        <w:pStyle w:val="ListNumber"/>
        <w:numPr>
          <w:ilvl w:val="0"/>
          <w:numId w:val="0"/>
        </w:numPr>
        <w:rPr>
          <w:sz w:val="24"/>
          <w:szCs w:val="24"/>
        </w:rPr>
      </w:pPr>
    </w:p>
    <w:p w14:paraId="6ECF5927" w14:textId="77777777" w:rsidR="00327205" w:rsidRPr="001D7228" w:rsidRDefault="00327205" w:rsidP="0071152D">
      <w:pPr>
        <w:pStyle w:val="ListNumber"/>
        <w:numPr>
          <w:ilvl w:val="0"/>
          <w:numId w:val="0"/>
        </w:numPr>
        <w:rPr>
          <w:sz w:val="24"/>
          <w:szCs w:val="24"/>
        </w:rPr>
      </w:pPr>
    </w:p>
    <w:p w14:paraId="39B924EE" w14:textId="77777777" w:rsidR="00327205" w:rsidRPr="001D7228" w:rsidRDefault="00327205" w:rsidP="0071152D">
      <w:pPr>
        <w:pStyle w:val="ListNumber"/>
        <w:numPr>
          <w:ilvl w:val="0"/>
          <w:numId w:val="0"/>
        </w:numPr>
        <w:rPr>
          <w:sz w:val="24"/>
          <w:szCs w:val="24"/>
        </w:rPr>
      </w:pPr>
    </w:p>
    <w:p w14:paraId="0E9D6400" w14:textId="77777777" w:rsidR="00327205" w:rsidRPr="001D7228" w:rsidRDefault="00327205" w:rsidP="0071152D">
      <w:pPr>
        <w:pStyle w:val="ListNumber"/>
        <w:numPr>
          <w:ilvl w:val="0"/>
          <w:numId w:val="0"/>
        </w:numPr>
        <w:rPr>
          <w:sz w:val="24"/>
          <w:szCs w:val="24"/>
        </w:rPr>
      </w:pPr>
    </w:p>
    <w:p w14:paraId="19A745A4" w14:textId="77777777" w:rsidR="00327205" w:rsidRPr="001D7228" w:rsidRDefault="00327205" w:rsidP="0071152D">
      <w:pPr>
        <w:pStyle w:val="ListNumber"/>
        <w:numPr>
          <w:ilvl w:val="0"/>
          <w:numId w:val="0"/>
        </w:numPr>
        <w:rPr>
          <w:sz w:val="24"/>
          <w:szCs w:val="24"/>
        </w:rPr>
      </w:pPr>
    </w:p>
    <w:p w14:paraId="206F1FF9" w14:textId="77777777" w:rsidR="00327205" w:rsidRPr="001D7228" w:rsidRDefault="00327205" w:rsidP="0071152D">
      <w:pPr>
        <w:pStyle w:val="ListNumber"/>
        <w:numPr>
          <w:ilvl w:val="0"/>
          <w:numId w:val="0"/>
        </w:numPr>
        <w:rPr>
          <w:sz w:val="24"/>
          <w:szCs w:val="24"/>
        </w:rPr>
      </w:pPr>
    </w:p>
    <w:p w14:paraId="0B772A6C" w14:textId="77777777" w:rsidR="00327205" w:rsidRPr="001D7228" w:rsidRDefault="00327205" w:rsidP="0071152D">
      <w:pPr>
        <w:pStyle w:val="ListNumber"/>
        <w:numPr>
          <w:ilvl w:val="0"/>
          <w:numId w:val="0"/>
        </w:numPr>
        <w:rPr>
          <w:sz w:val="24"/>
          <w:szCs w:val="24"/>
        </w:rPr>
      </w:pPr>
    </w:p>
    <w:p w14:paraId="0E6B0FCD" w14:textId="77777777" w:rsidR="00327205" w:rsidRPr="001D7228" w:rsidRDefault="00327205" w:rsidP="0071152D">
      <w:pPr>
        <w:pStyle w:val="ListNumber"/>
        <w:numPr>
          <w:ilvl w:val="0"/>
          <w:numId w:val="0"/>
        </w:numPr>
        <w:rPr>
          <w:sz w:val="24"/>
          <w:szCs w:val="24"/>
        </w:rPr>
      </w:pPr>
    </w:p>
    <w:p w14:paraId="7AD24CBD" w14:textId="77777777" w:rsidR="00327205" w:rsidRPr="001D7228" w:rsidRDefault="00327205" w:rsidP="0071152D">
      <w:pPr>
        <w:pStyle w:val="ListNumber"/>
        <w:numPr>
          <w:ilvl w:val="0"/>
          <w:numId w:val="0"/>
        </w:numPr>
        <w:rPr>
          <w:sz w:val="24"/>
          <w:szCs w:val="24"/>
        </w:rPr>
      </w:pPr>
    </w:p>
    <w:p w14:paraId="4780C0C1" w14:textId="77777777" w:rsidR="00BB0B0B" w:rsidRPr="001D7228" w:rsidRDefault="00BB0B0B" w:rsidP="0071152D">
      <w:pPr>
        <w:pStyle w:val="ListNumber"/>
        <w:numPr>
          <w:ilvl w:val="0"/>
          <w:numId w:val="0"/>
        </w:numPr>
        <w:rPr>
          <w:sz w:val="24"/>
          <w:szCs w:val="24"/>
        </w:rPr>
      </w:pPr>
    </w:p>
    <w:p w14:paraId="211914CB" w14:textId="77777777" w:rsidR="00BB0B0B" w:rsidRPr="001D7228" w:rsidRDefault="00BB0B0B" w:rsidP="0071152D">
      <w:pPr>
        <w:pStyle w:val="ListNumber"/>
        <w:numPr>
          <w:ilvl w:val="0"/>
          <w:numId w:val="0"/>
        </w:numPr>
        <w:rPr>
          <w:sz w:val="24"/>
          <w:szCs w:val="24"/>
        </w:rPr>
      </w:pPr>
    </w:p>
    <w:p w14:paraId="50776938" w14:textId="77777777" w:rsidR="00BB0B0B" w:rsidRPr="001D7228" w:rsidRDefault="00BB0B0B" w:rsidP="0071152D">
      <w:pPr>
        <w:pStyle w:val="ListNumber"/>
        <w:numPr>
          <w:ilvl w:val="0"/>
          <w:numId w:val="0"/>
        </w:numPr>
        <w:rPr>
          <w:sz w:val="24"/>
          <w:szCs w:val="24"/>
        </w:rPr>
      </w:pPr>
    </w:p>
    <w:p w14:paraId="133D477B" w14:textId="77777777" w:rsidR="00C00991" w:rsidRPr="001D7228" w:rsidRDefault="00C00991" w:rsidP="00C00991">
      <w:pPr>
        <w:pStyle w:val="Heading2"/>
        <w:rPr>
          <w:rFonts w:asciiTheme="minorHAnsi" w:hAnsiTheme="minorHAnsi"/>
          <w:sz w:val="24"/>
          <w:szCs w:val="24"/>
        </w:rPr>
      </w:pPr>
      <w:r w:rsidRPr="001D7228">
        <w:rPr>
          <w:rFonts w:ascii="Cambria" w:hAnsi="Cambria" w:cs="Cambria"/>
          <w:sz w:val="24"/>
          <w:szCs w:val="24"/>
        </w:rPr>
        <w:t>🔑</w:t>
      </w:r>
      <w:r w:rsidRPr="001D7228">
        <w:rPr>
          <w:rFonts w:asciiTheme="minorHAnsi" w:hAnsiTheme="minorHAnsi"/>
          <w:sz w:val="24"/>
          <w:szCs w:val="24"/>
        </w:rPr>
        <w:t xml:space="preserve"> Answer Key</w:t>
      </w:r>
    </w:p>
    <w:p w14:paraId="30EBE658" w14:textId="77777777" w:rsidR="00C00991" w:rsidRPr="001D7228" w:rsidRDefault="00C00991" w:rsidP="00C00991">
      <w:pPr>
        <w:rPr>
          <w:sz w:val="24"/>
          <w:szCs w:val="24"/>
        </w:rPr>
      </w:pPr>
      <w:r w:rsidRPr="001D7228">
        <w:rPr>
          <w:sz w:val="24"/>
          <w:szCs w:val="24"/>
        </w:rPr>
        <w:t xml:space="preserve">1. The </w:t>
      </w:r>
      <w:r w:rsidRPr="001D7228">
        <w:rPr>
          <w:rFonts w:ascii="Cambria" w:hAnsi="Cambria" w:cs="Cambria"/>
          <w:sz w:val="24"/>
          <w:szCs w:val="24"/>
        </w:rPr>
        <w:t>⚡</w:t>
      </w:r>
      <w:r w:rsidRPr="001D7228">
        <w:rPr>
          <w:sz w:val="24"/>
          <w:szCs w:val="24"/>
        </w:rPr>
        <w:t xml:space="preserve"> symbol indicates electrical hazard or shock risk.</w:t>
      </w:r>
    </w:p>
    <w:p w14:paraId="64F09256" w14:textId="78D80AE2" w:rsidR="00C00991" w:rsidRPr="001D7228" w:rsidRDefault="00C00991" w:rsidP="00C00991">
      <w:pPr>
        <w:rPr>
          <w:sz w:val="24"/>
          <w:szCs w:val="24"/>
        </w:rPr>
      </w:pPr>
      <w:r w:rsidRPr="001D7228">
        <w:rPr>
          <w:sz w:val="24"/>
          <w:szCs w:val="24"/>
        </w:rPr>
        <w:t xml:space="preserve">2. To avoid accidental start-up, </w:t>
      </w:r>
      <w:r w:rsidR="00BC6D43" w:rsidRPr="001D7228">
        <w:rPr>
          <w:sz w:val="24"/>
          <w:szCs w:val="24"/>
        </w:rPr>
        <w:t>this could lead to injury.</w:t>
      </w:r>
    </w:p>
    <w:p w14:paraId="7C2ADB4F" w14:textId="77777777" w:rsidR="00C00991" w:rsidRPr="001D7228" w:rsidRDefault="00C00991" w:rsidP="00C00991">
      <w:pPr>
        <w:rPr>
          <w:sz w:val="24"/>
          <w:szCs w:val="24"/>
        </w:rPr>
      </w:pPr>
      <w:r w:rsidRPr="001D7228">
        <w:rPr>
          <w:sz w:val="24"/>
          <w:szCs w:val="24"/>
        </w:rPr>
        <w:t>3. Safety goggles, hearing protection, gloves depending on the tool.</w:t>
      </w:r>
    </w:p>
    <w:p w14:paraId="132C5F63" w14:textId="77777777" w:rsidR="00C00991" w:rsidRPr="001D7228" w:rsidRDefault="00C00991" w:rsidP="00C00991">
      <w:pPr>
        <w:rPr>
          <w:sz w:val="24"/>
          <w:szCs w:val="24"/>
        </w:rPr>
      </w:pPr>
      <w:r w:rsidRPr="001D7228">
        <w:rPr>
          <w:sz w:val="24"/>
          <w:szCs w:val="24"/>
        </w:rPr>
        <w:t>4. A warning label indicating high risk or danger – check the manual.</w:t>
      </w:r>
    </w:p>
    <w:p w14:paraId="22A5B3EF" w14:textId="77777777" w:rsidR="00BB0B0B" w:rsidRPr="001D7228" w:rsidRDefault="00BB0B0B" w:rsidP="00230DED">
      <w:pPr>
        <w:rPr>
          <w:sz w:val="24"/>
          <w:szCs w:val="24"/>
        </w:rPr>
      </w:pPr>
    </w:p>
    <w:p w14:paraId="1B728187" w14:textId="77777777" w:rsidR="00BB0B0B" w:rsidRPr="001D7228" w:rsidRDefault="00BB0B0B" w:rsidP="00230DED">
      <w:pPr>
        <w:rPr>
          <w:sz w:val="24"/>
          <w:szCs w:val="24"/>
        </w:rPr>
      </w:pPr>
    </w:p>
    <w:p w14:paraId="31ABBB2B" w14:textId="77777777" w:rsidR="00BB0B0B" w:rsidRPr="001D7228" w:rsidRDefault="00BB0B0B" w:rsidP="00230DED">
      <w:pPr>
        <w:rPr>
          <w:sz w:val="24"/>
          <w:szCs w:val="24"/>
        </w:rPr>
      </w:pPr>
    </w:p>
    <w:p w14:paraId="17BDE55E" w14:textId="77777777" w:rsidR="00BB0B0B" w:rsidRPr="001D7228" w:rsidRDefault="00BB0B0B" w:rsidP="00230DED">
      <w:pPr>
        <w:rPr>
          <w:sz w:val="24"/>
          <w:szCs w:val="24"/>
        </w:rPr>
      </w:pPr>
    </w:p>
    <w:p w14:paraId="200D7038" w14:textId="77777777" w:rsidR="00BB0B0B" w:rsidRPr="001D7228" w:rsidRDefault="00BB0B0B" w:rsidP="00230DED">
      <w:pPr>
        <w:rPr>
          <w:sz w:val="24"/>
          <w:szCs w:val="24"/>
        </w:rPr>
      </w:pPr>
    </w:p>
    <w:p w14:paraId="7CF8CFAC" w14:textId="77777777" w:rsidR="00327205" w:rsidRPr="001D7228" w:rsidRDefault="00327205" w:rsidP="00230DED">
      <w:pPr>
        <w:rPr>
          <w:sz w:val="24"/>
          <w:szCs w:val="24"/>
        </w:rPr>
      </w:pPr>
    </w:p>
    <w:p w14:paraId="796FF675" w14:textId="77777777" w:rsidR="00327205" w:rsidRPr="001D7228" w:rsidRDefault="00327205" w:rsidP="00230DED">
      <w:pPr>
        <w:rPr>
          <w:sz w:val="24"/>
          <w:szCs w:val="24"/>
        </w:rPr>
      </w:pPr>
    </w:p>
    <w:p w14:paraId="0A8DAD24" w14:textId="77777777" w:rsidR="00327205" w:rsidRPr="001D7228" w:rsidRDefault="00327205" w:rsidP="00230DED">
      <w:pPr>
        <w:rPr>
          <w:sz w:val="24"/>
          <w:szCs w:val="24"/>
        </w:rPr>
      </w:pPr>
    </w:p>
    <w:p w14:paraId="14BF0BD2" w14:textId="77777777" w:rsidR="00327205" w:rsidRPr="001D7228" w:rsidRDefault="00327205" w:rsidP="00230DED">
      <w:pPr>
        <w:rPr>
          <w:sz w:val="24"/>
          <w:szCs w:val="24"/>
        </w:rPr>
      </w:pPr>
    </w:p>
    <w:p w14:paraId="16374A87" w14:textId="77777777" w:rsidR="00327205" w:rsidRPr="001D7228" w:rsidRDefault="00327205" w:rsidP="00230DED">
      <w:pPr>
        <w:rPr>
          <w:sz w:val="24"/>
          <w:szCs w:val="24"/>
        </w:rPr>
      </w:pPr>
    </w:p>
    <w:p w14:paraId="552DFF0F" w14:textId="77777777" w:rsidR="00327205" w:rsidRPr="001D7228" w:rsidRDefault="00327205" w:rsidP="00230DED">
      <w:pPr>
        <w:rPr>
          <w:sz w:val="24"/>
          <w:szCs w:val="24"/>
        </w:rPr>
      </w:pPr>
    </w:p>
    <w:p w14:paraId="45148FC5" w14:textId="77777777" w:rsidR="00327205" w:rsidRPr="001D7228" w:rsidRDefault="00327205" w:rsidP="00230DED">
      <w:pPr>
        <w:rPr>
          <w:sz w:val="24"/>
          <w:szCs w:val="24"/>
        </w:rPr>
      </w:pPr>
    </w:p>
    <w:p w14:paraId="5F66508C" w14:textId="77777777" w:rsidR="00327205" w:rsidRPr="001D7228" w:rsidRDefault="00327205" w:rsidP="00230DED">
      <w:pPr>
        <w:rPr>
          <w:sz w:val="24"/>
          <w:szCs w:val="24"/>
        </w:rPr>
      </w:pPr>
    </w:p>
    <w:p w14:paraId="1DAA490E" w14:textId="77777777" w:rsidR="00327205" w:rsidRPr="001D7228" w:rsidRDefault="00327205" w:rsidP="00230DED">
      <w:pPr>
        <w:rPr>
          <w:sz w:val="24"/>
          <w:szCs w:val="24"/>
        </w:rPr>
      </w:pPr>
    </w:p>
    <w:p w14:paraId="1B575381" w14:textId="77777777" w:rsidR="00327205" w:rsidRPr="001D7228" w:rsidRDefault="00327205" w:rsidP="00230DED">
      <w:pPr>
        <w:rPr>
          <w:sz w:val="24"/>
          <w:szCs w:val="24"/>
        </w:rPr>
      </w:pPr>
    </w:p>
    <w:p w14:paraId="162B129B" w14:textId="77777777" w:rsidR="00327205" w:rsidRPr="001D7228" w:rsidRDefault="00327205" w:rsidP="00230DED">
      <w:pPr>
        <w:rPr>
          <w:sz w:val="24"/>
          <w:szCs w:val="24"/>
        </w:rPr>
      </w:pPr>
    </w:p>
    <w:p w14:paraId="3D92E5E3" w14:textId="77777777" w:rsidR="00BB0B0B" w:rsidRPr="001D7228" w:rsidRDefault="00BB0B0B" w:rsidP="00230DED">
      <w:pPr>
        <w:rPr>
          <w:sz w:val="24"/>
          <w:szCs w:val="24"/>
        </w:rPr>
      </w:pPr>
    </w:p>
    <w:p w14:paraId="15D33C83" w14:textId="77777777" w:rsidR="00BB0B0B" w:rsidRPr="001D7228" w:rsidRDefault="00BB0B0B" w:rsidP="00230DED">
      <w:pPr>
        <w:rPr>
          <w:sz w:val="24"/>
          <w:szCs w:val="24"/>
        </w:rPr>
      </w:pPr>
    </w:p>
    <w:p w14:paraId="1DD44C5E" w14:textId="77777777" w:rsidR="00BB0B0B" w:rsidRPr="001D7228" w:rsidRDefault="00BB0B0B" w:rsidP="00230DED">
      <w:pPr>
        <w:rPr>
          <w:sz w:val="24"/>
          <w:szCs w:val="24"/>
        </w:rPr>
      </w:pPr>
    </w:p>
    <w:p w14:paraId="49423FA4" w14:textId="77777777" w:rsidR="00BB0B0B" w:rsidRPr="001D7228" w:rsidRDefault="00BB0B0B" w:rsidP="00230DED">
      <w:pPr>
        <w:rPr>
          <w:sz w:val="24"/>
          <w:szCs w:val="24"/>
        </w:rPr>
      </w:pPr>
    </w:p>
    <w:p w14:paraId="6A420E11" w14:textId="512D3FF0" w:rsidR="00932048" w:rsidRDefault="00DC6D5C" w:rsidP="00932048">
      <w:pPr>
        <w:pStyle w:val="Heading2"/>
        <w:rPr>
          <w:rFonts w:asciiTheme="minorHAnsi" w:hAnsiTheme="minorHAnsi"/>
        </w:rPr>
      </w:pPr>
      <w:r w:rsidRPr="00BC6D43">
        <w:rPr>
          <w:rFonts w:asciiTheme="minorHAnsi" w:hAnsiTheme="minorHAnsi"/>
        </w:rPr>
        <w:t>4</w:t>
      </w:r>
      <w:r w:rsidR="00932048" w:rsidRPr="00BC6D43">
        <w:rPr>
          <w:rFonts w:asciiTheme="minorHAnsi" w:hAnsiTheme="minorHAnsi"/>
        </w:rPr>
        <w:t>. Self-guided</w:t>
      </w:r>
      <w:r w:rsidRPr="00BC6D43">
        <w:rPr>
          <w:rFonts w:asciiTheme="minorHAnsi" w:hAnsiTheme="minorHAnsi"/>
        </w:rPr>
        <w:t xml:space="preserve"> lesson:</w:t>
      </w:r>
      <w:r w:rsidR="00932048" w:rsidRPr="00BC6D43">
        <w:rPr>
          <w:rFonts w:asciiTheme="minorHAnsi" w:hAnsiTheme="minorHAnsi"/>
        </w:rPr>
        <w:t xml:space="preserve"> Power Grinder</w:t>
      </w:r>
      <w:r w:rsidRPr="00BC6D43">
        <w:rPr>
          <w:rFonts w:asciiTheme="minorHAnsi" w:hAnsiTheme="minorHAnsi"/>
        </w:rPr>
        <w:t>.</w:t>
      </w:r>
    </w:p>
    <w:p w14:paraId="0396804E" w14:textId="77777777" w:rsidR="00BC6D43" w:rsidRDefault="00BC6D43" w:rsidP="00932048">
      <w:pPr>
        <w:rPr>
          <w:sz w:val="24"/>
          <w:szCs w:val="24"/>
        </w:rPr>
      </w:pPr>
    </w:p>
    <w:p w14:paraId="03229C17" w14:textId="77777777" w:rsidR="00932048" w:rsidRPr="001D7228" w:rsidRDefault="00932048" w:rsidP="00932048">
      <w:pPr>
        <w:rPr>
          <w:sz w:val="24"/>
          <w:szCs w:val="24"/>
        </w:rPr>
      </w:pPr>
      <w:r w:rsidRPr="001D7228">
        <w:rPr>
          <w:sz w:val="24"/>
          <w:szCs w:val="24"/>
        </w:rPr>
        <w:t>This self-led session is designed to take approximately one hour.</w:t>
      </w:r>
    </w:p>
    <w:p w14:paraId="3920C4FF" w14:textId="77777777" w:rsidR="00327205" w:rsidRPr="001D7228" w:rsidRDefault="00327205" w:rsidP="00327205">
      <w:pPr>
        <w:rPr>
          <w:b/>
          <w:bCs/>
          <w:sz w:val="24"/>
          <w:szCs w:val="24"/>
        </w:rPr>
      </w:pPr>
      <w:r w:rsidRPr="001D7228">
        <w:rPr>
          <w:b/>
          <w:bCs/>
          <w:sz w:val="24"/>
          <w:szCs w:val="24"/>
        </w:rPr>
        <w:t>Part 1: What Is a Power Grinder?</w:t>
      </w:r>
    </w:p>
    <w:p w14:paraId="39322A8D" w14:textId="77777777" w:rsidR="00327205" w:rsidRPr="001D7228" w:rsidRDefault="00327205" w:rsidP="00327205">
      <w:pPr>
        <w:rPr>
          <w:sz w:val="24"/>
          <w:szCs w:val="24"/>
        </w:rPr>
      </w:pPr>
      <w:r w:rsidRPr="001D7228">
        <w:rPr>
          <w:sz w:val="24"/>
          <w:szCs w:val="24"/>
        </w:rPr>
        <w:t xml:space="preserve">A power grinder is a handheld tool used for grinding, cutting, or polishing metal, wood, and other materials. Most commonly, you'll encounter an </w:t>
      </w:r>
      <w:r w:rsidRPr="001D7228">
        <w:rPr>
          <w:b/>
          <w:bCs/>
          <w:sz w:val="24"/>
          <w:szCs w:val="24"/>
        </w:rPr>
        <w:t>angle grinder</w:t>
      </w:r>
      <w:r w:rsidRPr="001D7228">
        <w:rPr>
          <w:sz w:val="24"/>
          <w:szCs w:val="24"/>
        </w:rPr>
        <w:t xml:space="preserve"> in the workshop.</w:t>
      </w:r>
    </w:p>
    <w:p w14:paraId="48B5447E" w14:textId="7968596E" w:rsidR="00327205" w:rsidRPr="001D7228" w:rsidRDefault="00327205" w:rsidP="00327205">
      <w:pPr>
        <w:rPr>
          <w:b/>
          <w:bCs/>
          <w:sz w:val="24"/>
          <w:szCs w:val="24"/>
        </w:rPr>
      </w:pPr>
      <w:r w:rsidRPr="001D7228">
        <w:rPr>
          <w:b/>
          <w:bCs/>
          <w:sz w:val="24"/>
          <w:szCs w:val="24"/>
        </w:rPr>
        <w:t>Part 2: Vocabulary Match</w:t>
      </w:r>
    </w:p>
    <w:p w14:paraId="6D117BD3" w14:textId="77777777" w:rsidR="00327205" w:rsidRPr="001D7228" w:rsidRDefault="00327205" w:rsidP="00327205">
      <w:pPr>
        <w:rPr>
          <w:sz w:val="24"/>
          <w:szCs w:val="24"/>
        </w:rPr>
      </w:pPr>
      <w:r w:rsidRPr="001D7228">
        <w:rPr>
          <w:sz w:val="24"/>
          <w:szCs w:val="24"/>
        </w:rPr>
        <w:t>Match the word to its correct definition.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1"/>
        <w:gridCol w:w="1917"/>
      </w:tblGrid>
      <w:tr w:rsidR="00327205" w:rsidRPr="001D7228" w14:paraId="0AB80297" w14:textId="77777777" w:rsidTr="00327205">
        <w:trPr>
          <w:tblHeader/>
          <w:tblCellSpacing w:w="15" w:type="dxa"/>
        </w:trPr>
        <w:tc>
          <w:tcPr>
            <w:tcW w:w="0" w:type="auto"/>
            <w:vAlign w:val="center"/>
            <w:hideMark/>
          </w:tcPr>
          <w:p w14:paraId="52C836A0" w14:textId="77777777" w:rsidR="00327205" w:rsidRPr="001D7228" w:rsidRDefault="00327205" w:rsidP="00327205">
            <w:pPr>
              <w:rPr>
                <w:b/>
                <w:bCs/>
                <w:sz w:val="24"/>
                <w:szCs w:val="24"/>
              </w:rPr>
            </w:pPr>
            <w:r w:rsidRPr="001D7228">
              <w:rPr>
                <w:b/>
                <w:bCs/>
                <w:sz w:val="24"/>
                <w:szCs w:val="24"/>
              </w:rPr>
              <w:t>Term</w:t>
            </w:r>
          </w:p>
        </w:tc>
        <w:tc>
          <w:tcPr>
            <w:tcW w:w="0" w:type="auto"/>
            <w:vAlign w:val="center"/>
            <w:hideMark/>
          </w:tcPr>
          <w:p w14:paraId="65E48465" w14:textId="77777777" w:rsidR="00327205" w:rsidRPr="001D7228" w:rsidRDefault="00327205" w:rsidP="00327205">
            <w:pPr>
              <w:rPr>
                <w:b/>
                <w:bCs/>
                <w:sz w:val="24"/>
                <w:szCs w:val="24"/>
              </w:rPr>
            </w:pPr>
            <w:r w:rsidRPr="001D7228">
              <w:rPr>
                <w:b/>
                <w:bCs/>
                <w:sz w:val="24"/>
                <w:szCs w:val="24"/>
              </w:rPr>
              <w:t>Definition Letter</w:t>
            </w:r>
          </w:p>
        </w:tc>
      </w:tr>
      <w:tr w:rsidR="00327205" w:rsidRPr="001D7228" w14:paraId="7A9EAF1F" w14:textId="77777777" w:rsidTr="00327205">
        <w:trPr>
          <w:tblCellSpacing w:w="15" w:type="dxa"/>
        </w:trPr>
        <w:tc>
          <w:tcPr>
            <w:tcW w:w="0" w:type="auto"/>
            <w:vAlign w:val="center"/>
            <w:hideMark/>
          </w:tcPr>
          <w:p w14:paraId="504823E9" w14:textId="77777777" w:rsidR="00327205" w:rsidRPr="001D7228" w:rsidRDefault="00327205" w:rsidP="00327205">
            <w:pPr>
              <w:rPr>
                <w:sz w:val="24"/>
                <w:szCs w:val="24"/>
              </w:rPr>
            </w:pPr>
            <w:r w:rsidRPr="001D7228">
              <w:rPr>
                <w:sz w:val="24"/>
                <w:szCs w:val="24"/>
              </w:rPr>
              <w:t>1. Guard</w:t>
            </w:r>
          </w:p>
        </w:tc>
        <w:tc>
          <w:tcPr>
            <w:tcW w:w="0" w:type="auto"/>
            <w:vAlign w:val="center"/>
            <w:hideMark/>
          </w:tcPr>
          <w:p w14:paraId="7A967F4D" w14:textId="77777777" w:rsidR="00327205" w:rsidRPr="001D7228" w:rsidRDefault="00327205" w:rsidP="00327205">
            <w:pPr>
              <w:rPr>
                <w:sz w:val="24"/>
                <w:szCs w:val="24"/>
              </w:rPr>
            </w:pPr>
            <w:r w:rsidRPr="001D7228">
              <w:rPr>
                <w:sz w:val="24"/>
                <w:szCs w:val="24"/>
              </w:rPr>
              <w:t>___</w:t>
            </w:r>
          </w:p>
        </w:tc>
      </w:tr>
      <w:tr w:rsidR="00327205" w:rsidRPr="001D7228" w14:paraId="4EB23483" w14:textId="77777777" w:rsidTr="00327205">
        <w:trPr>
          <w:tblCellSpacing w:w="15" w:type="dxa"/>
        </w:trPr>
        <w:tc>
          <w:tcPr>
            <w:tcW w:w="0" w:type="auto"/>
            <w:vAlign w:val="center"/>
            <w:hideMark/>
          </w:tcPr>
          <w:p w14:paraId="34B125BC" w14:textId="77777777" w:rsidR="00327205" w:rsidRPr="001D7228" w:rsidRDefault="00327205" w:rsidP="00327205">
            <w:pPr>
              <w:rPr>
                <w:sz w:val="24"/>
                <w:szCs w:val="24"/>
              </w:rPr>
            </w:pPr>
            <w:r w:rsidRPr="001D7228">
              <w:rPr>
                <w:sz w:val="24"/>
                <w:szCs w:val="24"/>
              </w:rPr>
              <w:t>2. Disc/Wheel</w:t>
            </w:r>
          </w:p>
        </w:tc>
        <w:tc>
          <w:tcPr>
            <w:tcW w:w="0" w:type="auto"/>
            <w:vAlign w:val="center"/>
            <w:hideMark/>
          </w:tcPr>
          <w:p w14:paraId="0B015F50" w14:textId="77777777" w:rsidR="00327205" w:rsidRPr="001D7228" w:rsidRDefault="00327205" w:rsidP="00327205">
            <w:pPr>
              <w:rPr>
                <w:sz w:val="24"/>
                <w:szCs w:val="24"/>
              </w:rPr>
            </w:pPr>
            <w:r w:rsidRPr="001D7228">
              <w:rPr>
                <w:sz w:val="24"/>
                <w:szCs w:val="24"/>
              </w:rPr>
              <w:t>___</w:t>
            </w:r>
          </w:p>
        </w:tc>
      </w:tr>
      <w:tr w:rsidR="00327205" w:rsidRPr="001D7228" w14:paraId="358A1FEF" w14:textId="77777777" w:rsidTr="00327205">
        <w:trPr>
          <w:tblCellSpacing w:w="15" w:type="dxa"/>
        </w:trPr>
        <w:tc>
          <w:tcPr>
            <w:tcW w:w="0" w:type="auto"/>
            <w:vAlign w:val="center"/>
            <w:hideMark/>
          </w:tcPr>
          <w:p w14:paraId="25956520" w14:textId="77777777" w:rsidR="00327205" w:rsidRPr="001D7228" w:rsidRDefault="00327205" w:rsidP="00327205">
            <w:pPr>
              <w:rPr>
                <w:sz w:val="24"/>
                <w:szCs w:val="24"/>
              </w:rPr>
            </w:pPr>
            <w:r w:rsidRPr="001D7228">
              <w:rPr>
                <w:sz w:val="24"/>
                <w:szCs w:val="24"/>
              </w:rPr>
              <w:t>3. Trigger/Switch</w:t>
            </w:r>
          </w:p>
        </w:tc>
        <w:tc>
          <w:tcPr>
            <w:tcW w:w="0" w:type="auto"/>
            <w:vAlign w:val="center"/>
            <w:hideMark/>
          </w:tcPr>
          <w:p w14:paraId="6F5546CD" w14:textId="77777777" w:rsidR="00327205" w:rsidRPr="001D7228" w:rsidRDefault="00327205" w:rsidP="00327205">
            <w:pPr>
              <w:rPr>
                <w:sz w:val="24"/>
                <w:szCs w:val="24"/>
              </w:rPr>
            </w:pPr>
            <w:r w:rsidRPr="001D7228">
              <w:rPr>
                <w:sz w:val="24"/>
                <w:szCs w:val="24"/>
              </w:rPr>
              <w:t>___</w:t>
            </w:r>
          </w:p>
        </w:tc>
      </w:tr>
      <w:tr w:rsidR="00327205" w:rsidRPr="001D7228" w14:paraId="12205CA0" w14:textId="77777777" w:rsidTr="00327205">
        <w:trPr>
          <w:tblCellSpacing w:w="15" w:type="dxa"/>
        </w:trPr>
        <w:tc>
          <w:tcPr>
            <w:tcW w:w="0" w:type="auto"/>
            <w:vAlign w:val="center"/>
            <w:hideMark/>
          </w:tcPr>
          <w:p w14:paraId="0EF7D83D" w14:textId="77777777" w:rsidR="00327205" w:rsidRPr="001D7228" w:rsidRDefault="00327205" w:rsidP="00327205">
            <w:pPr>
              <w:rPr>
                <w:sz w:val="24"/>
                <w:szCs w:val="24"/>
              </w:rPr>
            </w:pPr>
            <w:r w:rsidRPr="001D7228">
              <w:rPr>
                <w:sz w:val="24"/>
                <w:szCs w:val="24"/>
              </w:rPr>
              <w:t>4. Flange Nut</w:t>
            </w:r>
          </w:p>
        </w:tc>
        <w:tc>
          <w:tcPr>
            <w:tcW w:w="0" w:type="auto"/>
            <w:vAlign w:val="center"/>
            <w:hideMark/>
          </w:tcPr>
          <w:p w14:paraId="552F496A" w14:textId="77777777" w:rsidR="00327205" w:rsidRPr="001D7228" w:rsidRDefault="00327205" w:rsidP="00327205">
            <w:pPr>
              <w:rPr>
                <w:sz w:val="24"/>
                <w:szCs w:val="24"/>
              </w:rPr>
            </w:pPr>
            <w:r w:rsidRPr="001D7228">
              <w:rPr>
                <w:sz w:val="24"/>
                <w:szCs w:val="24"/>
              </w:rPr>
              <w:t>___</w:t>
            </w:r>
          </w:p>
        </w:tc>
      </w:tr>
      <w:tr w:rsidR="00327205" w:rsidRPr="001D7228" w14:paraId="1CB91439" w14:textId="77777777" w:rsidTr="00327205">
        <w:trPr>
          <w:tblCellSpacing w:w="15" w:type="dxa"/>
        </w:trPr>
        <w:tc>
          <w:tcPr>
            <w:tcW w:w="0" w:type="auto"/>
            <w:vAlign w:val="center"/>
            <w:hideMark/>
          </w:tcPr>
          <w:p w14:paraId="7E8E15ED" w14:textId="77777777" w:rsidR="00327205" w:rsidRPr="001D7228" w:rsidRDefault="00327205" w:rsidP="00327205">
            <w:pPr>
              <w:rPr>
                <w:sz w:val="24"/>
                <w:szCs w:val="24"/>
              </w:rPr>
            </w:pPr>
            <w:r w:rsidRPr="001D7228">
              <w:rPr>
                <w:sz w:val="24"/>
                <w:szCs w:val="24"/>
              </w:rPr>
              <w:t>5. Spindle Lock</w:t>
            </w:r>
          </w:p>
        </w:tc>
        <w:tc>
          <w:tcPr>
            <w:tcW w:w="0" w:type="auto"/>
            <w:vAlign w:val="center"/>
            <w:hideMark/>
          </w:tcPr>
          <w:p w14:paraId="2BEC20F5" w14:textId="77777777" w:rsidR="00327205" w:rsidRPr="001D7228" w:rsidRDefault="00327205" w:rsidP="00327205">
            <w:pPr>
              <w:rPr>
                <w:sz w:val="24"/>
                <w:szCs w:val="24"/>
              </w:rPr>
            </w:pPr>
            <w:r w:rsidRPr="001D7228">
              <w:rPr>
                <w:sz w:val="24"/>
                <w:szCs w:val="24"/>
              </w:rPr>
              <w:t>___</w:t>
            </w:r>
          </w:p>
        </w:tc>
      </w:tr>
    </w:tbl>
    <w:p w14:paraId="0138DC93" w14:textId="77777777" w:rsidR="00327205" w:rsidRPr="001D7228" w:rsidRDefault="00327205" w:rsidP="00327205">
      <w:pPr>
        <w:rPr>
          <w:b/>
          <w:bCs/>
          <w:sz w:val="24"/>
          <w:szCs w:val="24"/>
        </w:rPr>
      </w:pPr>
    </w:p>
    <w:p w14:paraId="0349918C" w14:textId="02FB6406" w:rsidR="00327205" w:rsidRPr="001D7228" w:rsidRDefault="00327205" w:rsidP="00327205">
      <w:pPr>
        <w:rPr>
          <w:sz w:val="24"/>
          <w:szCs w:val="24"/>
        </w:rPr>
      </w:pPr>
      <w:r w:rsidRPr="001D7228">
        <w:rPr>
          <w:b/>
          <w:bCs/>
          <w:sz w:val="24"/>
          <w:szCs w:val="24"/>
        </w:rPr>
        <w:t>Definitions</w:t>
      </w:r>
      <w:proofErr w:type="gramStart"/>
      <w:r w:rsidRPr="001D7228">
        <w:rPr>
          <w:b/>
          <w:bCs/>
          <w:sz w:val="24"/>
          <w:szCs w:val="24"/>
        </w:rPr>
        <w:t>:</w:t>
      </w:r>
      <w:proofErr w:type="gramEnd"/>
      <w:r w:rsidRPr="001D7228">
        <w:rPr>
          <w:sz w:val="24"/>
          <w:szCs w:val="24"/>
        </w:rPr>
        <w:br/>
        <w:t>A. The rotating part that holds the grinding disc in place</w:t>
      </w:r>
      <w:r w:rsidRPr="001D7228">
        <w:rPr>
          <w:sz w:val="24"/>
          <w:szCs w:val="24"/>
        </w:rPr>
        <w:br/>
        <w:t>B. Covers part of the disc to protect from sparks and debris</w:t>
      </w:r>
      <w:r w:rsidRPr="001D7228">
        <w:rPr>
          <w:sz w:val="24"/>
          <w:szCs w:val="24"/>
        </w:rPr>
        <w:br/>
        <w:t>C. The part that starts/stops the tool</w:t>
      </w:r>
      <w:r w:rsidRPr="001D7228">
        <w:rPr>
          <w:sz w:val="24"/>
          <w:szCs w:val="24"/>
        </w:rPr>
        <w:br/>
        <w:t>D. Used to secure the disc tightly</w:t>
      </w:r>
      <w:r w:rsidRPr="001D7228">
        <w:rPr>
          <w:sz w:val="24"/>
          <w:szCs w:val="24"/>
        </w:rPr>
        <w:br/>
        <w:t>E. The attachment used for grinding, cutting, or sanding</w:t>
      </w:r>
    </w:p>
    <w:p w14:paraId="008718DF" w14:textId="77777777" w:rsidR="00327205" w:rsidRPr="001D7228" w:rsidRDefault="00327205" w:rsidP="00327205">
      <w:pPr>
        <w:rPr>
          <w:sz w:val="24"/>
          <w:szCs w:val="24"/>
        </w:rPr>
      </w:pPr>
    </w:p>
    <w:p w14:paraId="0A1C425E" w14:textId="2AE7F08E" w:rsidR="00327205" w:rsidRPr="001D7228" w:rsidRDefault="00327205" w:rsidP="00327205">
      <w:pPr>
        <w:rPr>
          <w:b/>
          <w:bCs/>
          <w:sz w:val="24"/>
          <w:szCs w:val="24"/>
        </w:rPr>
      </w:pPr>
      <w:r w:rsidRPr="001D7228">
        <w:rPr>
          <w:b/>
          <w:bCs/>
          <w:sz w:val="24"/>
          <w:szCs w:val="24"/>
        </w:rPr>
        <w:t>Part 3: Grinder Safety First</w:t>
      </w:r>
    </w:p>
    <w:p w14:paraId="792ACF16" w14:textId="77777777" w:rsidR="00327205" w:rsidRPr="001D7228" w:rsidRDefault="00327205" w:rsidP="00327205">
      <w:pPr>
        <w:rPr>
          <w:sz w:val="24"/>
          <w:szCs w:val="24"/>
        </w:rPr>
      </w:pPr>
      <w:r w:rsidRPr="001D7228">
        <w:rPr>
          <w:sz w:val="24"/>
          <w:szCs w:val="24"/>
        </w:rPr>
        <w:t xml:space="preserve">Circle </w:t>
      </w:r>
      <w:r w:rsidRPr="001D7228">
        <w:rPr>
          <w:b/>
          <w:bCs/>
          <w:sz w:val="24"/>
          <w:szCs w:val="24"/>
        </w:rPr>
        <w:t>YES</w:t>
      </w:r>
      <w:r w:rsidRPr="001D7228">
        <w:rPr>
          <w:sz w:val="24"/>
          <w:szCs w:val="24"/>
        </w:rPr>
        <w:t xml:space="preserve"> or </w:t>
      </w:r>
      <w:r w:rsidRPr="001D7228">
        <w:rPr>
          <w:b/>
          <w:bCs/>
          <w:sz w:val="24"/>
          <w:szCs w:val="24"/>
        </w:rPr>
        <w:t>NO</w:t>
      </w:r>
      <w:r w:rsidRPr="001D7228">
        <w:rPr>
          <w:sz w:val="24"/>
          <w:szCs w:val="24"/>
        </w:rPr>
        <w:t xml:space="preserve"> for each safety rule.</w:t>
      </w:r>
    </w:p>
    <w:p w14:paraId="7A576F02" w14:textId="77777777" w:rsidR="00327205" w:rsidRPr="001D7228" w:rsidRDefault="00327205" w:rsidP="00327205">
      <w:pPr>
        <w:numPr>
          <w:ilvl w:val="0"/>
          <w:numId w:val="18"/>
        </w:numPr>
        <w:rPr>
          <w:sz w:val="24"/>
          <w:szCs w:val="24"/>
        </w:rPr>
      </w:pPr>
      <w:r w:rsidRPr="001D7228">
        <w:rPr>
          <w:sz w:val="24"/>
          <w:szCs w:val="24"/>
        </w:rPr>
        <w:t>Always wear safety goggles when using a grinder.</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b/>
          <w:bCs/>
          <w:sz w:val="24"/>
          <w:szCs w:val="24"/>
        </w:rPr>
        <w:t>YES / NO</w:t>
      </w:r>
    </w:p>
    <w:p w14:paraId="074A8ED9" w14:textId="77777777" w:rsidR="00327205" w:rsidRPr="001D7228" w:rsidRDefault="00327205" w:rsidP="00327205">
      <w:pPr>
        <w:numPr>
          <w:ilvl w:val="0"/>
          <w:numId w:val="18"/>
        </w:numPr>
        <w:rPr>
          <w:sz w:val="24"/>
          <w:szCs w:val="24"/>
        </w:rPr>
      </w:pPr>
      <w:r w:rsidRPr="001D7228">
        <w:rPr>
          <w:sz w:val="24"/>
          <w:szCs w:val="24"/>
        </w:rPr>
        <w:t>Use a grinder without the guard if it gets in your way.</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b/>
          <w:bCs/>
          <w:sz w:val="24"/>
          <w:szCs w:val="24"/>
        </w:rPr>
        <w:t>YES / NO</w:t>
      </w:r>
    </w:p>
    <w:p w14:paraId="5256DCB1" w14:textId="77777777" w:rsidR="00327205" w:rsidRPr="001D7228" w:rsidRDefault="00327205" w:rsidP="00327205">
      <w:pPr>
        <w:numPr>
          <w:ilvl w:val="0"/>
          <w:numId w:val="18"/>
        </w:numPr>
        <w:rPr>
          <w:sz w:val="24"/>
          <w:szCs w:val="24"/>
        </w:rPr>
      </w:pPr>
      <w:r w:rsidRPr="001D7228">
        <w:rPr>
          <w:sz w:val="24"/>
          <w:szCs w:val="24"/>
        </w:rPr>
        <w:lastRenderedPageBreak/>
        <w:t>Let the grinder reach full speed before applying pressure.</w:t>
      </w:r>
      <w:r w:rsidRPr="001D7228">
        <w:rPr>
          <w:sz w:val="24"/>
          <w:szCs w:val="24"/>
        </w:rPr>
        <w:t> </w:t>
      </w:r>
      <w:r w:rsidRPr="001D7228">
        <w:rPr>
          <w:sz w:val="24"/>
          <w:szCs w:val="24"/>
        </w:rPr>
        <w:t> </w:t>
      </w:r>
      <w:r w:rsidRPr="001D7228">
        <w:rPr>
          <w:b/>
          <w:bCs/>
          <w:sz w:val="24"/>
          <w:szCs w:val="24"/>
        </w:rPr>
        <w:t>YES / NO</w:t>
      </w:r>
    </w:p>
    <w:p w14:paraId="695D658A" w14:textId="77777777" w:rsidR="00327205" w:rsidRPr="001D7228" w:rsidRDefault="00327205" w:rsidP="00327205">
      <w:pPr>
        <w:numPr>
          <w:ilvl w:val="0"/>
          <w:numId w:val="18"/>
        </w:numPr>
        <w:rPr>
          <w:sz w:val="24"/>
          <w:szCs w:val="24"/>
        </w:rPr>
      </w:pPr>
      <w:r w:rsidRPr="001D7228">
        <w:rPr>
          <w:sz w:val="24"/>
          <w:szCs w:val="24"/>
        </w:rPr>
        <w:t>It’s okay to touch the spinning disc with your fingers.</w:t>
      </w:r>
      <w:r w:rsidRPr="001D7228">
        <w:rPr>
          <w:sz w:val="24"/>
          <w:szCs w:val="24"/>
        </w:rPr>
        <w:t> </w:t>
      </w:r>
      <w:r w:rsidRPr="001D7228">
        <w:rPr>
          <w:sz w:val="24"/>
          <w:szCs w:val="24"/>
        </w:rPr>
        <w:t> </w:t>
      </w:r>
      <w:r w:rsidRPr="001D7228">
        <w:rPr>
          <w:sz w:val="24"/>
          <w:szCs w:val="24"/>
        </w:rPr>
        <w:t> </w:t>
      </w:r>
      <w:r w:rsidRPr="001D7228">
        <w:rPr>
          <w:b/>
          <w:bCs/>
          <w:sz w:val="24"/>
          <w:szCs w:val="24"/>
        </w:rPr>
        <w:t>YES / NO</w:t>
      </w:r>
    </w:p>
    <w:p w14:paraId="7B662212" w14:textId="1FF47266" w:rsidR="00327205" w:rsidRPr="001D7228" w:rsidRDefault="00327205" w:rsidP="00327205">
      <w:pPr>
        <w:numPr>
          <w:ilvl w:val="0"/>
          <w:numId w:val="18"/>
        </w:numPr>
        <w:rPr>
          <w:sz w:val="24"/>
          <w:szCs w:val="24"/>
        </w:rPr>
      </w:pPr>
      <w:r w:rsidRPr="001D7228">
        <w:rPr>
          <w:sz w:val="24"/>
          <w:szCs w:val="24"/>
        </w:rPr>
        <w:t>Always unplug the tool before changing discs.</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sz w:val="24"/>
          <w:szCs w:val="24"/>
        </w:rPr>
        <w:t> </w:t>
      </w:r>
      <w:r w:rsidRPr="001D7228">
        <w:rPr>
          <w:b/>
          <w:bCs/>
          <w:sz w:val="24"/>
          <w:szCs w:val="24"/>
        </w:rPr>
        <w:t>YES / NO</w:t>
      </w:r>
    </w:p>
    <w:p w14:paraId="5C6DBE94" w14:textId="4B400A62" w:rsidR="00227515" w:rsidRPr="001D7228" w:rsidRDefault="00227515" w:rsidP="00227515">
      <w:pPr>
        <w:pStyle w:val="ListParagraph"/>
        <w:rPr>
          <w:b/>
          <w:bCs/>
          <w:sz w:val="24"/>
          <w:szCs w:val="24"/>
        </w:rPr>
      </w:pPr>
      <w:r w:rsidRPr="001D7228">
        <w:rPr>
          <w:b/>
          <w:bCs/>
          <w:sz w:val="24"/>
          <w:szCs w:val="24"/>
        </w:rPr>
        <w:t>Part 4: Label the parts.</w:t>
      </w:r>
    </w:p>
    <w:p w14:paraId="6E813A0E" w14:textId="77777777" w:rsidR="00327205" w:rsidRPr="001D7228" w:rsidRDefault="00327205" w:rsidP="00932048">
      <w:pPr>
        <w:rPr>
          <w:sz w:val="24"/>
          <w:szCs w:val="24"/>
        </w:rPr>
      </w:pPr>
    </w:p>
    <w:p w14:paraId="600C9DF8" w14:textId="77777777" w:rsidR="00227515" w:rsidRPr="001D7228" w:rsidRDefault="00227515" w:rsidP="00932048">
      <w:pPr>
        <w:rPr>
          <w:sz w:val="24"/>
          <w:szCs w:val="24"/>
        </w:rPr>
      </w:pPr>
      <w:r w:rsidRPr="001D7228">
        <w:rPr>
          <w:rFonts w:cstheme="majorHAnsi"/>
          <w:noProof/>
          <w:sz w:val="24"/>
          <w:szCs w:val="24"/>
        </w:rPr>
        <w:drawing>
          <wp:inline distT="0" distB="0" distL="0" distR="0" wp14:anchorId="24E5C524" wp14:editId="6F54C109">
            <wp:extent cx="5943600" cy="4161155"/>
            <wp:effectExtent l="0" t="0" r="0" b="0"/>
            <wp:docPr id="28547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71854" name="Picture 285471854"/>
                    <pic:cNvPicPr/>
                  </pic:nvPicPr>
                  <pic:blipFill>
                    <a:blip r:embed="rId8"/>
                    <a:stretch>
                      <a:fillRect/>
                    </a:stretch>
                  </pic:blipFill>
                  <pic:spPr>
                    <a:xfrm>
                      <a:off x="0" y="0"/>
                      <a:ext cx="5943600" cy="4161155"/>
                    </a:xfrm>
                    <a:prstGeom prst="rect">
                      <a:avLst/>
                    </a:prstGeom>
                  </pic:spPr>
                </pic:pic>
              </a:graphicData>
            </a:graphic>
          </wp:inline>
        </w:drawing>
      </w:r>
    </w:p>
    <w:p w14:paraId="63C20ED1" w14:textId="2B875BF7" w:rsidR="00F13046" w:rsidRPr="001D7228" w:rsidRDefault="00227515" w:rsidP="00227515">
      <w:pPr>
        <w:pStyle w:val="ListParagraph"/>
        <w:numPr>
          <w:ilvl w:val="0"/>
          <w:numId w:val="22"/>
        </w:numPr>
        <w:spacing w:after="0" w:line="240" w:lineRule="auto"/>
        <w:rPr>
          <w:sz w:val="24"/>
          <w:szCs w:val="24"/>
        </w:rPr>
      </w:pPr>
      <w:r w:rsidRPr="001D7228">
        <w:rPr>
          <w:sz w:val="24"/>
          <w:szCs w:val="24"/>
        </w:rPr>
        <w:t>Trigger Handle</w:t>
      </w:r>
    </w:p>
    <w:p w14:paraId="5A627D20" w14:textId="6C3CECE2" w:rsidR="00227515" w:rsidRPr="001D7228" w:rsidRDefault="00227515" w:rsidP="00227515">
      <w:pPr>
        <w:pStyle w:val="ListParagraph"/>
        <w:numPr>
          <w:ilvl w:val="0"/>
          <w:numId w:val="22"/>
        </w:numPr>
        <w:spacing w:after="0" w:line="240" w:lineRule="auto"/>
        <w:rPr>
          <w:sz w:val="24"/>
          <w:szCs w:val="24"/>
        </w:rPr>
      </w:pPr>
      <w:r w:rsidRPr="001D7228">
        <w:rPr>
          <w:sz w:val="24"/>
          <w:szCs w:val="24"/>
        </w:rPr>
        <w:t>Tool Reset</w:t>
      </w:r>
    </w:p>
    <w:p w14:paraId="4F117AA0" w14:textId="1B392D5C" w:rsidR="00227515" w:rsidRPr="001D7228" w:rsidRDefault="00227515" w:rsidP="00227515">
      <w:pPr>
        <w:pStyle w:val="ListParagraph"/>
        <w:numPr>
          <w:ilvl w:val="0"/>
          <w:numId w:val="22"/>
        </w:numPr>
        <w:spacing w:after="0" w:line="240" w:lineRule="auto"/>
        <w:rPr>
          <w:sz w:val="24"/>
          <w:szCs w:val="24"/>
        </w:rPr>
      </w:pPr>
      <w:r w:rsidRPr="001D7228">
        <w:rPr>
          <w:sz w:val="24"/>
          <w:szCs w:val="24"/>
        </w:rPr>
        <w:t>Idle Handle</w:t>
      </w:r>
    </w:p>
    <w:p w14:paraId="0F55DC0F" w14:textId="67BAF4F7" w:rsidR="00227515" w:rsidRPr="001D7228" w:rsidRDefault="00227515" w:rsidP="00227515">
      <w:pPr>
        <w:pStyle w:val="ListParagraph"/>
        <w:numPr>
          <w:ilvl w:val="0"/>
          <w:numId w:val="22"/>
        </w:numPr>
        <w:spacing w:after="0" w:line="240" w:lineRule="auto"/>
        <w:rPr>
          <w:sz w:val="24"/>
          <w:szCs w:val="24"/>
        </w:rPr>
      </w:pPr>
      <w:r w:rsidRPr="001D7228">
        <w:rPr>
          <w:sz w:val="24"/>
          <w:szCs w:val="24"/>
        </w:rPr>
        <w:t>Safety Guard</w:t>
      </w:r>
    </w:p>
    <w:p w14:paraId="24995C8B" w14:textId="7685E7CC" w:rsidR="00227515" w:rsidRPr="001D7228" w:rsidRDefault="00227515" w:rsidP="00227515">
      <w:pPr>
        <w:pStyle w:val="ListParagraph"/>
        <w:numPr>
          <w:ilvl w:val="0"/>
          <w:numId w:val="22"/>
        </w:numPr>
        <w:spacing w:after="0" w:line="240" w:lineRule="auto"/>
        <w:rPr>
          <w:sz w:val="24"/>
          <w:szCs w:val="24"/>
        </w:rPr>
      </w:pPr>
      <w:r w:rsidRPr="001D7228">
        <w:rPr>
          <w:sz w:val="24"/>
          <w:szCs w:val="24"/>
        </w:rPr>
        <w:t>Trigger</w:t>
      </w:r>
    </w:p>
    <w:p w14:paraId="34746153" w14:textId="1955E086" w:rsidR="00227515" w:rsidRPr="001D7228" w:rsidRDefault="00227515" w:rsidP="00227515">
      <w:pPr>
        <w:pStyle w:val="ListParagraph"/>
        <w:numPr>
          <w:ilvl w:val="0"/>
          <w:numId w:val="22"/>
        </w:numPr>
        <w:spacing w:after="0" w:line="240" w:lineRule="auto"/>
        <w:rPr>
          <w:sz w:val="24"/>
          <w:szCs w:val="24"/>
        </w:rPr>
      </w:pPr>
      <w:r w:rsidRPr="001D7228">
        <w:rPr>
          <w:sz w:val="24"/>
          <w:szCs w:val="24"/>
        </w:rPr>
        <w:t>Motor Housing</w:t>
      </w:r>
    </w:p>
    <w:p w14:paraId="401085D7" w14:textId="3638C729" w:rsidR="00227515" w:rsidRPr="001D7228" w:rsidRDefault="00227515" w:rsidP="00227515">
      <w:pPr>
        <w:pStyle w:val="ListParagraph"/>
        <w:numPr>
          <w:ilvl w:val="0"/>
          <w:numId w:val="22"/>
        </w:numPr>
        <w:spacing w:after="0" w:line="240" w:lineRule="auto"/>
        <w:rPr>
          <w:sz w:val="24"/>
          <w:szCs w:val="24"/>
        </w:rPr>
      </w:pPr>
      <w:r w:rsidRPr="001D7228">
        <w:rPr>
          <w:sz w:val="24"/>
          <w:szCs w:val="24"/>
        </w:rPr>
        <w:t>Grinding Wheel</w:t>
      </w:r>
    </w:p>
    <w:p w14:paraId="6D41C62E"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r w:rsidRPr="001D7228">
        <w:rPr>
          <w:rFonts w:asciiTheme="minorHAnsi" w:hAnsiTheme="minorHAnsi" w:cstheme="majorHAnsi"/>
          <w:noProof/>
          <w:sz w:val="24"/>
          <w:szCs w:val="24"/>
        </w:rPr>
        <w:lastRenderedPageBreak/>
        <w:drawing>
          <wp:anchor distT="0" distB="0" distL="114300" distR="114300" simplePos="0" relativeHeight="251658240" behindDoc="1" locked="0" layoutInCell="1" allowOverlap="1" wp14:anchorId="1F74FA2A" wp14:editId="5FCDF0BC">
            <wp:simplePos x="0" y="0"/>
            <wp:positionH relativeFrom="column">
              <wp:posOffset>144780</wp:posOffset>
            </wp:positionH>
            <wp:positionV relativeFrom="paragraph">
              <wp:posOffset>0</wp:posOffset>
            </wp:positionV>
            <wp:extent cx="5676900" cy="3382010"/>
            <wp:effectExtent l="0" t="0" r="0" b="8890"/>
            <wp:wrapSquare wrapText="bothSides"/>
            <wp:docPr id="185993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34241" name="Picture 1859934241"/>
                    <pic:cNvPicPr/>
                  </pic:nvPicPr>
                  <pic:blipFill>
                    <a:blip r:embed="rId9"/>
                    <a:stretch>
                      <a:fillRect/>
                    </a:stretch>
                  </pic:blipFill>
                  <pic:spPr>
                    <a:xfrm>
                      <a:off x="0" y="0"/>
                      <a:ext cx="5676900" cy="3382010"/>
                    </a:xfrm>
                    <a:prstGeom prst="rect">
                      <a:avLst/>
                    </a:prstGeom>
                  </pic:spPr>
                </pic:pic>
              </a:graphicData>
            </a:graphic>
          </wp:anchor>
        </w:drawing>
      </w:r>
      <w:r w:rsidR="007540FD" w:rsidRPr="001D7228">
        <w:rPr>
          <w:rFonts w:asciiTheme="minorHAnsi" w:hAnsiTheme="minorHAnsi" w:cstheme="majorHAnsi"/>
          <w:color w:val="auto"/>
          <w:sz w:val="24"/>
          <w:szCs w:val="24"/>
        </w:rPr>
        <w:t xml:space="preserve"> </w:t>
      </w:r>
    </w:p>
    <w:p w14:paraId="7484CA3D"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74F125FA"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6E552444"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3B90F0F5"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2DCD0D2B"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5714F47B"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00C51FD3"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53C3305B"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13555931"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0668420E"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5D9A53ED"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07023A55"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274CFA6E"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006BEF16" w14:textId="77777777" w:rsidR="00227515" w:rsidRPr="001D7228" w:rsidRDefault="00227515" w:rsidP="007540FD">
      <w:pPr>
        <w:pStyle w:val="Heading2"/>
        <w:spacing w:before="0" w:line="240" w:lineRule="auto"/>
        <w:rPr>
          <w:rFonts w:asciiTheme="minorHAnsi" w:hAnsiTheme="minorHAnsi" w:cstheme="majorHAnsi"/>
          <w:color w:val="auto"/>
          <w:sz w:val="24"/>
          <w:szCs w:val="24"/>
        </w:rPr>
      </w:pPr>
    </w:p>
    <w:p w14:paraId="25A0CFC5" w14:textId="77777777" w:rsidR="00227515" w:rsidRDefault="00227515" w:rsidP="007540FD">
      <w:pPr>
        <w:pStyle w:val="Heading2"/>
        <w:spacing w:before="0" w:line="240" w:lineRule="auto"/>
        <w:rPr>
          <w:rFonts w:asciiTheme="minorHAnsi" w:hAnsiTheme="minorHAnsi" w:cstheme="majorHAnsi"/>
          <w:color w:val="auto"/>
          <w:sz w:val="24"/>
          <w:szCs w:val="24"/>
        </w:rPr>
      </w:pPr>
    </w:p>
    <w:p w14:paraId="3FC4F066" w14:textId="77777777" w:rsidR="00BC6D43" w:rsidRPr="00BC6D43" w:rsidRDefault="00BC6D43" w:rsidP="00BC6D43"/>
    <w:p w14:paraId="7C8CB08B" w14:textId="3342D507" w:rsidR="007540FD" w:rsidRPr="001D7228" w:rsidRDefault="007540FD" w:rsidP="007540FD">
      <w:pPr>
        <w:pStyle w:val="Heading2"/>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color w:val="auto"/>
          <w:sz w:val="24"/>
          <w:szCs w:val="24"/>
        </w:rPr>
        <w:lastRenderedPageBreak/>
        <w:t>Power Grinder Safety Rules</w:t>
      </w:r>
    </w:p>
    <w:p w14:paraId="747AF6E8" w14:textId="77777777" w:rsidR="007540FD" w:rsidRPr="001D7228" w:rsidRDefault="007540FD" w:rsidP="007540FD">
      <w:pPr>
        <w:pStyle w:val="Heading2"/>
        <w:spacing w:before="0" w:line="240" w:lineRule="auto"/>
        <w:rPr>
          <w:rFonts w:asciiTheme="minorHAnsi" w:hAnsiTheme="minorHAnsi" w:cstheme="majorHAnsi"/>
          <w:b w:val="0"/>
          <w:bCs w:val="0"/>
          <w:color w:val="auto"/>
          <w:sz w:val="24"/>
          <w:szCs w:val="24"/>
        </w:rPr>
      </w:pPr>
    </w:p>
    <w:p w14:paraId="444ACA14" w14:textId="3C5DC5D3" w:rsidR="007540FD" w:rsidRPr="001D7228" w:rsidRDefault="007540FD" w:rsidP="007540FD">
      <w:pPr>
        <w:pStyle w:val="Heading2"/>
        <w:spacing w:before="0" w:line="240" w:lineRule="auto"/>
        <w:rPr>
          <w:rFonts w:asciiTheme="minorHAnsi" w:hAnsiTheme="minorHAnsi" w:cstheme="majorHAnsi"/>
          <w:b w:val="0"/>
          <w:bCs w:val="0"/>
          <w:color w:val="auto"/>
          <w:sz w:val="24"/>
          <w:szCs w:val="24"/>
        </w:rPr>
      </w:pPr>
      <w:r w:rsidRPr="001D7228">
        <w:rPr>
          <w:rFonts w:ascii="Cambria" w:hAnsi="Cambria" w:cs="Cambria"/>
          <w:b w:val="0"/>
          <w:bCs w:val="0"/>
          <w:color w:val="auto"/>
          <w:sz w:val="24"/>
          <w:szCs w:val="24"/>
        </w:rPr>
        <w:t>✅</w:t>
      </w:r>
      <w:r w:rsidRPr="001D7228">
        <w:rPr>
          <w:rFonts w:asciiTheme="minorHAnsi" w:hAnsiTheme="minorHAnsi" w:cstheme="majorHAnsi"/>
          <w:b w:val="0"/>
          <w:bCs w:val="0"/>
          <w:color w:val="auto"/>
          <w:sz w:val="24"/>
          <w:szCs w:val="24"/>
        </w:rPr>
        <w:t xml:space="preserve"> </w:t>
      </w:r>
      <w:proofErr w:type="gramStart"/>
      <w:r w:rsidRPr="001D7228">
        <w:rPr>
          <w:rFonts w:asciiTheme="minorHAnsi" w:hAnsiTheme="minorHAnsi" w:cstheme="majorHAnsi"/>
          <w:color w:val="auto"/>
          <w:sz w:val="24"/>
          <w:szCs w:val="24"/>
        </w:rPr>
        <w:t>Before</w:t>
      </w:r>
      <w:proofErr w:type="gramEnd"/>
      <w:r w:rsidRPr="001D7228">
        <w:rPr>
          <w:rFonts w:asciiTheme="minorHAnsi" w:hAnsiTheme="minorHAnsi" w:cstheme="majorHAnsi"/>
          <w:color w:val="auto"/>
          <w:sz w:val="24"/>
          <w:szCs w:val="24"/>
        </w:rPr>
        <w:t xml:space="preserve"> Use</w:t>
      </w:r>
    </w:p>
    <w:p w14:paraId="04372A66" w14:textId="77777777" w:rsidR="007540FD" w:rsidRPr="001D7228" w:rsidRDefault="007540FD" w:rsidP="007540FD">
      <w:pPr>
        <w:pStyle w:val="Heading2"/>
        <w:numPr>
          <w:ilvl w:val="0"/>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Inspect the grinder and disc</w:t>
      </w:r>
    </w:p>
    <w:p w14:paraId="53624952"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Check for cracks, warping, or wear on the disc.</w:t>
      </w:r>
    </w:p>
    <w:p w14:paraId="7CA3A674"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Ensure the grinder is clean, dry, and undamaged.</w:t>
      </w:r>
    </w:p>
    <w:p w14:paraId="2D359DE9" w14:textId="77777777" w:rsidR="007540FD" w:rsidRPr="001D7228" w:rsidRDefault="007540FD" w:rsidP="007540FD">
      <w:pPr>
        <w:pStyle w:val="Heading2"/>
        <w:numPr>
          <w:ilvl w:val="0"/>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Wear proper PPE</w:t>
      </w:r>
    </w:p>
    <w:p w14:paraId="7CF7D187"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Safety goggles or a full face shield (eye protection is essential).</w:t>
      </w:r>
    </w:p>
    <w:p w14:paraId="4A2E18BC"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Hearing protection (grinders are loud).</w:t>
      </w:r>
    </w:p>
    <w:p w14:paraId="6577C554"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Gloves (anti-vibration recommended).</w:t>
      </w:r>
    </w:p>
    <w:p w14:paraId="3EDA09F9"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proofErr w:type="gramStart"/>
      <w:r w:rsidRPr="001D7228">
        <w:rPr>
          <w:rFonts w:asciiTheme="minorHAnsi" w:hAnsiTheme="minorHAnsi" w:cstheme="majorHAnsi"/>
          <w:b w:val="0"/>
          <w:bCs w:val="0"/>
          <w:color w:val="auto"/>
          <w:sz w:val="24"/>
          <w:szCs w:val="24"/>
        </w:rPr>
        <w:t>Long sleeves and pants (to protect against sparks/debris).</w:t>
      </w:r>
      <w:proofErr w:type="gramEnd"/>
    </w:p>
    <w:p w14:paraId="4DBD62DC" w14:textId="77777777" w:rsidR="007540FD" w:rsidRPr="001D7228" w:rsidRDefault="007540FD" w:rsidP="007540FD">
      <w:pPr>
        <w:pStyle w:val="Heading2"/>
        <w:numPr>
          <w:ilvl w:val="0"/>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Check the tool rating</w:t>
      </w:r>
    </w:p>
    <w:p w14:paraId="75865DBF"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Match the disc speed rating with the grinder's RPM.</w:t>
      </w:r>
    </w:p>
    <w:p w14:paraId="3EC761B2"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Never exceed disc limitations.</w:t>
      </w:r>
    </w:p>
    <w:p w14:paraId="01FBC681" w14:textId="77777777" w:rsidR="007540FD" w:rsidRPr="001D7228" w:rsidRDefault="007540FD" w:rsidP="007540FD">
      <w:pPr>
        <w:pStyle w:val="Heading2"/>
        <w:numPr>
          <w:ilvl w:val="0"/>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Ensure guard is in place</w:t>
      </w:r>
    </w:p>
    <w:p w14:paraId="32FAF85D" w14:textId="77777777" w:rsidR="007540FD" w:rsidRPr="001D7228" w:rsidRDefault="007540FD" w:rsidP="007540FD">
      <w:pPr>
        <w:pStyle w:val="Heading2"/>
        <w:numPr>
          <w:ilvl w:val="1"/>
          <w:numId w:val="12"/>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Never remove or bypass the protective guard.</w:t>
      </w:r>
    </w:p>
    <w:p w14:paraId="6116D5C9" w14:textId="13B55A28" w:rsidR="007540FD" w:rsidRPr="001D7228" w:rsidRDefault="007540FD" w:rsidP="007540FD">
      <w:pPr>
        <w:pStyle w:val="Heading2"/>
        <w:spacing w:before="0" w:line="240" w:lineRule="auto"/>
        <w:rPr>
          <w:rFonts w:asciiTheme="minorHAnsi" w:hAnsiTheme="minorHAnsi" w:cstheme="majorHAnsi"/>
          <w:b w:val="0"/>
          <w:bCs w:val="0"/>
          <w:color w:val="auto"/>
          <w:sz w:val="24"/>
          <w:szCs w:val="24"/>
        </w:rPr>
      </w:pPr>
    </w:p>
    <w:p w14:paraId="4414743C" w14:textId="77777777" w:rsidR="007540FD" w:rsidRPr="001D7228" w:rsidRDefault="007540FD" w:rsidP="007540FD">
      <w:pPr>
        <w:pStyle w:val="Heading2"/>
        <w:spacing w:before="0" w:line="240" w:lineRule="auto"/>
        <w:rPr>
          <w:rFonts w:asciiTheme="minorHAnsi" w:hAnsiTheme="minorHAnsi" w:cstheme="majorHAnsi"/>
          <w:b w:val="0"/>
          <w:bCs w:val="0"/>
          <w:color w:val="auto"/>
          <w:sz w:val="24"/>
          <w:szCs w:val="24"/>
        </w:rPr>
      </w:pPr>
      <w:r w:rsidRPr="001D7228">
        <w:rPr>
          <w:rFonts w:ascii="Cambria" w:hAnsi="Cambria" w:cs="Cambria"/>
          <w:b w:val="0"/>
          <w:bCs w:val="0"/>
          <w:color w:val="auto"/>
          <w:sz w:val="24"/>
          <w:szCs w:val="24"/>
        </w:rPr>
        <w:t>⚠️</w:t>
      </w:r>
      <w:r w:rsidRPr="001D7228">
        <w:rPr>
          <w:rFonts w:asciiTheme="minorHAnsi" w:hAnsiTheme="minorHAnsi" w:cstheme="majorHAnsi"/>
          <w:b w:val="0"/>
          <w:bCs w:val="0"/>
          <w:color w:val="auto"/>
          <w:sz w:val="24"/>
          <w:szCs w:val="24"/>
        </w:rPr>
        <w:t xml:space="preserve"> </w:t>
      </w:r>
      <w:r w:rsidRPr="001D7228">
        <w:rPr>
          <w:rFonts w:asciiTheme="minorHAnsi" w:hAnsiTheme="minorHAnsi" w:cstheme="majorHAnsi"/>
          <w:color w:val="auto"/>
          <w:sz w:val="24"/>
          <w:szCs w:val="24"/>
        </w:rPr>
        <w:t>While Using</w:t>
      </w:r>
    </w:p>
    <w:p w14:paraId="5FBBF112" w14:textId="77777777" w:rsidR="007540FD" w:rsidRPr="001D7228" w:rsidRDefault="007540FD" w:rsidP="007540FD">
      <w:pPr>
        <w:pStyle w:val="Heading2"/>
        <w:numPr>
          <w:ilvl w:val="0"/>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Hold with both hands</w:t>
      </w:r>
    </w:p>
    <w:p w14:paraId="481C201F" w14:textId="77777777" w:rsidR="007540FD" w:rsidRPr="001D7228" w:rsidRDefault="007540FD" w:rsidP="007540FD">
      <w:pPr>
        <w:pStyle w:val="Heading2"/>
        <w:numPr>
          <w:ilvl w:val="1"/>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Use side handle and main grip for stability and control.</w:t>
      </w:r>
    </w:p>
    <w:p w14:paraId="7A092444" w14:textId="77777777" w:rsidR="007540FD" w:rsidRPr="001D7228" w:rsidRDefault="007540FD" w:rsidP="007540FD">
      <w:pPr>
        <w:pStyle w:val="Heading2"/>
        <w:numPr>
          <w:ilvl w:val="0"/>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Keep firm footing</w:t>
      </w:r>
    </w:p>
    <w:p w14:paraId="4BC15131" w14:textId="77777777" w:rsidR="007540FD" w:rsidRPr="001D7228" w:rsidRDefault="007540FD" w:rsidP="007540FD">
      <w:pPr>
        <w:pStyle w:val="Heading2"/>
        <w:numPr>
          <w:ilvl w:val="1"/>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Work on a clean, dry, and non-slip surface.</w:t>
      </w:r>
    </w:p>
    <w:p w14:paraId="5254B4D1" w14:textId="77777777" w:rsidR="007540FD" w:rsidRPr="001D7228" w:rsidRDefault="007540FD" w:rsidP="007540FD">
      <w:pPr>
        <w:pStyle w:val="Heading2"/>
        <w:numPr>
          <w:ilvl w:val="0"/>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Avoid grinding near flammables</w:t>
      </w:r>
    </w:p>
    <w:p w14:paraId="16A9A4F9" w14:textId="77777777" w:rsidR="007540FD" w:rsidRPr="001D7228" w:rsidRDefault="007540FD" w:rsidP="007540FD">
      <w:pPr>
        <w:pStyle w:val="Heading2"/>
        <w:numPr>
          <w:ilvl w:val="1"/>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Sparks can ignite flammable materials, vapors, or liquids.</w:t>
      </w:r>
    </w:p>
    <w:p w14:paraId="052A9F48" w14:textId="77777777" w:rsidR="007540FD" w:rsidRPr="001D7228" w:rsidRDefault="007540FD" w:rsidP="007540FD">
      <w:pPr>
        <w:pStyle w:val="Heading2"/>
        <w:numPr>
          <w:ilvl w:val="0"/>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Don’t force the tool</w:t>
      </w:r>
    </w:p>
    <w:p w14:paraId="4F2D30D2" w14:textId="77777777" w:rsidR="007540FD" w:rsidRPr="001D7228" w:rsidRDefault="007540FD" w:rsidP="007540FD">
      <w:pPr>
        <w:pStyle w:val="Heading2"/>
        <w:numPr>
          <w:ilvl w:val="1"/>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Let the grinder do the work. Too much pressure can cause kickback.</w:t>
      </w:r>
    </w:p>
    <w:p w14:paraId="13B6D3D0" w14:textId="77777777" w:rsidR="007540FD" w:rsidRPr="001D7228" w:rsidRDefault="007540FD" w:rsidP="007540FD">
      <w:pPr>
        <w:pStyle w:val="Heading2"/>
        <w:numPr>
          <w:ilvl w:val="0"/>
          <w:numId w:val="13"/>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Maintain correct angle</w:t>
      </w:r>
    </w:p>
    <w:p w14:paraId="67E89F23" w14:textId="77777777" w:rsidR="007540FD" w:rsidRPr="001D7228" w:rsidRDefault="007540FD" w:rsidP="007540FD">
      <w:pPr>
        <w:pStyle w:val="Heading2"/>
        <w:numPr>
          <w:ilvl w:val="1"/>
          <w:numId w:val="13"/>
        </w:numPr>
        <w:spacing w:before="0" w:line="240" w:lineRule="auto"/>
        <w:rPr>
          <w:rFonts w:asciiTheme="minorHAnsi" w:hAnsiTheme="minorHAnsi" w:cstheme="majorHAnsi"/>
          <w:b w:val="0"/>
          <w:bCs w:val="0"/>
          <w:color w:val="auto"/>
          <w:sz w:val="24"/>
          <w:szCs w:val="24"/>
        </w:rPr>
      </w:pPr>
      <w:proofErr w:type="gramStart"/>
      <w:r w:rsidRPr="001D7228">
        <w:rPr>
          <w:rFonts w:asciiTheme="minorHAnsi" w:hAnsiTheme="minorHAnsi" w:cstheme="majorHAnsi"/>
          <w:b w:val="0"/>
          <w:bCs w:val="0"/>
          <w:color w:val="auto"/>
          <w:sz w:val="24"/>
          <w:szCs w:val="24"/>
        </w:rPr>
        <w:t>Typically 15°–30° for grinding, flat for sanding.</w:t>
      </w:r>
      <w:proofErr w:type="gramEnd"/>
    </w:p>
    <w:p w14:paraId="622DF3FB" w14:textId="0EC566B9" w:rsidR="007540FD" w:rsidRPr="001D7228" w:rsidRDefault="007540FD" w:rsidP="007540FD">
      <w:pPr>
        <w:pStyle w:val="Heading2"/>
        <w:spacing w:before="0" w:line="240" w:lineRule="auto"/>
        <w:rPr>
          <w:rFonts w:asciiTheme="minorHAnsi" w:hAnsiTheme="minorHAnsi" w:cstheme="majorHAnsi"/>
          <w:b w:val="0"/>
          <w:bCs w:val="0"/>
          <w:color w:val="auto"/>
          <w:sz w:val="24"/>
          <w:szCs w:val="24"/>
        </w:rPr>
      </w:pPr>
    </w:p>
    <w:p w14:paraId="17F5BE1A" w14:textId="77777777" w:rsidR="007540FD" w:rsidRPr="001D7228" w:rsidRDefault="007540FD" w:rsidP="007540FD">
      <w:pPr>
        <w:pStyle w:val="Heading2"/>
        <w:spacing w:before="0" w:line="240" w:lineRule="auto"/>
        <w:rPr>
          <w:rFonts w:asciiTheme="minorHAnsi" w:hAnsiTheme="minorHAnsi" w:cstheme="majorHAnsi"/>
          <w:b w:val="0"/>
          <w:bCs w:val="0"/>
          <w:color w:val="auto"/>
          <w:sz w:val="24"/>
          <w:szCs w:val="24"/>
        </w:rPr>
      </w:pPr>
      <w:r w:rsidRPr="001D7228">
        <w:rPr>
          <w:rFonts w:ascii="Cambria" w:hAnsi="Cambria" w:cs="Cambria"/>
          <w:b w:val="0"/>
          <w:bCs w:val="0"/>
          <w:color w:val="auto"/>
          <w:sz w:val="24"/>
          <w:szCs w:val="24"/>
        </w:rPr>
        <w:t>🔌</w:t>
      </w:r>
      <w:r w:rsidRPr="001D7228">
        <w:rPr>
          <w:rFonts w:asciiTheme="minorHAnsi" w:hAnsiTheme="minorHAnsi" w:cstheme="majorHAnsi"/>
          <w:b w:val="0"/>
          <w:bCs w:val="0"/>
          <w:color w:val="auto"/>
          <w:sz w:val="24"/>
          <w:szCs w:val="24"/>
        </w:rPr>
        <w:t xml:space="preserve"> </w:t>
      </w:r>
      <w:proofErr w:type="gramStart"/>
      <w:r w:rsidRPr="001D7228">
        <w:rPr>
          <w:rFonts w:asciiTheme="minorHAnsi" w:hAnsiTheme="minorHAnsi" w:cstheme="majorHAnsi"/>
          <w:color w:val="auto"/>
          <w:sz w:val="24"/>
          <w:szCs w:val="24"/>
        </w:rPr>
        <w:t>After</w:t>
      </w:r>
      <w:proofErr w:type="gramEnd"/>
      <w:r w:rsidRPr="001D7228">
        <w:rPr>
          <w:rFonts w:asciiTheme="minorHAnsi" w:hAnsiTheme="minorHAnsi" w:cstheme="majorHAnsi"/>
          <w:color w:val="auto"/>
          <w:sz w:val="24"/>
          <w:szCs w:val="24"/>
        </w:rPr>
        <w:t xml:space="preserve"> Use</w:t>
      </w:r>
    </w:p>
    <w:p w14:paraId="498A9DB9" w14:textId="77777777" w:rsidR="007540FD" w:rsidRPr="001D7228" w:rsidRDefault="007540FD" w:rsidP="007540FD">
      <w:pPr>
        <w:pStyle w:val="Heading2"/>
        <w:numPr>
          <w:ilvl w:val="0"/>
          <w:numId w:val="14"/>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Turn off and unplug</w:t>
      </w:r>
    </w:p>
    <w:p w14:paraId="65D19779" w14:textId="77777777" w:rsidR="007540FD" w:rsidRPr="001D7228" w:rsidRDefault="007540FD" w:rsidP="007540FD">
      <w:pPr>
        <w:pStyle w:val="Heading2"/>
        <w:numPr>
          <w:ilvl w:val="1"/>
          <w:numId w:val="14"/>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Always disconnect power before changing discs or cleaning.</w:t>
      </w:r>
    </w:p>
    <w:p w14:paraId="69C9B2F7" w14:textId="762D4F5A" w:rsidR="007540FD" w:rsidRPr="001D7228" w:rsidRDefault="007540FD" w:rsidP="00F13046">
      <w:pPr>
        <w:pStyle w:val="Heading2"/>
        <w:numPr>
          <w:ilvl w:val="0"/>
          <w:numId w:val="14"/>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Let disc come to a complete stop</w:t>
      </w:r>
      <w:r w:rsidR="00F13046" w:rsidRPr="001D7228">
        <w:rPr>
          <w:rFonts w:asciiTheme="minorHAnsi" w:hAnsiTheme="minorHAnsi" w:cstheme="majorHAnsi"/>
          <w:b w:val="0"/>
          <w:bCs w:val="0"/>
          <w:color w:val="auto"/>
          <w:sz w:val="24"/>
          <w:szCs w:val="24"/>
        </w:rPr>
        <w:t xml:space="preserve">. </w:t>
      </w:r>
      <w:r w:rsidRPr="001D7228">
        <w:rPr>
          <w:rFonts w:asciiTheme="minorHAnsi" w:hAnsiTheme="minorHAnsi" w:cstheme="majorHAnsi"/>
          <w:b w:val="0"/>
          <w:bCs w:val="0"/>
          <w:color w:val="auto"/>
          <w:sz w:val="24"/>
          <w:szCs w:val="24"/>
        </w:rPr>
        <w:t>Never set the grinder down while the disc is still spinning.</w:t>
      </w:r>
    </w:p>
    <w:p w14:paraId="296A36FD" w14:textId="1547A002" w:rsidR="007540FD" w:rsidRDefault="007540FD" w:rsidP="00F13046">
      <w:pPr>
        <w:pStyle w:val="Heading2"/>
        <w:numPr>
          <w:ilvl w:val="0"/>
          <w:numId w:val="14"/>
        </w:numPr>
        <w:spacing w:before="0" w:line="240" w:lineRule="auto"/>
        <w:rPr>
          <w:rFonts w:asciiTheme="minorHAnsi" w:hAnsiTheme="minorHAnsi" w:cstheme="majorHAnsi"/>
          <w:b w:val="0"/>
          <w:bCs w:val="0"/>
          <w:color w:val="auto"/>
          <w:sz w:val="24"/>
          <w:szCs w:val="24"/>
        </w:rPr>
      </w:pPr>
      <w:r w:rsidRPr="001D7228">
        <w:rPr>
          <w:rFonts w:asciiTheme="minorHAnsi" w:hAnsiTheme="minorHAnsi" w:cstheme="majorHAnsi"/>
          <w:b w:val="0"/>
          <w:bCs w:val="0"/>
          <w:color w:val="auto"/>
          <w:sz w:val="24"/>
          <w:szCs w:val="24"/>
        </w:rPr>
        <w:t>Store safely</w:t>
      </w:r>
      <w:r w:rsidR="00F13046" w:rsidRPr="001D7228">
        <w:rPr>
          <w:rFonts w:asciiTheme="minorHAnsi" w:hAnsiTheme="minorHAnsi" w:cstheme="majorHAnsi"/>
          <w:b w:val="0"/>
          <w:bCs w:val="0"/>
          <w:color w:val="auto"/>
          <w:sz w:val="24"/>
          <w:szCs w:val="24"/>
        </w:rPr>
        <w:t xml:space="preserve">. </w:t>
      </w:r>
      <w:r w:rsidRPr="001D7228">
        <w:rPr>
          <w:rFonts w:asciiTheme="minorHAnsi" w:hAnsiTheme="minorHAnsi" w:cstheme="majorHAnsi"/>
          <w:b w:val="0"/>
          <w:bCs w:val="0"/>
          <w:color w:val="auto"/>
          <w:sz w:val="24"/>
          <w:szCs w:val="24"/>
        </w:rPr>
        <w:t>Place in a dry, secure area away from dust and moisture.</w:t>
      </w:r>
    </w:p>
    <w:p w14:paraId="3BF95034" w14:textId="77777777" w:rsidR="00BC6D43" w:rsidRDefault="00BC6D43" w:rsidP="00BC6D43"/>
    <w:p w14:paraId="6686BE3E" w14:textId="77777777" w:rsidR="00BC6D43" w:rsidRDefault="00BC6D43" w:rsidP="00BC6D43"/>
    <w:p w14:paraId="5A3D4B2E" w14:textId="77777777" w:rsidR="00BC6D43" w:rsidRDefault="00BC6D43" w:rsidP="00BC6D43"/>
    <w:p w14:paraId="7C7A0ACF" w14:textId="77777777" w:rsidR="00BC6D43" w:rsidRPr="00BC6D43" w:rsidRDefault="00BC6D43" w:rsidP="00BC6D43"/>
    <w:p w14:paraId="32B5C810" w14:textId="77777777" w:rsidR="007540FD" w:rsidRPr="001D7228" w:rsidRDefault="007540FD" w:rsidP="007540FD">
      <w:pPr>
        <w:rPr>
          <w:sz w:val="24"/>
          <w:szCs w:val="24"/>
        </w:rPr>
      </w:pPr>
    </w:p>
    <w:p w14:paraId="2CB7223A" w14:textId="7E0A8CAF" w:rsidR="00932048" w:rsidRPr="001D7228" w:rsidRDefault="00932048" w:rsidP="00932048">
      <w:pPr>
        <w:pStyle w:val="Heading2"/>
        <w:rPr>
          <w:rFonts w:asciiTheme="minorHAnsi" w:hAnsiTheme="minorHAnsi"/>
          <w:sz w:val="24"/>
          <w:szCs w:val="24"/>
        </w:rPr>
      </w:pPr>
      <w:r w:rsidRPr="001D7228">
        <w:rPr>
          <w:rFonts w:ascii="Cambria" w:hAnsi="Cambria" w:cs="Cambria"/>
          <w:sz w:val="24"/>
          <w:szCs w:val="24"/>
        </w:rPr>
        <w:lastRenderedPageBreak/>
        <w:t>📝</w:t>
      </w:r>
      <w:r w:rsidRPr="001D7228">
        <w:rPr>
          <w:rFonts w:asciiTheme="minorHAnsi" w:hAnsiTheme="minorHAnsi"/>
          <w:sz w:val="24"/>
          <w:szCs w:val="24"/>
        </w:rPr>
        <w:t xml:space="preserve"> Power Grinder Safety Quiz</w:t>
      </w:r>
    </w:p>
    <w:p w14:paraId="08A8D9E6" w14:textId="77777777" w:rsidR="00932048" w:rsidRPr="001D7228" w:rsidRDefault="00932048" w:rsidP="007540FD">
      <w:pPr>
        <w:pStyle w:val="ListNumber"/>
        <w:numPr>
          <w:ilvl w:val="0"/>
          <w:numId w:val="0"/>
        </w:numPr>
        <w:rPr>
          <w:sz w:val="24"/>
          <w:szCs w:val="24"/>
        </w:rPr>
      </w:pPr>
      <w:r w:rsidRPr="001D7228">
        <w:rPr>
          <w:sz w:val="24"/>
          <w:szCs w:val="24"/>
        </w:rPr>
        <w:t>1. What is the purpose of the guard on a grinder?</w:t>
      </w:r>
    </w:p>
    <w:p w14:paraId="50BC0354" w14:textId="77777777" w:rsidR="00932048" w:rsidRPr="001D7228" w:rsidRDefault="00932048" w:rsidP="007540FD">
      <w:pPr>
        <w:pStyle w:val="ListNumber"/>
        <w:numPr>
          <w:ilvl w:val="0"/>
          <w:numId w:val="0"/>
        </w:numPr>
        <w:rPr>
          <w:sz w:val="24"/>
          <w:szCs w:val="24"/>
        </w:rPr>
      </w:pPr>
      <w:r w:rsidRPr="001D7228">
        <w:rPr>
          <w:sz w:val="24"/>
          <w:szCs w:val="24"/>
        </w:rPr>
        <w:t>2. Name two pieces of personal protective equipment (PPE) you should wear when using a grinder.</w:t>
      </w:r>
    </w:p>
    <w:p w14:paraId="57D87EE3" w14:textId="77777777" w:rsidR="00932048" w:rsidRPr="001D7228" w:rsidRDefault="00932048" w:rsidP="007540FD">
      <w:pPr>
        <w:pStyle w:val="ListNumber"/>
        <w:numPr>
          <w:ilvl w:val="0"/>
          <w:numId w:val="0"/>
        </w:numPr>
        <w:rPr>
          <w:sz w:val="24"/>
          <w:szCs w:val="24"/>
        </w:rPr>
      </w:pPr>
      <w:r w:rsidRPr="001D7228">
        <w:rPr>
          <w:sz w:val="24"/>
          <w:szCs w:val="24"/>
        </w:rPr>
        <w:t>3. What should you do before plugging in the grinder?</w:t>
      </w:r>
    </w:p>
    <w:p w14:paraId="2788AE59" w14:textId="77777777" w:rsidR="00932048" w:rsidRPr="001D7228" w:rsidRDefault="00932048" w:rsidP="007540FD">
      <w:pPr>
        <w:pStyle w:val="ListNumber"/>
        <w:numPr>
          <w:ilvl w:val="0"/>
          <w:numId w:val="0"/>
        </w:numPr>
        <w:rPr>
          <w:sz w:val="24"/>
          <w:szCs w:val="24"/>
        </w:rPr>
      </w:pPr>
      <w:r w:rsidRPr="001D7228">
        <w:rPr>
          <w:sz w:val="24"/>
          <w:szCs w:val="24"/>
        </w:rPr>
        <w:t>4. How should you hold the grinder when in use?</w:t>
      </w:r>
    </w:p>
    <w:p w14:paraId="419544AE" w14:textId="77777777" w:rsidR="00932048" w:rsidRDefault="00932048" w:rsidP="007540FD">
      <w:pPr>
        <w:pStyle w:val="ListNumber"/>
        <w:numPr>
          <w:ilvl w:val="0"/>
          <w:numId w:val="0"/>
        </w:numPr>
        <w:rPr>
          <w:sz w:val="24"/>
          <w:szCs w:val="24"/>
        </w:rPr>
      </w:pPr>
      <w:r w:rsidRPr="001D7228">
        <w:rPr>
          <w:sz w:val="24"/>
          <w:szCs w:val="24"/>
        </w:rPr>
        <w:t>5. What should you check about the grinding disc before using it?</w:t>
      </w:r>
    </w:p>
    <w:p w14:paraId="70FDA500" w14:textId="77777777" w:rsidR="00BC6D43" w:rsidRDefault="00BC6D43" w:rsidP="007540FD">
      <w:pPr>
        <w:pStyle w:val="ListNumber"/>
        <w:numPr>
          <w:ilvl w:val="0"/>
          <w:numId w:val="0"/>
        </w:numPr>
        <w:rPr>
          <w:sz w:val="24"/>
          <w:szCs w:val="24"/>
        </w:rPr>
      </w:pPr>
    </w:p>
    <w:p w14:paraId="4DAFF04D" w14:textId="77777777" w:rsidR="00BC6D43" w:rsidRDefault="00BC6D43" w:rsidP="007540FD">
      <w:pPr>
        <w:pStyle w:val="ListNumber"/>
        <w:numPr>
          <w:ilvl w:val="0"/>
          <w:numId w:val="0"/>
        </w:numPr>
        <w:rPr>
          <w:sz w:val="24"/>
          <w:szCs w:val="24"/>
        </w:rPr>
      </w:pPr>
    </w:p>
    <w:p w14:paraId="71A2AB30" w14:textId="77777777" w:rsidR="00BC6D43" w:rsidRDefault="00BC6D43" w:rsidP="007540FD">
      <w:pPr>
        <w:pStyle w:val="ListNumber"/>
        <w:numPr>
          <w:ilvl w:val="0"/>
          <w:numId w:val="0"/>
        </w:numPr>
        <w:rPr>
          <w:sz w:val="24"/>
          <w:szCs w:val="24"/>
        </w:rPr>
      </w:pPr>
    </w:p>
    <w:p w14:paraId="088E3BE3" w14:textId="77777777" w:rsidR="00BC6D43" w:rsidRDefault="00BC6D43" w:rsidP="007540FD">
      <w:pPr>
        <w:pStyle w:val="ListNumber"/>
        <w:numPr>
          <w:ilvl w:val="0"/>
          <w:numId w:val="0"/>
        </w:numPr>
        <w:rPr>
          <w:sz w:val="24"/>
          <w:szCs w:val="24"/>
        </w:rPr>
      </w:pPr>
    </w:p>
    <w:p w14:paraId="539C3939" w14:textId="77777777" w:rsidR="00BC6D43" w:rsidRDefault="00BC6D43" w:rsidP="007540FD">
      <w:pPr>
        <w:pStyle w:val="ListNumber"/>
        <w:numPr>
          <w:ilvl w:val="0"/>
          <w:numId w:val="0"/>
        </w:numPr>
        <w:rPr>
          <w:sz w:val="24"/>
          <w:szCs w:val="24"/>
        </w:rPr>
      </w:pPr>
    </w:p>
    <w:p w14:paraId="2B4C1DAB" w14:textId="77777777" w:rsidR="00BC6D43" w:rsidRDefault="00BC6D43" w:rsidP="007540FD">
      <w:pPr>
        <w:pStyle w:val="ListNumber"/>
        <w:numPr>
          <w:ilvl w:val="0"/>
          <w:numId w:val="0"/>
        </w:numPr>
        <w:rPr>
          <w:sz w:val="24"/>
          <w:szCs w:val="24"/>
        </w:rPr>
      </w:pPr>
    </w:p>
    <w:p w14:paraId="221AFA6C" w14:textId="77777777" w:rsidR="00BC6D43" w:rsidRDefault="00BC6D43" w:rsidP="007540FD">
      <w:pPr>
        <w:pStyle w:val="ListNumber"/>
        <w:numPr>
          <w:ilvl w:val="0"/>
          <w:numId w:val="0"/>
        </w:numPr>
        <w:rPr>
          <w:sz w:val="24"/>
          <w:szCs w:val="24"/>
        </w:rPr>
      </w:pPr>
    </w:p>
    <w:p w14:paraId="0005B7C9" w14:textId="77777777" w:rsidR="00BC6D43" w:rsidRDefault="00BC6D43" w:rsidP="007540FD">
      <w:pPr>
        <w:pStyle w:val="ListNumber"/>
        <w:numPr>
          <w:ilvl w:val="0"/>
          <w:numId w:val="0"/>
        </w:numPr>
        <w:rPr>
          <w:sz w:val="24"/>
          <w:szCs w:val="24"/>
        </w:rPr>
      </w:pPr>
    </w:p>
    <w:p w14:paraId="7668567C" w14:textId="77777777" w:rsidR="00BC6D43" w:rsidRDefault="00BC6D43" w:rsidP="007540FD">
      <w:pPr>
        <w:pStyle w:val="ListNumber"/>
        <w:numPr>
          <w:ilvl w:val="0"/>
          <w:numId w:val="0"/>
        </w:numPr>
        <w:rPr>
          <w:sz w:val="24"/>
          <w:szCs w:val="24"/>
        </w:rPr>
      </w:pPr>
    </w:p>
    <w:p w14:paraId="1BCAC34B" w14:textId="77777777" w:rsidR="00BC6D43" w:rsidRDefault="00BC6D43" w:rsidP="007540FD">
      <w:pPr>
        <w:pStyle w:val="ListNumber"/>
        <w:numPr>
          <w:ilvl w:val="0"/>
          <w:numId w:val="0"/>
        </w:numPr>
        <w:rPr>
          <w:sz w:val="24"/>
          <w:szCs w:val="24"/>
        </w:rPr>
      </w:pPr>
    </w:p>
    <w:p w14:paraId="4CB2D968" w14:textId="77777777" w:rsidR="00BC6D43" w:rsidRDefault="00BC6D43" w:rsidP="007540FD">
      <w:pPr>
        <w:pStyle w:val="ListNumber"/>
        <w:numPr>
          <w:ilvl w:val="0"/>
          <w:numId w:val="0"/>
        </w:numPr>
        <w:rPr>
          <w:sz w:val="24"/>
          <w:szCs w:val="24"/>
        </w:rPr>
      </w:pPr>
    </w:p>
    <w:p w14:paraId="044B375D" w14:textId="77777777" w:rsidR="00BC6D43" w:rsidRDefault="00BC6D43" w:rsidP="007540FD">
      <w:pPr>
        <w:pStyle w:val="ListNumber"/>
        <w:numPr>
          <w:ilvl w:val="0"/>
          <w:numId w:val="0"/>
        </w:numPr>
        <w:rPr>
          <w:sz w:val="24"/>
          <w:szCs w:val="24"/>
        </w:rPr>
      </w:pPr>
    </w:p>
    <w:p w14:paraId="54979053" w14:textId="77777777" w:rsidR="00BC6D43" w:rsidRDefault="00BC6D43" w:rsidP="007540FD">
      <w:pPr>
        <w:pStyle w:val="ListNumber"/>
        <w:numPr>
          <w:ilvl w:val="0"/>
          <w:numId w:val="0"/>
        </w:numPr>
        <w:rPr>
          <w:sz w:val="24"/>
          <w:szCs w:val="24"/>
        </w:rPr>
      </w:pPr>
    </w:p>
    <w:p w14:paraId="55889A11" w14:textId="77777777" w:rsidR="00BC6D43" w:rsidRDefault="00BC6D43" w:rsidP="007540FD">
      <w:pPr>
        <w:pStyle w:val="ListNumber"/>
        <w:numPr>
          <w:ilvl w:val="0"/>
          <w:numId w:val="0"/>
        </w:numPr>
        <w:rPr>
          <w:sz w:val="24"/>
          <w:szCs w:val="24"/>
        </w:rPr>
      </w:pPr>
    </w:p>
    <w:p w14:paraId="748B56D0" w14:textId="77777777" w:rsidR="00BC6D43" w:rsidRDefault="00BC6D43" w:rsidP="007540FD">
      <w:pPr>
        <w:pStyle w:val="ListNumber"/>
        <w:numPr>
          <w:ilvl w:val="0"/>
          <w:numId w:val="0"/>
        </w:numPr>
        <w:rPr>
          <w:sz w:val="24"/>
          <w:szCs w:val="24"/>
        </w:rPr>
      </w:pPr>
    </w:p>
    <w:p w14:paraId="208E6532" w14:textId="77777777" w:rsidR="00BC6D43" w:rsidRDefault="00BC6D43" w:rsidP="007540FD">
      <w:pPr>
        <w:pStyle w:val="ListNumber"/>
        <w:numPr>
          <w:ilvl w:val="0"/>
          <w:numId w:val="0"/>
        </w:numPr>
        <w:rPr>
          <w:sz w:val="24"/>
          <w:szCs w:val="24"/>
        </w:rPr>
      </w:pPr>
    </w:p>
    <w:p w14:paraId="11CCFDEB" w14:textId="77777777" w:rsidR="00BC6D43" w:rsidRDefault="00BC6D43" w:rsidP="007540FD">
      <w:pPr>
        <w:pStyle w:val="ListNumber"/>
        <w:numPr>
          <w:ilvl w:val="0"/>
          <w:numId w:val="0"/>
        </w:numPr>
        <w:rPr>
          <w:sz w:val="24"/>
          <w:szCs w:val="24"/>
        </w:rPr>
      </w:pPr>
    </w:p>
    <w:p w14:paraId="0035D02E" w14:textId="77777777" w:rsidR="00BC6D43" w:rsidRDefault="00BC6D43" w:rsidP="007540FD">
      <w:pPr>
        <w:pStyle w:val="ListNumber"/>
        <w:numPr>
          <w:ilvl w:val="0"/>
          <w:numId w:val="0"/>
        </w:numPr>
        <w:rPr>
          <w:sz w:val="24"/>
          <w:szCs w:val="24"/>
        </w:rPr>
      </w:pPr>
    </w:p>
    <w:p w14:paraId="2B8023D8" w14:textId="77777777" w:rsidR="00BC6D43" w:rsidRDefault="00BC6D43" w:rsidP="007540FD">
      <w:pPr>
        <w:pStyle w:val="ListNumber"/>
        <w:numPr>
          <w:ilvl w:val="0"/>
          <w:numId w:val="0"/>
        </w:numPr>
        <w:rPr>
          <w:sz w:val="24"/>
          <w:szCs w:val="24"/>
        </w:rPr>
      </w:pPr>
    </w:p>
    <w:p w14:paraId="6DEBD29C" w14:textId="77777777" w:rsidR="00BC6D43" w:rsidRDefault="00BC6D43" w:rsidP="007540FD">
      <w:pPr>
        <w:pStyle w:val="ListNumber"/>
        <w:numPr>
          <w:ilvl w:val="0"/>
          <w:numId w:val="0"/>
        </w:numPr>
        <w:rPr>
          <w:sz w:val="24"/>
          <w:szCs w:val="24"/>
        </w:rPr>
      </w:pPr>
    </w:p>
    <w:p w14:paraId="0AFB9B4B" w14:textId="77777777" w:rsidR="00BC6D43" w:rsidRDefault="00BC6D43" w:rsidP="007540FD">
      <w:pPr>
        <w:pStyle w:val="ListNumber"/>
        <w:numPr>
          <w:ilvl w:val="0"/>
          <w:numId w:val="0"/>
        </w:numPr>
        <w:rPr>
          <w:sz w:val="24"/>
          <w:szCs w:val="24"/>
        </w:rPr>
      </w:pPr>
    </w:p>
    <w:p w14:paraId="71814005" w14:textId="77777777" w:rsidR="00BC6D43" w:rsidRDefault="00BC6D43" w:rsidP="007540FD">
      <w:pPr>
        <w:pStyle w:val="ListNumber"/>
        <w:numPr>
          <w:ilvl w:val="0"/>
          <w:numId w:val="0"/>
        </w:numPr>
        <w:rPr>
          <w:sz w:val="24"/>
          <w:szCs w:val="24"/>
        </w:rPr>
      </w:pPr>
    </w:p>
    <w:p w14:paraId="0681ED5E" w14:textId="77777777" w:rsidR="00BC6D43" w:rsidRDefault="00BC6D43" w:rsidP="007540FD">
      <w:pPr>
        <w:pStyle w:val="ListNumber"/>
        <w:numPr>
          <w:ilvl w:val="0"/>
          <w:numId w:val="0"/>
        </w:numPr>
        <w:rPr>
          <w:sz w:val="24"/>
          <w:szCs w:val="24"/>
        </w:rPr>
      </w:pPr>
    </w:p>
    <w:p w14:paraId="417BD1D7" w14:textId="77777777" w:rsidR="00BC6D43" w:rsidRDefault="00BC6D43" w:rsidP="007540FD">
      <w:pPr>
        <w:pStyle w:val="ListNumber"/>
        <w:numPr>
          <w:ilvl w:val="0"/>
          <w:numId w:val="0"/>
        </w:numPr>
        <w:rPr>
          <w:sz w:val="24"/>
          <w:szCs w:val="24"/>
        </w:rPr>
      </w:pPr>
    </w:p>
    <w:p w14:paraId="462E02C4" w14:textId="77777777" w:rsidR="00BC6D43" w:rsidRDefault="00BC6D43" w:rsidP="007540FD">
      <w:pPr>
        <w:pStyle w:val="ListNumber"/>
        <w:numPr>
          <w:ilvl w:val="0"/>
          <w:numId w:val="0"/>
        </w:numPr>
        <w:rPr>
          <w:sz w:val="24"/>
          <w:szCs w:val="24"/>
        </w:rPr>
      </w:pPr>
    </w:p>
    <w:p w14:paraId="6E2CF4FD" w14:textId="77777777" w:rsidR="00BC6D43" w:rsidRDefault="00BC6D43" w:rsidP="007540FD">
      <w:pPr>
        <w:pStyle w:val="ListNumber"/>
        <w:numPr>
          <w:ilvl w:val="0"/>
          <w:numId w:val="0"/>
        </w:numPr>
        <w:rPr>
          <w:sz w:val="24"/>
          <w:szCs w:val="24"/>
        </w:rPr>
      </w:pPr>
    </w:p>
    <w:p w14:paraId="4DBF7B4E" w14:textId="77777777" w:rsidR="00BC6D43" w:rsidRDefault="00BC6D43" w:rsidP="007540FD">
      <w:pPr>
        <w:pStyle w:val="ListNumber"/>
        <w:numPr>
          <w:ilvl w:val="0"/>
          <w:numId w:val="0"/>
        </w:numPr>
        <w:rPr>
          <w:sz w:val="24"/>
          <w:szCs w:val="24"/>
        </w:rPr>
      </w:pPr>
    </w:p>
    <w:p w14:paraId="45EA40AB" w14:textId="77777777" w:rsidR="00BC6D43" w:rsidRDefault="00BC6D43" w:rsidP="007540FD">
      <w:pPr>
        <w:pStyle w:val="ListNumber"/>
        <w:numPr>
          <w:ilvl w:val="0"/>
          <w:numId w:val="0"/>
        </w:numPr>
        <w:rPr>
          <w:sz w:val="24"/>
          <w:szCs w:val="24"/>
        </w:rPr>
      </w:pPr>
    </w:p>
    <w:p w14:paraId="46BFB816" w14:textId="77777777" w:rsidR="00BC6D43" w:rsidRDefault="00BC6D43" w:rsidP="007540FD">
      <w:pPr>
        <w:pStyle w:val="ListNumber"/>
        <w:numPr>
          <w:ilvl w:val="0"/>
          <w:numId w:val="0"/>
        </w:numPr>
        <w:rPr>
          <w:sz w:val="24"/>
          <w:szCs w:val="24"/>
        </w:rPr>
      </w:pPr>
    </w:p>
    <w:p w14:paraId="44060746" w14:textId="77777777" w:rsidR="00BC6D43" w:rsidRDefault="00BC6D43" w:rsidP="007540FD">
      <w:pPr>
        <w:pStyle w:val="ListNumber"/>
        <w:numPr>
          <w:ilvl w:val="0"/>
          <w:numId w:val="0"/>
        </w:numPr>
        <w:rPr>
          <w:sz w:val="24"/>
          <w:szCs w:val="24"/>
        </w:rPr>
      </w:pPr>
    </w:p>
    <w:p w14:paraId="3651D5C2" w14:textId="77777777" w:rsidR="00BC6D43" w:rsidRDefault="00BC6D43" w:rsidP="007540FD">
      <w:pPr>
        <w:pStyle w:val="ListNumber"/>
        <w:numPr>
          <w:ilvl w:val="0"/>
          <w:numId w:val="0"/>
        </w:numPr>
        <w:rPr>
          <w:sz w:val="24"/>
          <w:szCs w:val="24"/>
        </w:rPr>
      </w:pPr>
    </w:p>
    <w:p w14:paraId="4FE8FD0E" w14:textId="77777777" w:rsidR="00BC6D43" w:rsidRDefault="00BC6D43" w:rsidP="007540FD">
      <w:pPr>
        <w:pStyle w:val="ListNumber"/>
        <w:numPr>
          <w:ilvl w:val="0"/>
          <w:numId w:val="0"/>
        </w:numPr>
        <w:rPr>
          <w:sz w:val="24"/>
          <w:szCs w:val="24"/>
        </w:rPr>
      </w:pPr>
    </w:p>
    <w:p w14:paraId="7C823855" w14:textId="77777777" w:rsidR="00BC6D43" w:rsidRDefault="00BC6D43" w:rsidP="007540FD">
      <w:pPr>
        <w:pStyle w:val="ListNumber"/>
        <w:numPr>
          <w:ilvl w:val="0"/>
          <w:numId w:val="0"/>
        </w:numPr>
        <w:rPr>
          <w:sz w:val="24"/>
          <w:szCs w:val="24"/>
        </w:rPr>
      </w:pPr>
    </w:p>
    <w:p w14:paraId="2AB8124F" w14:textId="0F93DCB0" w:rsidR="00BC6D43" w:rsidRPr="00BC6D43" w:rsidRDefault="00BC6D43" w:rsidP="007540FD">
      <w:pPr>
        <w:pStyle w:val="ListNumber"/>
        <w:numPr>
          <w:ilvl w:val="0"/>
          <w:numId w:val="0"/>
        </w:numPr>
        <w:rPr>
          <w:b/>
          <w:sz w:val="24"/>
          <w:szCs w:val="24"/>
        </w:rPr>
      </w:pPr>
      <w:r w:rsidRPr="00BC6D43">
        <w:rPr>
          <w:b/>
          <w:sz w:val="24"/>
          <w:szCs w:val="24"/>
        </w:rPr>
        <w:lastRenderedPageBreak/>
        <w:t>Answers.</w:t>
      </w:r>
    </w:p>
    <w:p w14:paraId="36860E8D" w14:textId="77777777" w:rsidR="00BC6D43" w:rsidRDefault="00BC6D43" w:rsidP="007540FD">
      <w:pPr>
        <w:pStyle w:val="ListNumber"/>
        <w:numPr>
          <w:ilvl w:val="0"/>
          <w:numId w:val="0"/>
        </w:numPr>
        <w:rPr>
          <w:sz w:val="24"/>
          <w:szCs w:val="24"/>
        </w:rPr>
      </w:pPr>
    </w:p>
    <w:p w14:paraId="39194841" w14:textId="161E4992" w:rsidR="00BC6D43" w:rsidRDefault="00BC6D43" w:rsidP="00BC6D43">
      <w:pPr>
        <w:pStyle w:val="NormalWeb"/>
        <w:numPr>
          <w:ilvl w:val="0"/>
          <w:numId w:val="26"/>
        </w:numPr>
      </w:pPr>
      <w:r>
        <w:t>To protect the user from sparks, debris, and disc fragments.</w:t>
      </w:r>
    </w:p>
    <w:p w14:paraId="19F5B557" w14:textId="21264FDC" w:rsidR="00BC6D43" w:rsidRDefault="00BC6D43" w:rsidP="00BC6D43">
      <w:pPr>
        <w:pStyle w:val="NormalWeb"/>
        <w:numPr>
          <w:ilvl w:val="0"/>
          <w:numId w:val="26"/>
        </w:numPr>
      </w:pPr>
      <w:r>
        <w:t>Safety glasses (or face shield) and hearing protection.</w:t>
      </w:r>
    </w:p>
    <w:p w14:paraId="023A8847" w14:textId="505B23F4" w:rsidR="00BC6D43" w:rsidRDefault="00BC6D43" w:rsidP="00BC6D43">
      <w:pPr>
        <w:pStyle w:val="NormalWeb"/>
        <w:numPr>
          <w:ilvl w:val="0"/>
          <w:numId w:val="26"/>
        </w:numPr>
      </w:pPr>
      <w:r>
        <w:t>Inspect tool/</w:t>
      </w:r>
      <w:proofErr w:type="gramStart"/>
      <w:r>
        <w:t>disc,</w:t>
      </w:r>
      <w:proofErr w:type="gramEnd"/>
      <w:r>
        <w:t xml:space="preserve"> ensure guard is in place, switch is OFF.</w:t>
      </w:r>
    </w:p>
    <w:p w14:paraId="1A8AABB7" w14:textId="537F187D" w:rsidR="00BC6D43" w:rsidRDefault="00BC6D43" w:rsidP="00BC6D43">
      <w:pPr>
        <w:pStyle w:val="NormalWeb"/>
        <w:numPr>
          <w:ilvl w:val="0"/>
          <w:numId w:val="26"/>
        </w:numPr>
      </w:pPr>
      <w:r>
        <w:t>With both hands, firm grip, steady at correct angle.</w:t>
      </w:r>
    </w:p>
    <w:p w14:paraId="54EA4D7E" w14:textId="4DDB4CE0" w:rsidR="00BC6D43" w:rsidRDefault="00BC6D43" w:rsidP="00BC6D43">
      <w:pPr>
        <w:pStyle w:val="NormalWeb"/>
        <w:numPr>
          <w:ilvl w:val="0"/>
          <w:numId w:val="26"/>
        </w:numPr>
      </w:pPr>
      <w:r>
        <w:t>Check that disc is correct, secure, not cracked or damaged.</w:t>
      </w:r>
    </w:p>
    <w:p w14:paraId="72A33D3C" w14:textId="77777777" w:rsidR="00BC6D43" w:rsidRDefault="00BC6D43" w:rsidP="007540FD">
      <w:pPr>
        <w:pStyle w:val="ListNumber"/>
        <w:numPr>
          <w:ilvl w:val="0"/>
          <w:numId w:val="0"/>
        </w:numPr>
        <w:rPr>
          <w:sz w:val="24"/>
          <w:szCs w:val="24"/>
        </w:rPr>
      </w:pPr>
    </w:p>
    <w:p w14:paraId="7B31D676" w14:textId="77777777" w:rsidR="00BC6D43" w:rsidRDefault="00BC6D43" w:rsidP="007540FD">
      <w:pPr>
        <w:pStyle w:val="ListNumber"/>
        <w:numPr>
          <w:ilvl w:val="0"/>
          <w:numId w:val="0"/>
        </w:numPr>
        <w:rPr>
          <w:sz w:val="24"/>
          <w:szCs w:val="24"/>
        </w:rPr>
      </w:pPr>
    </w:p>
    <w:p w14:paraId="41FD57F1" w14:textId="77777777" w:rsidR="00BC6D43" w:rsidRDefault="00BC6D43" w:rsidP="007540FD">
      <w:pPr>
        <w:pStyle w:val="ListNumber"/>
        <w:numPr>
          <w:ilvl w:val="0"/>
          <w:numId w:val="0"/>
        </w:numPr>
        <w:rPr>
          <w:sz w:val="24"/>
          <w:szCs w:val="24"/>
        </w:rPr>
      </w:pPr>
    </w:p>
    <w:p w14:paraId="2F2381C2" w14:textId="77777777" w:rsidR="00BC6D43" w:rsidRDefault="00BC6D43" w:rsidP="007540FD">
      <w:pPr>
        <w:pStyle w:val="ListNumber"/>
        <w:numPr>
          <w:ilvl w:val="0"/>
          <w:numId w:val="0"/>
        </w:numPr>
        <w:rPr>
          <w:sz w:val="24"/>
          <w:szCs w:val="24"/>
        </w:rPr>
      </w:pPr>
    </w:p>
    <w:p w14:paraId="0035B4B7" w14:textId="77777777" w:rsidR="00BC6D43" w:rsidRDefault="00BC6D43" w:rsidP="007540FD">
      <w:pPr>
        <w:pStyle w:val="ListNumber"/>
        <w:numPr>
          <w:ilvl w:val="0"/>
          <w:numId w:val="0"/>
        </w:numPr>
        <w:rPr>
          <w:sz w:val="24"/>
          <w:szCs w:val="24"/>
        </w:rPr>
      </w:pPr>
    </w:p>
    <w:p w14:paraId="27627DAA" w14:textId="77777777" w:rsidR="00BC6D43" w:rsidRDefault="00BC6D43" w:rsidP="007540FD">
      <w:pPr>
        <w:pStyle w:val="ListNumber"/>
        <w:numPr>
          <w:ilvl w:val="0"/>
          <w:numId w:val="0"/>
        </w:numPr>
        <w:rPr>
          <w:sz w:val="24"/>
          <w:szCs w:val="24"/>
        </w:rPr>
      </w:pPr>
    </w:p>
    <w:p w14:paraId="087BAA8B" w14:textId="77777777" w:rsidR="00BC6D43" w:rsidRDefault="00BC6D43" w:rsidP="007540FD">
      <w:pPr>
        <w:pStyle w:val="ListNumber"/>
        <w:numPr>
          <w:ilvl w:val="0"/>
          <w:numId w:val="0"/>
        </w:numPr>
        <w:rPr>
          <w:sz w:val="24"/>
          <w:szCs w:val="24"/>
        </w:rPr>
      </w:pPr>
    </w:p>
    <w:p w14:paraId="0B4A58D0" w14:textId="77777777" w:rsidR="00BC6D43" w:rsidRDefault="00BC6D43" w:rsidP="007540FD">
      <w:pPr>
        <w:pStyle w:val="ListNumber"/>
        <w:numPr>
          <w:ilvl w:val="0"/>
          <w:numId w:val="0"/>
        </w:numPr>
        <w:rPr>
          <w:sz w:val="24"/>
          <w:szCs w:val="24"/>
        </w:rPr>
      </w:pPr>
    </w:p>
    <w:p w14:paraId="3E3DCD86" w14:textId="77777777" w:rsidR="00BC6D43" w:rsidRDefault="00BC6D43" w:rsidP="007540FD">
      <w:pPr>
        <w:pStyle w:val="ListNumber"/>
        <w:numPr>
          <w:ilvl w:val="0"/>
          <w:numId w:val="0"/>
        </w:numPr>
        <w:rPr>
          <w:sz w:val="24"/>
          <w:szCs w:val="24"/>
        </w:rPr>
      </w:pPr>
    </w:p>
    <w:p w14:paraId="64025CBA" w14:textId="77777777" w:rsidR="00BC6D43" w:rsidRDefault="00BC6D43" w:rsidP="007540FD">
      <w:pPr>
        <w:pStyle w:val="ListNumber"/>
        <w:numPr>
          <w:ilvl w:val="0"/>
          <w:numId w:val="0"/>
        </w:numPr>
        <w:rPr>
          <w:sz w:val="24"/>
          <w:szCs w:val="24"/>
        </w:rPr>
      </w:pPr>
    </w:p>
    <w:p w14:paraId="49AC3D9C" w14:textId="77777777" w:rsidR="00BC6D43" w:rsidRDefault="00BC6D43" w:rsidP="007540FD">
      <w:pPr>
        <w:pStyle w:val="ListNumber"/>
        <w:numPr>
          <w:ilvl w:val="0"/>
          <w:numId w:val="0"/>
        </w:numPr>
        <w:rPr>
          <w:sz w:val="24"/>
          <w:szCs w:val="24"/>
        </w:rPr>
      </w:pPr>
    </w:p>
    <w:p w14:paraId="6FC4750B" w14:textId="77777777" w:rsidR="00BC6D43" w:rsidRDefault="00BC6D43" w:rsidP="007540FD">
      <w:pPr>
        <w:pStyle w:val="ListNumber"/>
        <w:numPr>
          <w:ilvl w:val="0"/>
          <w:numId w:val="0"/>
        </w:numPr>
        <w:rPr>
          <w:sz w:val="24"/>
          <w:szCs w:val="24"/>
        </w:rPr>
      </w:pPr>
    </w:p>
    <w:p w14:paraId="5ECB0BFF" w14:textId="77777777" w:rsidR="00BC6D43" w:rsidRDefault="00BC6D43" w:rsidP="007540FD">
      <w:pPr>
        <w:pStyle w:val="ListNumber"/>
        <w:numPr>
          <w:ilvl w:val="0"/>
          <w:numId w:val="0"/>
        </w:numPr>
        <w:rPr>
          <w:sz w:val="24"/>
          <w:szCs w:val="24"/>
        </w:rPr>
      </w:pPr>
    </w:p>
    <w:p w14:paraId="2E983025" w14:textId="77777777" w:rsidR="00BC6D43" w:rsidRDefault="00BC6D43" w:rsidP="007540FD">
      <w:pPr>
        <w:pStyle w:val="ListNumber"/>
        <w:numPr>
          <w:ilvl w:val="0"/>
          <w:numId w:val="0"/>
        </w:numPr>
        <w:rPr>
          <w:sz w:val="24"/>
          <w:szCs w:val="24"/>
        </w:rPr>
      </w:pPr>
    </w:p>
    <w:p w14:paraId="1F7BD49C" w14:textId="77777777" w:rsidR="00BC6D43" w:rsidRDefault="00BC6D43" w:rsidP="007540FD">
      <w:pPr>
        <w:pStyle w:val="ListNumber"/>
        <w:numPr>
          <w:ilvl w:val="0"/>
          <w:numId w:val="0"/>
        </w:numPr>
        <w:rPr>
          <w:sz w:val="24"/>
          <w:szCs w:val="24"/>
        </w:rPr>
      </w:pPr>
    </w:p>
    <w:p w14:paraId="6C981DFD" w14:textId="77777777" w:rsidR="00BC6D43" w:rsidRDefault="00BC6D43" w:rsidP="007540FD">
      <w:pPr>
        <w:pStyle w:val="ListNumber"/>
        <w:numPr>
          <w:ilvl w:val="0"/>
          <w:numId w:val="0"/>
        </w:numPr>
        <w:rPr>
          <w:sz w:val="24"/>
          <w:szCs w:val="24"/>
        </w:rPr>
      </w:pPr>
    </w:p>
    <w:p w14:paraId="22C37164" w14:textId="77777777" w:rsidR="00BC6D43" w:rsidRDefault="00BC6D43" w:rsidP="007540FD">
      <w:pPr>
        <w:pStyle w:val="ListNumber"/>
        <w:numPr>
          <w:ilvl w:val="0"/>
          <w:numId w:val="0"/>
        </w:numPr>
        <w:rPr>
          <w:sz w:val="24"/>
          <w:szCs w:val="24"/>
        </w:rPr>
      </w:pPr>
    </w:p>
    <w:p w14:paraId="3EE1D42F" w14:textId="77777777" w:rsidR="00BC6D43" w:rsidRDefault="00BC6D43" w:rsidP="007540FD">
      <w:pPr>
        <w:pStyle w:val="ListNumber"/>
        <w:numPr>
          <w:ilvl w:val="0"/>
          <w:numId w:val="0"/>
        </w:numPr>
        <w:rPr>
          <w:sz w:val="24"/>
          <w:szCs w:val="24"/>
        </w:rPr>
      </w:pPr>
    </w:p>
    <w:p w14:paraId="7895D428" w14:textId="77777777" w:rsidR="00BC6D43" w:rsidRDefault="00BC6D43" w:rsidP="007540FD">
      <w:pPr>
        <w:pStyle w:val="ListNumber"/>
        <w:numPr>
          <w:ilvl w:val="0"/>
          <w:numId w:val="0"/>
        </w:numPr>
        <w:rPr>
          <w:sz w:val="24"/>
          <w:szCs w:val="24"/>
        </w:rPr>
      </w:pPr>
    </w:p>
    <w:p w14:paraId="26F8EE81" w14:textId="77777777" w:rsidR="00BC6D43" w:rsidRDefault="00BC6D43" w:rsidP="007540FD">
      <w:pPr>
        <w:pStyle w:val="ListNumber"/>
        <w:numPr>
          <w:ilvl w:val="0"/>
          <w:numId w:val="0"/>
        </w:numPr>
        <w:rPr>
          <w:sz w:val="24"/>
          <w:szCs w:val="24"/>
        </w:rPr>
      </w:pPr>
    </w:p>
    <w:p w14:paraId="36E29AF6" w14:textId="77777777" w:rsidR="00BC6D43" w:rsidRDefault="00BC6D43" w:rsidP="007540FD">
      <w:pPr>
        <w:pStyle w:val="ListNumber"/>
        <w:numPr>
          <w:ilvl w:val="0"/>
          <w:numId w:val="0"/>
        </w:numPr>
        <w:rPr>
          <w:sz w:val="24"/>
          <w:szCs w:val="24"/>
        </w:rPr>
      </w:pPr>
    </w:p>
    <w:p w14:paraId="2E5FAFE0" w14:textId="77777777" w:rsidR="00BC6D43" w:rsidRDefault="00BC6D43" w:rsidP="007540FD">
      <w:pPr>
        <w:pStyle w:val="ListNumber"/>
        <w:numPr>
          <w:ilvl w:val="0"/>
          <w:numId w:val="0"/>
        </w:numPr>
        <w:rPr>
          <w:sz w:val="24"/>
          <w:szCs w:val="24"/>
        </w:rPr>
      </w:pPr>
    </w:p>
    <w:p w14:paraId="27EAFC6B" w14:textId="77777777" w:rsidR="00BC6D43" w:rsidRDefault="00BC6D43" w:rsidP="007540FD">
      <w:pPr>
        <w:pStyle w:val="ListNumber"/>
        <w:numPr>
          <w:ilvl w:val="0"/>
          <w:numId w:val="0"/>
        </w:numPr>
        <w:rPr>
          <w:sz w:val="24"/>
          <w:szCs w:val="24"/>
        </w:rPr>
      </w:pPr>
    </w:p>
    <w:p w14:paraId="7CE258C1" w14:textId="77777777" w:rsidR="00BC6D43" w:rsidRDefault="00BC6D43" w:rsidP="007540FD">
      <w:pPr>
        <w:pStyle w:val="ListNumber"/>
        <w:numPr>
          <w:ilvl w:val="0"/>
          <w:numId w:val="0"/>
        </w:numPr>
        <w:rPr>
          <w:sz w:val="24"/>
          <w:szCs w:val="24"/>
        </w:rPr>
      </w:pPr>
    </w:p>
    <w:p w14:paraId="1273D3AF" w14:textId="77777777" w:rsidR="00BC6D43" w:rsidRDefault="00BC6D43" w:rsidP="007540FD">
      <w:pPr>
        <w:pStyle w:val="ListNumber"/>
        <w:numPr>
          <w:ilvl w:val="0"/>
          <w:numId w:val="0"/>
        </w:numPr>
        <w:rPr>
          <w:sz w:val="24"/>
          <w:szCs w:val="24"/>
        </w:rPr>
      </w:pPr>
    </w:p>
    <w:p w14:paraId="008CA5E3" w14:textId="77777777" w:rsidR="00BC6D43" w:rsidRDefault="00BC6D43" w:rsidP="007540FD">
      <w:pPr>
        <w:pStyle w:val="ListNumber"/>
        <w:numPr>
          <w:ilvl w:val="0"/>
          <w:numId w:val="0"/>
        </w:numPr>
        <w:rPr>
          <w:sz w:val="24"/>
          <w:szCs w:val="24"/>
        </w:rPr>
      </w:pPr>
    </w:p>
    <w:p w14:paraId="2EC4A99E" w14:textId="77777777" w:rsidR="00BC6D43" w:rsidRDefault="00BC6D43" w:rsidP="007540FD">
      <w:pPr>
        <w:pStyle w:val="ListNumber"/>
        <w:numPr>
          <w:ilvl w:val="0"/>
          <w:numId w:val="0"/>
        </w:numPr>
        <w:rPr>
          <w:sz w:val="24"/>
          <w:szCs w:val="24"/>
        </w:rPr>
      </w:pPr>
    </w:p>
    <w:p w14:paraId="49ABD60F" w14:textId="77777777" w:rsidR="00BC6D43" w:rsidRDefault="00BC6D43" w:rsidP="007540FD">
      <w:pPr>
        <w:pStyle w:val="ListNumber"/>
        <w:numPr>
          <w:ilvl w:val="0"/>
          <w:numId w:val="0"/>
        </w:numPr>
        <w:rPr>
          <w:sz w:val="24"/>
          <w:szCs w:val="24"/>
        </w:rPr>
      </w:pPr>
    </w:p>
    <w:p w14:paraId="603FE39D" w14:textId="77777777" w:rsidR="00BC6D43" w:rsidRDefault="00BC6D43" w:rsidP="007540FD">
      <w:pPr>
        <w:pStyle w:val="ListNumber"/>
        <w:numPr>
          <w:ilvl w:val="0"/>
          <w:numId w:val="0"/>
        </w:numPr>
        <w:rPr>
          <w:sz w:val="24"/>
          <w:szCs w:val="24"/>
        </w:rPr>
      </w:pPr>
    </w:p>
    <w:p w14:paraId="0E0BDE3F" w14:textId="77777777" w:rsidR="00BC6D43" w:rsidRDefault="00BC6D43" w:rsidP="007540FD">
      <w:pPr>
        <w:pStyle w:val="ListNumber"/>
        <w:numPr>
          <w:ilvl w:val="0"/>
          <w:numId w:val="0"/>
        </w:numPr>
        <w:rPr>
          <w:sz w:val="24"/>
          <w:szCs w:val="24"/>
        </w:rPr>
      </w:pPr>
    </w:p>
    <w:p w14:paraId="7859D30D" w14:textId="77777777" w:rsidR="00BC6D43" w:rsidRPr="001D7228" w:rsidRDefault="00BC6D43" w:rsidP="007540FD">
      <w:pPr>
        <w:pStyle w:val="ListNumber"/>
        <w:numPr>
          <w:ilvl w:val="0"/>
          <w:numId w:val="0"/>
        </w:numPr>
        <w:rPr>
          <w:sz w:val="24"/>
          <w:szCs w:val="24"/>
        </w:rPr>
      </w:pPr>
    </w:p>
    <w:p w14:paraId="49DDEF4D" w14:textId="21873E4C" w:rsidR="00227515" w:rsidRPr="001D7228" w:rsidRDefault="00227515" w:rsidP="00227515">
      <w:pPr>
        <w:rPr>
          <w:b/>
          <w:bCs/>
          <w:sz w:val="24"/>
          <w:szCs w:val="24"/>
        </w:rPr>
      </w:pPr>
      <w:r w:rsidRPr="001D7228">
        <w:rPr>
          <w:b/>
          <w:bCs/>
          <w:sz w:val="24"/>
          <w:szCs w:val="24"/>
        </w:rPr>
        <w:lastRenderedPageBreak/>
        <w:t>Part 5: Practice Activity (Teacher/Parent Supervised)</w:t>
      </w:r>
    </w:p>
    <w:p w14:paraId="62322A5F" w14:textId="77777777" w:rsidR="00227515" w:rsidRPr="001D7228" w:rsidRDefault="00227515" w:rsidP="00227515">
      <w:pPr>
        <w:rPr>
          <w:sz w:val="24"/>
          <w:szCs w:val="24"/>
        </w:rPr>
      </w:pPr>
      <w:r w:rsidRPr="001D7228">
        <w:rPr>
          <w:b/>
          <w:bCs/>
          <w:sz w:val="24"/>
          <w:szCs w:val="24"/>
        </w:rPr>
        <w:t>Activity: Metal Edge Smooth-Out</w:t>
      </w:r>
      <w:r w:rsidRPr="001D7228">
        <w:rPr>
          <w:sz w:val="24"/>
          <w:szCs w:val="24"/>
        </w:rPr>
        <w:br/>
        <w:t>Objective: Learn how to use a grinder to smooth the edge of a small metal plate (</w:t>
      </w:r>
      <w:r w:rsidRPr="001D7228">
        <w:rPr>
          <w:i/>
          <w:iCs/>
          <w:sz w:val="24"/>
          <w:szCs w:val="24"/>
        </w:rPr>
        <w:t>or simulate with soft material like wood if working with teens at home</w:t>
      </w:r>
      <w:r w:rsidRPr="001D7228">
        <w:rPr>
          <w:sz w:val="24"/>
          <w:szCs w:val="24"/>
        </w:rPr>
        <w:t>).</w:t>
      </w:r>
    </w:p>
    <w:p w14:paraId="399070B4" w14:textId="77777777" w:rsidR="00227515" w:rsidRPr="001D7228" w:rsidRDefault="00227515" w:rsidP="00227515">
      <w:pPr>
        <w:rPr>
          <w:sz w:val="24"/>
          <w:szCs w:val="24"/>
        </w:rPr>
      </w:pPr>
      <w:r w:rsidRPr="001D7228">
        <w:rPr>
          <w:b/>
          <w:bCs/>
          <w:sz w:val="24"/>
          <w:szCs w:val="24"/>
        </w:rPr>
        <w:t>Instructions:</w:t>
      </w:r>
    </w:p>
    <w:p w14:paraId="75407C55" w14:textId="77777777" w:rsidR="00227515" w:rsidRPr="001D7228" w:rsidRDefault="00227515" w:rsidP="00227515">
      <w:pPr>
        <w:numPr>
          <w:ilvl w:val="0"/>
          <w:numId w:val="20"/>
        </w:numPr>
        <w:spacing w:after="0" w:line="240" w:lineRule="auto"/>
        <w:rPr>
          <w:sz w:val="24"/>
          <w:szCs w:val="24"/>
        </w:rPr>
      </w:pPr>
      <w:r w:rsidRPr="001D7228">
        <w:rPr>
          <w:sz w:val="24"/>
          <w:szCs w:val="24"/>
        </w:rPr>
        <w:t>Inspect your tool and safety gear.</w:t>
      </w:r>
    </w:p>
    <w:p w14:paraId="45EECC01" w14:textId="77777777" w:rsidR="00227515" w:rsidRPr="001D7228" w:rsidRDefault="00227515" w:rsidP="00227515">
      <w:pPr>
        <w:numPr>
          <w:ilvl w:val="0"/>
          <w:numId w:val="20"/>
        </w:numPr>
        <w:spacing w:after="0" w:line="240" w:lineRule="auto"/>
        <w:rPr>
          <w:sz w:val="24"/>
          <w:szCs w:val="24"/>
        </w:rPr>
      </w:pPr>
      <w:r w:rsidRPr="001D7228">
        <w:rPr>
          <w:sz w:val="24"/>
          <w:szCs w:val="24"/>
        </w:rPr>
        <w:t>Clamp down your workpiece.</w:t>
      </w:r>
    </w:p>
    <w:p w14:paraId="75151767" w14:textId="77777777" w:rsidR="00227515" w:rsidRPr="001D7228" w:rsidRDefault="00227515" w:rsidP="00227515">
      <w:pPr>
        <w:numPr>
          <w:ilvl w:val="0"/>
          <w:numId w:val="20"/>
        </w:numPr>
        <w:spacing w:after="0" w:line="240" w:lineRule="auto"/>
        <w:rPr>
          <w:sz w:val="24"/>
          <w:szCs w:val="24"/>
        </w:rPr>
      </w:pPr>
      <w:r w:rsidRPr="001D7228">
        <w:rPr>
          <w:sz w:val="24"/>
          <w:szCs w:val="24"/>
        </w:rPr>
        <w:t>Put on gloves, eye protection, and hearing protection.</w:t>
      </w:r>
    </w:p>
    <w:p w14:paraId="452FD0D7" w14:textId="77777777" w:rsidR="00227515" w:rsidRPr="001D7228" w:rsidRDefault="00227515" w:rsidP="00227515">
      <w:pPr>
        <w:numPr>
          <w:ilvl w:val="0"/>
          <w:numId w:val="20"/>
        </w:numPr>
        <w:spacing w:after="0" w:line="240" w:lineRule="auto"/>
        <w:rPr>
          <w:sz w:val="24"/>
          <w:szCs w:val="24"/>
        </w:rPr>
      </w:pPr>
      <w:r w:rsidRPr="001D7228">
        <w:rPr>
          <w:sz w:val="24"/>
          <w:szCs w:val="24"/>
        </w:rPr>
        <w:t>Power on the grinder and gently apply the disc to the edge.</w:t>
      </w:r>
    </w:p>
    <w:p w14:paraId="566B9CD9" w14:textId="77777777" w:rsidR="00227515" w:rsidRDefault="00227515" w:rsidP="00227515">
      <w:pPr>
        <w:numPr>
          <w:ilvl w:val="0"/>
          <w:numId w:val="20"/>
        </w:numPr>
        <w:spacing w:after="0" w:line="240" w:lineRule="auto"/>
        <w:rPr>
          <w:sz w:val="24"/>
          <w:szCs w:val="24"/>
        </w:rPr>
      </w:pPr>
      <w:r w:rsidRPr="001D7228">
        <w:rPr>
          <w:sz w:val="24"/>
          <w:szCs w:val="24"/>
        </w:rPr>
        <w:t>Observe how the material is removed.</w:t>
      </w:r>
    </w:p>
    <w:p w14:paraId="29029475" w14:textId="77777777" w:rsidR="00BC6D43" w:rsidRDefault="00BC6D43" w:rsidP="00BC6D43">
      <w:pPr>
        <w:spacing w:after="0" w:line="240" w:lineRule="auto"/>
        <w:rPr>
          <w:sz w:val="24"/>
          <w:szCs w:val="24"/>
        </w:rPr>
      </w:pPr>
    </w:p>
    <w:p w14:paraId="6306145C" w14:textId="77777777" w:rsidR="00BC6D43" w:rsidRPr="001D7228" w:rsidRDefault="00BC6D43" w:rsidP="00BC6D43">
      <w:pPr>
        <w:spacing w:after="0" w:line="240" w:lineRule="auto"/>
        <w:rPr>
          <w:sz w:val="24"/>
          <w:szCs w:val="24"/>
        </w:rPr>
      </w:pPr>
    </w:p>
    <w:p w14:paraId="796D1B60" w14:textId="77777777" w:rsidR="00227515" w:rsidRPr="001D7228" w:rsidRDefault="00227515" w:rsidP="00227515">
      <w:pPr>
        <w:rPr>
          <w:sz w:val="24"/>
          <w:szCs w:val="24"/>
        </w:rPr>
      </w:pPr>
      <w:r w:rsidRPr="001D7228">
        <w:rPr>
          <w:rFonts w:ascii="Cambria" w:hAnsi="Cambria" w:cs="Cambria"/>
          <w:sz w:val="24"/>
          <w:szCs w:val="24"/>
        </w:rPr>
        <w:t>✅</w:t>
      </w:r>
      <w:r w:rsidRPr="001D7228">
        <w:rPr>
          <w:sz w:val="24"/>
          <w:szCs w:val="24"/>
        </w:rPr>
        <w:t xml:space="preserve"> Checklist:</w:t>
      </w:r>
    </w:p>
    <w:p w14:paraId="69C03D50" w14:textId="77777777" w:rsidR="00227515" w:rsidRPr="001D7228" w:rsidRDefault="00227515" w:rsidP="00227515">
      <w:pPr>
        <w:rPr>
          <w:sz w:val="24"/>
          <w:szCs w:val="24"/>
        </w:rPr>
      </w:pPr>
      <w:r w:rsidRPr="001D7228">
        <w:rPr>
          <w:rFonts w:ascii="MS Gothic" w:eastAsia="MS Gothic" w:hAnsi="MS Gothic" w:cs="MS Gothic" w:hint="eastAsia"/>
          <w:sz w:val="24"/>
          <w:szCs w:val="24"/>
        </w:rPr>
        <w:t>☐</w:t>
      </w:r>
      <w:r w:rsidRPr="001D7228">
        <w:rPr>
          <w:sz w:val="24"/>
          <w:szCs w:val="24"/>
        </w:rPr>
        <w:t xml:space="preserve"> Wore full safety gear</w:t>
      </w:r>
      <w:r w:rsidRPr="001D7228">
        <w:rPr>
          <w:sz w:val="24"/>
          <w:szCs w:val="24"/>
        </w:rPr>
        <w:br/>
      </w:r>
      <w:r w:rsidRPr="001D7228">
        <w:rPr>
          <w:rFonts w:ascii="MS Gothic" w:eastAsia="MS Gothic" w:hAnsi="MS Gothic" w:cs="MS Gothic" w:hint="eastAsia"/>
          <w:sz w:val="24"/>
          <w:szCs w:val="24"/>
        </w:rPr>
        <w:t>☐</w:t>
      </w:r>
      <w:r w:rsidRPr="001D7228">
        <w:rPr>
          <w:sz w:val="24"/>
          <w:szCs w:val="24"/>
        </w:rPr>
        <w:t xml:space="preserve"> Let the disc reach full speed</w:t>
      </w:r>
      <w:r w:rsidRPr="001D7228">
        <w:rPr>
          <w:sz w:val="24"/>
          <w:szCs w:val="24"/>
        </w:rPr>
        <w:br/>
      </w:r>
      <w:r w:rsidRPr="001D7228">
        <w:rPr>
          <w:rFonts w:ascii="MS Gothic" w:eastAsia="MS Gothic" w:hAnsi="MS Gothic" w:cs="MS Gothic" w:hint="eastAsia"/>
          <w:sz w:val="24"/>
          <w:szCs w:val="24"/>
        </w:rPr>
        <w:t>☐</w:t>
      </w:r>
      <w:r w:rsidRPr="001D7228">
        <w:rPr>
          <w:sz w:val="24"/>
          <w:szCs w:val="24"/>
        </w:rPr>
        <w:t xml:space="preserve"> Applied light, even pressure</w:t>
      </w:r>
      <w:r w:rsidRPr="001D7228">
        <w:rPr>
          <w:sz w:val="24"/>
          <w:szCs w:val="24"/>
        </w:rPr>
        <w:br/>
      </w:r>
      <w:r w:rsidRPr="001D7228">
        <w:rPr>
          <w:rFonts w:ascii="MS Gothic" w:eastAsia="MS Gothic" w:hAnsi="MS Gothic" w:cs="MS Gothic" w:hint="eastAsia"/>
          <w:sz w:val="24"/>
          <w:szCs w:val="24"/>
        </w:rPr>
        <w:t>☐</w:t>
      </w:r>
      <w:r w:rsidRPr="001D7228">
        <w:rPr>
          <w:sz w:val="24"/>
          <w:szCs w:val="24"/>
        </w:rPr>
        <w:t xml:space="preserve"> Kept both hands on the tool</w:t>
      </w:r>
      <w:r w:rsidRPr="001D7228">
        <w:rPr>
          <w:sz w:val="24"/>
          <w:szCs w:val="24"/>
        </w:rPr>
        <w:br/>
      </w:r>
      <w:r w:rsidRPr="001D7228">
        <w:rPr>
          <w:rFonts w:ascii="MS Gothic" w:eastAsia="MS Gothic" w:hAnsi="MS Gothic" w:cs="MS Gothic" w:hint="eastAsia"/>
          <w:sz w:val="24"/>
          <w:szCs w:val="24"/>
        </w:rPr>
        <w:t>☐</w:t>
      </w:r>
      <w:r w:rsidRPr="001D7228">
        <w:rPr>
          <w:sz w:val="24"/>
          <w:szCs w:val="24"/>
        </w:rPr>
        <w:t xml:space="preserve"> Turned off and unplugged the tool before setting it down</w:t>
      </w:r>
    </w:p>
    <w:p w14:paraId="17FFC2B9" w14:textId="77777777" w:rsidR="00227515" w:rsidRPr="001D7228" w:rsidRDefault="00227515" w:rsidP="007540FD">
      <w:pPr>
        <w:pStyle w:val="ListNumber"/>
        <w:numPr>
          <w:ilvl w:val="0"/>
          <w:numId w:val="0"/>
        </w:numPr>
        <w:rPr>
          <w:sz w:val="24"/>
          <w:szCs w:val="24"/>
        </w:rPr>
      </w:pPr>
    </w:p>
    <w:p w14:paraId="723D6BED" w14:textId="77777777" w:rsidR="00227515" w:rsidRPr="001D7228" w:rsidRDefault="00227515" w:rsidP="007540FD">
      <w:pPr>
        <w:pStyle w:val="ListNumber"/>
        <w:numPr>
          <w:ilvl w:val="0"/>
          <w:numId w:val="0"/>
        </w:numPr>
        <w:rPr>
          <w:sz w:val="24"/>
          <w:szCs w:val="24"/>
        </w:rPr>
      </w:pPr>
    </w:p>
    <w:p w14:paraId="0EB090EA" w14:textId="77777777" w:rsidR="00227515" w:rsidRPr="001D7228" w:rsidRDefault="00227515" w:rsidP="007540FD">
      <w:pPr>
        <w:pStyle w:val="ListNumber"/>
        <w:numPr>
          <w:ilvl w:val="0"/>
          <w:numId w:val="0"/>
        </w:numPr>
        <w:rPr>
          <w:sz w:val="24"/>
          <w:szCs w:val="24"/>
        </w:rPr>
      </w:pPr>
    </w:p>
    <w:p w14:paraId="0F8F9DE1" w14:textId="77777777" w:rsidR="00227515" w:rsidRPr="001D7228" w:rsidRDefault="00227515" w:rsidP="007540FD">
      <w:pPr>
        <w:pStyle w:val="ListNumber"/>
        <w:numPr>
          <w:ilvl w:val="0"/>
          <w:numId w:val="0"/>
        </w:numPr>
        <w:rPr>
          <w:sz w:val="24"/>
          <w:szCs w:val="24"/>
        </w:rPr>
      </w:pPr>
    </w:p>
    <w:p w14:paraId="0125BCD8" w14:textId="77777777" w:rsidR="00227515" w:rsidRPr="001D7228" w:rsidRDefault="00227515" w:rsidP="007540FD">
      <w:pPr>
        <w:pStyle w:val="ListNumber"/>
        <w:numPr>
          <w:ilvl w:val="0"/>
          <w:numId w:val="0"/>
        </w:numPr>
        <w:rPr>
          <w:sz w:val="24"/>
          <w:szCs w:val="24"/>
        </w:rPr>
      </w:pPr>
    </w:p>
    <w:p w14:paraId="404023BD" w14:textId="77777777" w:rsidR="00227515" w:rsidRPr="001D7228" w:rsidRDefault="00227515" w:rsidP="007540FD">
      <w:pPr>
        <w:pStyle w:val="ListNumber"/>
        <w:numPr>
          <w:ilvl w:val="0"/>
          <w:numId w:val="0"/>
        </w:numPr>
        <w:rPr>
          <w:sz w:val="24"/>
          <w:szCs w:val="24"/>
        </w:rPr>
      </w:pPr>
    </w:p>
    <w:p w14:paraId="7B47F919" w14:textId="77777777" w:rsidR="00227515" w:rsidRPr="001D7228" w:rsidRDefault="00227515" w:rsidP="007540FD">
      <w:pPr>
        <w:pStyle w:val="ListNumber"/>
        <w:numPr>
          <w:ilvl w:val="0"/>
          <w:numId w:val="0"/>
        </w:numPr>
        <w:rPr>
          <w:sz w:val="24"/>
          <w:szCs w:val="24"/>
        </w:rPr>
      </w:pPr>
    </w:p>
    <w:p w14:paraId="4DAE2DA7" w14:textId="77777777" w:rsidR="00227515" w:rsidRPr="001D7228" w:rsidRDefault="00227515" w:rsidP="007540FD">
      <w:pPr>
        <w:pStyle w:val="ListNumber"/>
        <w:numPr>
          <w:ilvl w:val="0"/>
          <w:numId w:val="0"/>
        </w:numPr>
        <w:rPr>
          <w:sz w:val="24"/>
          <w:szCs w:val="24"/>
        </w:rPr>
      </w:pPr>
    </w:p>
    <w:p w14:paraId="70EAC922" w14:textId="77777777" w:rsidR="00227515" w:rsidRPr="001D7228" w:rsidRDefault="00227515" w:rsidP="007540FD">
      <w:pPr>
        <w:pStyle w:val="ListNumber"/>
        <w:numPr>
          <w:ilvl w:val="0"/>
          <w:numId w:val="0"/>
        </w:numPr>
        <w:rPr>
          <w:sz w:val="24"/>
          <w:szCs w:val="24"/>
        </w:rPr>
      </w:pPr>
    </w:p>
    <w:p w14:paraId="53651C6C" w14:textId="77777777" w:rsidR="00227515" w:rsidRPr="001D7228" w:rsidRDefault="00227515" w:rsidP="007540FD">
      <w:pPr>
        <w:pStyle w:val="ListNumber"/>
        <w:numPr>
          <w:ilvl w:val="0"/>
          <w:numId w:val="0"/>
        </w:numPr>
        <w:rPr>
          <w:sz w:val="24"/>
          <w:szCs w:val="24"/>
        </w:rPr>
      </w:pPr>
    </w:p>
    <w:p w14:paraId="7F58300A" w14:textId="77777777" w:rsidR="00227515" w:rsidRPr="001D7228" w:rsidRDefault="00227515" w:rsidP="007540FD">
      <w:pPr>
        <w:pStyle w:val="ListNumber"/>
        <w:numPr>
          <w:ilvl w:val="0"/>
          <w:numId w:val="0"/>
        </w:numPr>
        <w:rPr>
          <w:sz w:val="24"/>
          <w:szCs w:val="24"/>
        </w:rPr>
      </w:pPr>
    </w:p>
    <w:p w14:paraId="59BB3A33" w14:textId="77777777" w:rsidR="00227515" w:rsidRPr="001D7228" w:rsidRDefault="00227515" w:rsidP="007540FD">
      <w:pPr>
        <w:pStyle w:val="ListNumber"/>
        <w:numPr>
          <w:ilvl w:val="0"/>
          <w:numId w:val="0"/>
        </w:numPr>
        <w:rPr>
          <w:sz w:val="24"/>
          <w:szCs w:val="24"/>
        </w:rPr>
      </w:pPr>
    </w:p>
    <w:p w14:paraId="65FEA31D" w14:textId="77777777" w:rsidR="00227515" w:rsidRPr="001D7228" w:rsidRDefault="00227515" w:rsidP="007540FD">
      <w:pPr>
        <w:pStyle w:val="ListNumber"/>
        <w:numPr>
          <w:ilvl w:val="0"/>
          <w:numId w:val="0"/>
        </w:numPr>
        <w:rPr>
          <w:sz w:val="24"/>
          <w:szCs w:val="24"/>
        </w:rPr>
      </w:pPr>
    </w:p>
    <w:p w14:paraId="59ABFFD3" w14:textId="77777777" w:rsidR="00227515" w:rsidRPr="001D7228" w:rsidRDefault="00227515" w:rsidP="007540FD">
      <w:pPr>
        <w:pStyle w:val="ListNumber"/>
        <w:numPr>
          <w:ilvl w:val="0"/>
          <w:numId w:val="0"/>
        </w:numPr>
        <w:rPr>
          <w:sz w:val="24"/>
          <w:szCs w:val="24"/>
        </w:rPr>
      </w:pPr>
    </w:p>
    <w:p w14:paraId="75D9CF83" w14:textId="77777777" w:rsidR="00227515" w:rsidRPr="001D7228" w:rsidRDefault="00227515" w:rsidP="007540FD">
      <w:pPr>
        <w:pStyle w:val="ListNumber"/>
        <w:numPr>
          <w:ilvl w:val="0"/>
          <w:numId w:val="0"/>
        </w:numPr>
        <w:rPr>
          <w:sz w:val="24"/>
          <w:szCs w:val="24"/>
        </w:rPr>
      </w:pPr>
    </w:p>
    <w:p w14:paraId="73EF8754" w14:textId="77777777" w:rsidR="00227515" w:rsidRPr="001D7228" w:rsidRDefault="00227515" w:rsidP="007540FD">
      <w:pPr>
        <w:pStyle w:val="ListNumber"/>
        <w:numPr>
          <w:ilvl w:val="0"/>
          <w:numId w:val="0"/>
        </w:numPr>
        <w:rPr>
          <w:sz w:val="24"/>
          <w:szCs w:val="24"/>
        </w:rPr>
      </w:pPr>
    </w:p>
    <w:p w14:paraId="4BC22D8C" w14:textId="77777777" w:rsidR="00227515" w:rsidRPr="001D7228" w:rsidRDefault="00227515" w:rsidP="007540FD">
      <w:pPr>
        <w:pStyle w:val="ListNumber"/>
        <w:numPr>
          <w:ilvl w:val="0"/>
          <w:numId w:val="0"/>
        </w:numPr>
        <w:rPr>
          <w:sz w:val="24"/>
          <w:szCs w:val="24"/>
        </w:rPr>
      </w:pPr>
    </w:p>
    <w:p w14:paraId="00EB6AFB" w14:textId="77777777" w:rsidR="00227515" w:rsidRPr="001D7228" w:rsidRDefault="00227515" w:rsidP="007540FD">
      <w:pPr>
        <w:pStyle w:val="ListNumber"/>
        <w:numPr>
          <w:ilvl w:val="0"/>
          <w:numId w:val="0"/>
        </w:numPr>
        <w:rPr>
          <w:sz w:val="24"/>
          <w:szCs w:val="24"/>
        </w:rPr>
      </w:pPr>
    </w:p>
    <w:p w14:paraId="42F68FC3" w14:textId="77777777" w:rsidR="00227515" w:rsidRPr="001D7228" w:rsidRDefault="00227515" w:rsidP="007540FD">
      <w:pPr>
        <w:pStyle w:val="ListNumber"/>
        <w:numPr>
          <w:ilvl w:val="0"/>
          <w:numId w:val="0"/>
        </w:numPr>
        <w:rPr>
          <w:sz w:val="24"/>
          <w:szCs w:val="24"/>
        </w:rPr>
      </w:pPr>
    </w:p>
    <w:p w14:paraId="1FA63BC5" w14:textId="3BBF3135" w:rsidR="00F13046" w:rsidRPr="00FC11CD" w:rsidRDefault="00DC6D5C" w:rsidP="00F13046">
      <w:pPr>
        <w:pStyle w:val="Title"/>
        <w:pBdr>
          <w:bottom w:val="none" w:sz="0" w:space="0" w:color="auto"/>
        </w:pBdr>
        <w:spacing w:after="0"/>
        <w:rPr>
          <w:rFonts w:asciiTheme="minorHAnsi" w:hAnsiTheme="minorHAnsi"/>
          <w:b/>
          <w:bCs/>
          <w:color w:val="4F81BD" w:themeColor="accent1"/>
          <w:sz w:val="26"/>
          <w:szCs w:val="26"/>
        </w:rPr>
      </w:pPr>
      <w:bookmarkStart w:id="0" w:name="_Hlk201911880"/>
      <w:r w:rsidRPr="00FC11CD">
        <w:rPr>
          <w:rFonts w:asciiTheme="minorHAnsi" w:hAnsiTheme="minorHAnsi"/>
          <w:b/>
          <w:bCs/>
          <w:color w:val="4F81BD" w:themeColor="accent1"/>
          <w:sz w:val="26"/>
          <w:szCs w:val="26"/>
        </w:rPr>
        <w:lastRenderedPageBreak/>
        <w:t>5</w:t>
      </w:r>
      <w:r w:rsidR="00F13046" w:rsidRPr="00FC11CD">
        <w:rPr>
          <w:rFonts w:asciiTheme="minorHAnsi" w:hAnsiTheme="minorHAnsi"/>
          <w:b/>
          <w:bCs/>
          <w:color w:val="4F81BD" w:themeColor="accent1"/>
          <w:sz w:val="26"/>
          <w:szCs w:val="26"/>
        </w:rPr>
        <w:t>. Using an Orbital Sander.</w:t>
      </w:r>
    </w:p>
    <w:p w14:paraId="474FB455" w14:textId="77777777" w:rsidR="00F13046" w:rsidRPr="001D7228" w:rsidRDefault="00F13046" w:rsidP="00F13046">
      <w:pPr>
        <w:pStyle w:val="Heading1"/>
        <w:spacing w:line="240" w:lineRule="auto"/>
        <w:rPr>
          <w:rFonts w:asciiTheme="minorHAnsi" w:hAnsiTheme="minorHAnsi"/>
          <w:sz w:val="24"/>
          <w:szCs w:val="24"/>
        </w:rPr>
      </w:pPr>
      <w:r w:rsidRPr="001D7228">
        <w:rPr>
          <w:rFonts w:asciiTheme="minorHAnsi" w:hAnsiTheme="minorHAnsi"/>
          <w:sz w:val="24"/>
          <w:szCs w:val="24"/>
        </w:rPr>
        <w:t>Objective</w:t>
      </w:r>
    </w:p>
    <w:p w14:paraId="57C5EA75" w14:textId="77777777" w:rsidR="00F13046" w:rsidRPr="001D7228" w:rsidRDefault="00F13046" w:rsidP="00F13046">
      <w:pPr>
        <w:spacing w:after="0" w:line="240" w:lineRule="auto"/>
        <w:rPr>
          <w:sz w:val="24"/>
          <w:szCs w:val="24"/>
        </w:rPr>
      </w:pPr>
      <w:r w:rsidRPr="001D7228">
        <w:rPr>
          <w:sz w:val="24"/>
          <w:szCs w:val="24"/>
        </w:rPr>
        <w:t>Students will learn the purpose, safety protocols, and basic use of an orbital sander through guided content and a hands-on sanding task.</w:t>
      </w:r>
    </w:p>
    <w:p w14:paraId="5EC07294" w14:textId="27A2FB8A" w:rsidR="00F13046" w:rsidRPr="001D7228" w:rsidRDefault="00F13046" w:rsidP="00F13046">
      <w:pPr>
        <w:pStyle w:val="Heading1"/>
        <w:spacing w:line="240" w:lineRule="auto"/>
        <w:rPr>
          <w:rFonts w:asciiTheme="minorHAnsi" w:hAnsiTheme="minorHAnsi"/>
          <w:sz w:val="24"/>
          <w:szCs w:val="24"/>
        </w:rPr>
      </w:pPr>
      <w:r w:rsidRPr="001D7228">
        <w:rPr>
          <w:rFonts w:asciiTheme="minorHAnsi" w:hAnsiTheme="minorHAnsi"/>
          <w:sz w:val="24"/>
          <w:szCs w:val="24"/>
        </w:rPr>
        <w:t xml:space="preserve">Lesson Structure </w:t>
      </w:r>
    </w:p>
    <w:p w14:paraId="17F87D12" w14:textId="0032EEB6" w:rsidR="00F13046" w:rsidRPr="001D7228" w:rsidRDefault="00F13046" w:rsidP="00F13046">
      <w:pPr>
        <w:pStyle w:val="Heading2"/>
        <w:spacing w:line="240" w:lineRule="auto"/>
        <w:rPr>
          <w:rFonts w:asciiTheme="minorHAnsi" w:hAnsiTheme="minorHAnsi"/>
          <w:sz w:val="24"/>
          <w:szCs w:val="24"/>
        </w:rPr>
      </w:pPr>
      <w:r w:rsidRPr="001D7228">
        <w:rPr>
          <w:rFonts w:asciiTheme="minorHAnsi" w:hAnsiTheme="minorHAnsi"/>
          <w:sz w:val="24"/>
          <w:szCs w:val="24"/>
        </w:rPr>
        <w:t xml:space="preserve">Part 1: Introduction Reading </w:t>
      </w:r>
    </w:p>
    <w:p w14:paraId="32E2E532" w14:textId="2E8ACACC" w:rsidR="00F13046" w:rsidRPr="001D7228" w:rsidRDefault="00F13046" w:rsidP="00F13046">
      <w:pPr>
        <w:spacing w:after="0" w:line="240" w:lineRule="auto"/>
        <w:rPr>
          <w:sz w:val="24"/>
          <w:szCs w:val="24"/>
        </w:rPr>
      </w:pPr>
    </w:p>
    <w:p w14:paraId="48518F95" w14:textId="6BA796B3" w:rsidR="00E407A1" w:rsidRPr="001D7228" w:rsidRDefault="00E407A1" w:rsidP="00F13046">
      <w:pPr>
        <w:spacing w:after="0" w:line="240" w:lineRule="auto"/>
        <w:rPr>
          <w:sz w:val="24"/>
          <w:szCs w:val="24"/>
        </w:rPr>
      </w:pPr>
      <w:r w:rsidRPr="001D7228">
        <w:rPr>
          <w:sz w:val="24"/>
          <w:szCs w:val="24"/>
        </w:rPr>
        <w:t>An orbital sander is a handheld power tool used to smooth surfaces using a rapidly rotating sanding pad that moves in small, circular motions. It’s commonly used in woodworking to smooth wood surfaces, remove old paint or finishes, and prepare material for staining or sealing. Choosing the right grit sandpaper is essential—coarse grits (60–80) are best for heavy removal, while finer grits (120–220) are used for finishing. Proper personal protective equipment (PPE) is important when operating an orbital sander, including safety goggles to protect your eyes, a dust mask to avoid inhaling fine particles, and ear protection to guard against prolonged noise exposure. Always prioritize safety: keep hands away from the sanding pad during operation, use clamps or a vice to secure your workpiece, and always unplug the sander before changing discs or making adjustments.</w:t>
      </w:r>
    </w:p>
    <w:p w14:paraId="457F77D8" w14:textId="658DC939" w:rsidR="00F13046" w:rsidRPr="001D7228" w:rsidRDefault="00F13046" w:rsidP="00F13046">
      <w:pPr>
        <w:pStyle w:val="Heading2"/>
        <w:spacing w:line="240" w:lineRule="auto"/>
        <w:rPr>
          <w:rFonts w:asciiTheme="minorHAnsi" w:hAnsiTheme="minorHAnsi"/>
          <w:sz w:val="24"/>
          <w:szCs w:val="24"/>
        </w:rPr>
      </w:pPr>
      <w:r w:rsidRPr="001D7228">
        <w:rPr>
          <w:rFonts w:asciiTheme="minorHAnsi" w:hAnsiTheme="minorHAnsi"/>
          <w:sz w:val="24"/>
          <w:szCs w:val="24"/>
        </w:rPr>
        <w:t>Part 2: Tool Walkthrough</w:t>
      </w:r>
    </w:p>
    <w:p w14:paraId="4E551762" w14:textId="77777777" w:rsidR="00226023" w:rsidRPr="001D7228" w:rsidRDefault="00226023" w:rsidP="00F13046">
      <w:pPr>
        <w:spacing w:after="0" w:line="240" w:lineRule="auto"/>
        <w:rPr>
          <w:sz w:val="24"/>
          <w:szCs w:val="24"/>
        </w:rPr>
      </w:pPr>
    </w:p>
    <w:p w14:paraId="46257AA7" w14:textId="73BC401A" w:rsidR="00F13046" w:rsidRPr="001D7228" w:rsidRDefault="00F13046" w:rsidP="00F13046">
      <w:pPr>
        <w:spacing w:after="0" w:line="240" w:lineRule="auto"/>
        <w:rPr>
          <w:sz w:val="24"/>
          <w:szCs w:val="24"/>
        </w:rPr>
      </w:pPr>
      <w:r w:rsidRPr="001D7228">
        <w:rPr>
          <w:b/>
          <w:bCs/>
          <w:sz w:val="24"/>
          <w:szCs w:val="24"/>
        </w:rPr>
        <w:t>Activity</w:t>
      </w:r>
      <w:proofErr w:type="gramStart"/>
      <w:r w:rsidRPr="001D7228">
        <w:rPr>
          <w:b/>
          <w:bCs/>
          <w:sz w:val="24"/>
          <w:szCs w:val="24"/>
        </w:rPr>
        <w:t>:</w:t>
      </w:r>
      <w:proofErr w:type="gramEnd"/>
      <w:r w:rsidRPr="001D7228">
        <w:rPr>
          <w:sz w:val="24"/>
          <w:szCs w:val="24"/>
        </w:rPr>
        <w:br/>
        <w:t>- Examine a</w:t>
      </w:r>
      <w:r w:rsidR="00226023" w:rsidRPr="001D7228">
        <w:rPr>
          <w:sz w:val="24"/>
          <w:szCs w:val="24"/>
        </w:rPr>
        <w:t xml:space="preserve">n </w:t>
      </w:r>
      <w:r w:rsidRPr="001D7228">
        <w:rPr>
          <w:sz w:val="24"/>
          <w:szCs w:val="24"/>
        </w:rPr>
        <w:t>orbital sander</w:t>
      </w:r>
      <w:r w:rsidRPr="001D7228">
        <w:rPr>
          <w:sz w:val="24"/>
          <w:szCs w:val="24"/>
        </w:rPr>
        <w:br/>
        <w:t xml:space="preserve">- </w:t>
      </w:r>
      <w:r w:rsidR="00226023" w:rsidRPr="001D7228">
        <w:rPr>
          <w:sz w:val="24"/>
          <w:szCs w:val="24"/>
        </w:rPr>
        <w:t>Identify the parts.</w:t>
      </w:r>
    </w:p>
    <w:p w14:paraId="0CF05C12" w14:textId="77777777" w:rsidR="00226023" w:rsidRPr="001D7228" w:rsidRDefault="00226023" w:rsidP="00F13046">
      <w:pPr>
        <w:spacing w:after="0" w:line="240" w:lineRule="auto"/>
        <w:rPr>
          <w:sz w:val="24"/>
          <w:szCs w:val="24"/>
        </w:rPr>
      </w:pPr>
    </w:p>
    <w:p w14:paraId="7B8CFCAE" w14:textId="5F128BF2" w:rsidR="00226023" w:rsidRPr="001D7228" w:rsidRDefault="00226023" w:rsidP="00226023">
      <w:pPr>
        <w:spacing w:after="0" w:line="240" w:lineRule="auto"/>
        <w:jc w:val="center"/>
        <w:rPr>
          <w:sz w:val="24"/>
          <w:szCs w:val="24"/>
        </w:rPr>
      </w:pPr>
      <w:r w:rsidRPr="001D7228">
        <w:rPr>
          <w:noProof/>
          <w:sz w:val="24"/>
          <w:szCs w:val="24"/>
        </w:rPr>
        <w:drawing>
          <wp:inline distT="0" distB="0" distL="0" distR="0" wp14:anchorId="658FAA8A" wp14:editId="6FB71CBC">
            <wp:extent cx="3832860" cy="2228055"/>
            <wp:effectExtent l="0" t="0" r="0" b="1270"/>
            <wp:docPr id="1678992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2907" name="Picture 1678992907"/>
                    <pic:cNvPicPr/>
                  </pic:nvPicPr>
                  <pic:blipFill>
                    <a:blip r:embed="rId10"/>
                    <a:stretch>
                      <a:fillRect/>
                    </a:stretch>
                  </pic:blipFill>
                  <pic:spPr>
                    <a:xfrm>
                      <a:off x="0" y="0"/>
                      <a:ext cx="3850780" cy="2238472"/>
                    </a:xfrm>
                    <a:prstGeom prst="rect">
                      <a:avLst/>
                    </a:prstGeom>
                  </pic:spPr>
                </pic:pic>
              </a:graphicData>
            </a:graphic>
          </wp:inline>
        </w:drawing>
      </w:r>
    </w:p>
    <w:p w14:paraId="1BA6AF47" w14:textId="77777777" w:rsidR="00227515" w:rsidRDefault="00227515" w:rsidP="00F13046">
      <w:pPr>
        <w:pStyle w:val="Heading2"/>
        <w:spacing w:line="240" w:lineRule="auto"/>
        <w:rPr>
          <w:rFonts w:asciiTheme="minorHAnsi" w:hAnsiTheme="minorHAnsi"/>
          <w:sz w:val="24"/>
          <w:szCs w:val="24"/>
        </w:rPr>
      </w:pPr>
    </w:p>
    <w:p w14:paraId="1D92D31F" w14:textId="77777777" w:rsidR="00FC11CD" w:rsidRDefault="00FC11CD" w:rsidP="00FC11CD"/>
    <w:p w14:paraId="1F45438C" w14:textId="77777777" w:rsidR="00FC11CD" w:rsidRPr="00FC11CD" w:rsidRDefault="00FC11CD" w:rsidP="00FC11CD"/>
    <w:p w14:paraId="26DF22B3" w14:textId="3B5A8B81" w:rsidR="00F13046" w:rsidRPr="001D7228" w:rsidRDefault="00F13046" w:rsidP="00F13046">
      <w:pPr>
        <w:pStyle w:val="Heading2"/>
        <w:spacing w:line="240" w:lineRule="auto"/>
        <w:rPr>
          <w:rFonts w:asciiTheme="minorHAnsi" w:hAnsiTheme="minorHAnsi"/>
          <w:sz w:val="24"/>
          <w:szCs w:val="24"/>
        </w:rPr>
      </w:pPr>
      <w:r w:rsidRPr="001D7228">
        <w:rPr>
          <w:rFonts w:asciiTheme="minorHAnsi" w:hAnsiTheme="minorHAnsi"/>
          <w:sz w:val="24"/>
          <w:szCs w:val="24"/>
        </w:rPr>
        <w:lastRenderedPageBreak/>
        <w:t xml:space="preserve">Part 3: Safety Checklist &amp; Practice Setup </w:t>
      </w:r>
    </w:p>
    <w:p w14:paraId="5E3F2D24" w14:textId="77777777" w:rsidR="00226023" w:rsidRPr="001D7228" w:rsidRDefault="00226023" w:rsidP="00F13046">
      <w:pPr>
        <w:spacing w:after="0" w:line="240" w:lineRule="auto"/>
        <w:rPr>
          <w:sz w:val="24"/>
          <w:szCs w:val="24"/>
        </w:rPr>
      </w:pPr>
    </w:p>
    <w:p w14:paraId="5942F22F" w14:textId="608F593C" w:rsidR="00F13046" w:rsidRPr="001D7228" w:rsidRDefault="00F13046" w:rsidP="00F13046">
      <w:pPr>
        <w:spacing w:after="0" w:line="240" w:lineRule="auto"/>
        <w:rPr>
          <w:sz w:val="24"/>
          <w:szCs w:val="24"/>
        </w:rPr>
      </w:pPr>
      <w:r w:rsidRPr="001D7228">
        <w:rPr>
          <w:b/>
          <w:bCs/>
          <w:sz w:val="24"/>
          <w:szCs w:val="24"/>
        </w:rPr>
        <w:t>Activity</w:t>
      </w:r>
      <w:proofErr w:type="gramStart"/>
      <w:r w:rsidRPr="001D7228">
        <w:rPr>
          <w:b/>
          <w:bCs/>
          <w:sz w:val="24"/>
          <w:szCs w:val="24"/>
        </w:rPr>
        <w:t>:</w:t>
      </w:r>
      <w:proofErr w:type="gramEnd"/>
      <w:r w:rsidRPr="001D7228">
        <w:rPr>
          <w:sz w:val="24"/>
          <w:szCs w:val="24"/>
        </w:rPr>
        <w:br/>
        <w:t>- Complete a Safety Checklist before sanding:</w:t>
      </w:r>
      <w:r w:rsidRPr="001D7228">
        <w:rPr>
          <w:sz w:val="24"/>
          <w:szCs w:val="24"/>
        </w:rPr>
        <w:br/>
        <w:t xml:space="preserve">  - PPE on</w:t>
      </w:r>
      <w:r w:rsidRPr="001D7228">
        <w:rPr>
          <w:sz w:val="24"/>
          <w:szCs w:val="24"/>
        </w:rPr>
        <w:br/>
        <w:t xml:space="preserve">  - Disc attached securely</w:t>
      </w:r>
      <w:r w:rsidRPr="001D7228">
        <w:rPr>
          <w:sz w:val="24"/>
          <w:szCs w:val="24"/>
        </w:rPr>
        <w:br/>
        <w:t xml:space="preserve">  - Wood clamped</w:t>
      </w:r>
      <w:r w:rsidRPr="001D7228">
        <w:rPr>
          <w:sz w:val="24"/>
          <w:szCs w:val="24"/>
        </w:rPr>
        <w:br/>
        <w:t xml:space="preserve">  - Area clean and ventilated</w:t>
      </w:r>
      <w:r w:rsidRPr="001D7228">
        <w:rPr>
          <w:sz w:val="24"/>
          <w:szCs w:val="24"/>
        </w:rPr>
        <w:br/>
        <w:t xml:space="preserve">  - Cords out of path</w:t>
      </w:r>
      <w:r w:rsidRPr="001D7228">
        <w:rPr>
          <w:sz w:val="24"/>
          <w:szCs w:val="24"/>
        </w:rPr>
        <w:br/>
      </w:r>
    </w:p>
    <w:p w14:paraId="7851E803" w14:textId="3F616762" w:rsidR="00F13046" w:rsidRPr="001D7228" w:rsidRDefault="00F13046" w:rsidP="00F13046">
      <w:pPr>
        <w:pStyle w:val="Heading2"/>
        <w:spacing w:line="240" w:lineRule="auto"/>
        <w:rPr>
          <w:rFonts w:asciiTheme="minorHAnsi" w:hAnsiTheme="minorHAnsi"/>
          <w:sz w:val="24"/>
          <w:szCs w:val="24"/>
        </w:rPr>
      </w:pPr>
      <w:r w:rsidRPr="001D7228">
        <w:rPr>
          <w:rFonts w:asciiTheme="minorHAnsi" w:hAnsiTheme="minorHAnsi"/>
          <w:sz w:val="24"/>
          <w:szCs w:val="24"/>
        </w:rPr>
        <w:t xml:space="preserve">Part 4: Hands-On Practice </w:t>
      </w:r>
    </w:p>
    <w:p w14:paraId="793EAD5A" w14:textId="77777777" w:rsidR="00F13046" w:rsidRPr="001D7228" w:rsidRDefault="00F13046" w:rsidP="00F13046">
      <w:pPr>
        <w:spacing w:after="0" w:line="240" w:lineRule="auto"/>
        <w:rPr>
          <w:sz w:val="24"/>
          <w:szCs w:val="24"/>
        </w:rPr>
      </w:pPr>
      <w:r w:rsidRPr="001D7228">
        <w:rPr>
          <w:sz w:val="24"/>
          <w:szCs w:val="24"/>
        </w:rPr>
        <w:t>Task</w:t>
      </w:r>
      <w:proofErr w:type="gramStart"/>
      <w:r w:rsidRPr="001D7228">
        <w:rPr>
          <w:sz w:val="24"/>
          <w:szCs w:val="24"/>
        </w:rPr>
        <w:t>:</w:t>
      </w:r>
      <w:proofErr w:type="gramEnd"/>
      <w:r w:rsidRPr="001D7228">
        <w:rPr>
          <w:sz w:val="24"/>
          <w:szCs w:val="24"/>
        </w:rPr>
        <w:br/>
        <w:t>- Sand a small board (e.g., 6" x 12")</w:t>
      </w:r>
      <w:r w:rsidRPr="001D7228">
        <w:rPr>
          <w:sz w:val="24"/>
          <w:szCs w:val="24"/>
        </w:rPr>
        <w:br/>
        <w:t>- Start with coarse grit (80), finish with fine grit (150-220)</w:t>
      </w:r>
      <w:r w:rsidRPr="001D7228">
        <w:rPr>
          <w:sz w:val="24"/>
          <w:szCs w:val="24"/>
        </w:rPr>
        <w:br/>
        <w:t>- Keep sander flat, move in slow circular motions</w:t>
      </w:r>
      <w:r w:rsidRPr="001D7228">
        <w:rPr>
          <w:sz w:val="24"/>
          <w:szCs w:val="24"/>
        </w:rPr>
        <w:br/>
        <w:t>- Do not press down—let the sander do the work</w:t>
      </w:r>
      <w:r w:rsidRPr="001D7228">
        <w:rPr>
          <w:sz w:val="24"/>
          <w:szCs w:val="24"/>
        </w:rPr>
        <w:br/>
      </w:r>
      <w:r w:rsidRPr="001D7228">
        <w:rPr>
          <w:sz w:val="24"/>
          <w:szCs w:val="24"/>
        </w:rPr>
        <w:br/>
      </w:r>
      <w:r w:rsidRPr="001D7228">
        <w:rPr>
          <w:b/>
          <w:bCs/>
          <w:sz w:val="24"/>
          <w:szCs w:val="24"/>
        </w:rPr>
        <w:t>Goal: Achieve a smooth, even surface without swirls.</w:t>
      </w:r>
    </w:p>
    <w:p w14:paraId="748D560B" w14:textId="430D4C30" w:rsidR="00F13046" w:rsidRPr="001D7228" w:rsidRDefault="00F13046" w:rsidP="00F13046">
      <w:pPr>
        <w:pStyle w:val="Heading2"/>
        <w:spacing w:line="240" w:lineRule="auto"/>
        <w:rPr>
          <w:rFonts w:asciiTheme="minorHAnsi" w:hAnsiTheme="minorHAnsi"/>
          <w:sz w:val="24"/>
          <w:szCs w:val="24"/>
        </w:rPr>
      </w:pPr>
      <w:r w:rsidRPr="001D7228">
        <w:rPr>
          <w:rFonts w:asciiTheme="minorHAnsi" w:hAnsiTheme="minorHAnsi"/>
          <w:sz w:val="24"/>
          <w:szCs w:val="24"/>
        </w:rPr>
        <w:t xml:space="preserve">Part 5: Reflection </w:t>
      </w:r>
    </w:p>
    <w:p w14:paraId="6D2AEA0A" w14:textId="1B5EE960" w:rsidR="00F13046" w:rsidRPr="001D7228" w:rsidRDefault="00F13046" w:rsidP="00F13046">
      <w:pPr>
        <w:spacing w:after="0" w:line="240" w:lineRule="auto"/>
        <w:rPr>
          <w:sz w:val="24"/>
          <w:szCs w:val="24"/>
        </w:rPr>
      </w:pPr>
      <w:r w:rsidRPr="001D7228">
        <w:rPr>
          <w:sz w:val="24"/>
          <w:szCs w:val="24"/>
        </w:rPr>
        <w:t>Activity</w:t>
      </w:r>
      <w:proofErr w:type="gramStart"/>
      <w:r w:rsidRPr="001D7228">
        <w:rPr>
          <w:sz w:val="24"/>
          <w:szCs w:val="24"/>
        </w:rPr>
        <w:t>:</w:t>
      </w:r>
      <w:proofErr w:type="gramEnd"/>
      <w:r w:rsidRPr="001D7228">
        <w:rPr>
          <w:sz w:val="24"/>
          <w:szCs w:val="24"/>
        </w:rPr>
        <w:br/>
      </w:r>
      <w:r w:rsidRPr="001D7228">
        <w:rPr>
          <w:sz w:val="24"/>
          <w:szCs w:val="24"/>
        </w:rPr>
        <w:br/>
        <w:t xml:space="preserve">- </w:t>
      </w:r>
      <w:r w:rsidR="00226023" w:rsidRPr="001D7228">
        <w:rPr>
          <w:sz w:val="24"/>
          <w:szCs w:val="24"/>
        </w:rPr>
        <w:t>Write in your notebook:</w:t>
      </w:r>
      <w:r w:rsidRPr="001D7228">
        <w:rPr>
          <w:sz w:val="24"/>
          <w:szCs w:val="24"/>
        </w:rPr>
        <w:br/>
        <w:t xml:space="preserve">  - What went well?</w:t>
      </w:r>
      <w:r w:rsidRPr="001D7228">
        <w:rPr>
          <w:sz w:val="24"/>
          <w:szCs w:val="24"/>
        </w:rPr>
        <w:br/>
        <w:t xml:space="preserve">  - What was difficult?</w:t>
      </w:r>
      <w:r w:rsidRPr="001D7228">
        <w:rPr>
          <w:sz w:val="24"/>
          <w:szCs w:val="24"/>
        </w:rPr>
        <w:br/>
        <w:t xml:space="preserve">  - One tip they’d share with a peer</w:t>
      </w:r>
    </w:p>
    <w:p w14:paraId="22618030" w14:textId="77777777" w:rsidR="00F13046" w:rsidRPr="001D7228" w:rsidRDefault="00F13046" w:rsidP="00F13046">
      <w:pPr>
        <w:pStyle w:val="Heading1"/>
        <w:spacing w:line="240" w:lineRule="auto"/>
        <w:rPr>
          <w:rFonts w:asciiTheme="minorHAnsi" w:hAnsiTheme="minorHAnsi"/>
          <w:sz w:val="24"/>
          <w:szCs w:val="24"/>
        </w:rPr>
      </w:pPr>
      <w:r w:rsidRPr="001D7228">
        <w:rPr>
          <w:rFonts w:asciiTheme="minorHAnsi" w:hAnsiTheme="minorHAnsi"/>
          <w:sz w:val="24"/>
          <w:szCs w:val="24"/>
        </w:rPr>
        <w:t>Printable Safety Checklist</w:t>
      </w:r>
    </w:p>
    <w:p w14:paraId="3EBB7E4E" w14:textId="77777777" w:rsidR="00226023" w:rsidRPr="001D7228" w:rsidRDefault="00226023" w:rsidP="00226023">
      <w:pPr>
        <w:rPr>
          <w:sz w:val="24"/>
          <w:szCs w:val="24"/>
        </w:rPr>
      </w:pPr>
    </w:p>
    <w:p w14:paraId="117F8356"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PPE on (goggles, dust mask, ear protection)</w:t>
      </w:r>
    </w:p>
    <w:p w14:paraId="63DE422C"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Sanding disc securely attached</w:t>
      </w:r>
    </w:p>
    <w:p w14:paraId="609D7A35"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Workpiece clamped or secured</w:t>
      </w:r>
    </w:p>
    <w:p w14:paraId="1466367F"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Area clean and ventilated</w:t>
      </w:r>
    </w:p>
    <w:p w14:paraId="3045678D"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Cords clear and untangled</w:t>
      </w:r>
    </w:p>
    <w:p w14:paraId="71A255A6"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Tool inspected for damage</w:t>
      </w:r>
    </w:p>
    <w:p w14:paraId="7BBCC1CE"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Understanding of the ON/OFF switch</w:t>
      </w:r>
    </w:p>
    <w:p w14:paraId="1363E976"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Dust bag or vacuum attached (if available)</w:t>
      </w:r>
    </w:p>
    <w:p w14:paraId="7AFFFD73" w14:textId="77777777" w:rsidR="00F13046" w:rsidRPr="001D7228" w:rsidRDefault="00F13046" w:rsidP="00226023">
      <w:pPr>
        <w:pStyle w:val="ListBullet"/>
        <w:numPr>
          <w:ilvl w:val="0"/>
          <w:numId w:val="0"/>
        </w:num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Practiced grip and stance</w:t>
      </w:r>
    </w:p>
    <w:p w14:paraId="72075DCB" w14:textId="77777777" w:rsidR="00F13046" w:rsidRPr="001D7228" w:rsidRDefault="00F13046" w:rsidP="007540FD">
      <w:pPr>
        <w:pStyle w:val="ListNumber"/>
        <w:numPr>
          <w:ilvl w:val="0"/>
          <w:numId w:val="0"/>
        </w:numPr>
        <w:rPr>
          <w:sz w:val="24"/>
          <w:szCs w:val="24"/>
        </w:rPr>
      </w:pPr>
    </w:p>
    <w:p w14:paraId="777F0113" w14:textId="77777777" w:rsidR="00450FCD" w:rsidRPr="001D7228" w:rsidRDefault="00450FCD" w:rsidP="00230DED">
      <w:pPr>
        <w:rPr>
          <w:sz w:val="24"/>
          <w:szCs w:val="24"/>
        </w:rPr>
      </w:pPr>
    </w:p>
    <w:bookmarkEnd w:id="0"/>
    <w:p w14:paraId="1EBA045A" w14:textId="77777777" w:rsidR="00450FCD" w:rsidRPr="001D7228" w:rsidRDefault="00450FCD" w:rsidP="00230DED">
      <w:pPr>
        <w:rPr>
          <w:sz w:val="24"/>
          <w:szCs w:val="24"/>
        </w:rPr>
      </w:pPr>
    </w:p>
    <w:p w14:paraId="68D64DC5" w14:textId="151565E6" w:rsidR="00CB23A0" w:rsidRPr="00FC11CD" w:rsidRDefault="00DC6D5C" w:rsidP="00CB23A0">
      <w:pPr>
        <w:pStyle w:val="Title"/>
        <w:pBdr>
          <w:bottom w:val="none" w:sz="0" w:space="0" w:color="auto"/>
        </w:pBdr>
        <w:spacing w:after="0"/>
        <w:rPr>
          <w:rFonts w:asciiTheme="minorHAnsi" w:hAnsiTheme="minorHAnsi"/>
          <w:b/>
          <w:bCs/>
          <w:color w:val="4F81BD" w:themeColor="accent1"/>
          <w:sz w:val="26"/>
          <w:szCs w:val="26"/>
        </w:rPr>
      </w:pPr>
      <w:r w:rsidRPr="00FC11CD">
        <w:rPr>
          <w:rFonts w:asciiTheme="minorHAnsi" w:hAnsiTheme="minorHAnsi"/>
          <w:b/>
          <w:bCs/>
          <w:color w:val="4F81BD" w:themeColor="accent1"/>
          <w:sz w:val="26"/>
          <w:szCs w:val="26"/>
        </w:rPr>
        <w:lastRenderedPageBreak/>
        <w:t>6</w:t>
      </w:r>
      <w:r w:rsidR="00CB23A0" w:rsidRPr="00FC11CD">
        <w:rPr>
          <w:rFonts w:asciiTheme="minorHAnsi" w:hAnsiTheme="minorHAnsi"/>
          <w:b/>
          <w:bCs/>
          <w:color w:val="4F81BD" w:themeColor="accent1"/>
          <w:sz w:val="26"/>
          <w:szCs w:val="26"/>
        </w:rPr>
        <w:t>. Using a Power Drill.</w:t>
      </w:r>
    </w:p>
    <w:p w14:paraId="36296379" w14:textId="5AA701F7" w:rsidR="00CB23A0" w:rsidRPr="001D7228" w:rsidRDefault="00CB23A0" w:rsidP="00CB23A0">
      <w:pPr>
        <w:pStyle w:val="Heading2"/>
        <w:rPr>
          <w:rFonts w:asciiTheme="minorHAnsi" w:hAnsiTheme="minorHAnsi"/>
          <w:sz w:val="24"/>
          <w:szCs w:val="24"/>
        </w:rPr>
      </w:pPr>
      <w:r w:rsidRPr="001D7228">
        <w:rPr>
          <w:rFonts w:asciiTheme="minorHAnsi" w:hAnsiTheme="minorHAnsi"/>
          <w:sz w:val="24"/>
          <w:szCs w:val="24"/>
        </w:rPr>
        <w:t>Objective</w:t>
      </w:r>
    </w:p>
    <w:p w14:paraId="6CD9DE57" w14:textId="77777777" w:rsidR="00CB23A0" w:rsidRPr="001D7228" w:rsidRDefault="00CB23A0" w:rsidP="00CB23A0">
      <w:pPr>
        <w:rPr>
          <w:sz w:val="24"/>
          <w:szCs w:val="24"/>
        </w:rPr>
      </w:pPr>
      <w:r w:rsidRPr="001D7228">
        <w:rPr>
          <w:sz w:val="24"/>
          <w:szCs w:val="24"/>
        </w:rPr>
        <w:t>Students will understand the parts, safety procedures, and practical use of a power drill through guided content, bit identification, and a hands-on drilling activity.</w:t>
      </w:r>
    </w:p>
    <w:p w14:paraId="3E51DEF8" w14:textId="23A0BC62" w:rsidR="00CB23A0" w:rsidRPr="001D7228" w:rsidRDefault="00CB23A0" w:rsidP="00CB23A0">
      <w:pPr>
        <w:pStyle w:val="Heading3"/>
        <w:rPr>
          <w:rFonts w:asciiTheme="minorHAnsi" w:hAnsiTheme="minorHAnsi" w:cstheme="majorHAnsi"/>
          <w:sz w:val="24"/>
          <w:szCs w:val="24"/>
        </w:rPr>
      </w:pPr>
      <w:r w:rsidRPr="001D7228">
        <w:rPr>
          <w:rFonts w:asciiTheme="minorHAnsi" w:hAnsiTheme="minorHAnsi" w:cstheme="majorHAnsi"/>
          <w:sz w:val="24"/>
          <w:szCs w:val="24"/>
        </w:rPr>
        <w:t xml:space="preserve">Part 1: Introduction Reading </w:t>
      </w:r>
    </w:p>
    <w:p w14:paraId="21CBB757" w14:textId="77777777" w:rsidR="00FC11CD" w:rsidRDefault="00FC11CD" w:rsidP="00CB23A0">
      <w:pPr>
        <w:rPr>
          <w:sz w:val="24"/>
          <w:szCs w:val="24"/>
        </w:rPr>
      </w:pPr>
    </w:p>
    <w:p w14:paraId="39204C26" w14:textId="77777777" w:rsidR="00CB23A0" w:rsidRPr="001D7228" w:rsidRDefault="00CB23A0" w:rsidP="00CB23A0">
      <w:pPr>
        <w:rPr>
          <w:sz w:val="24"/>
          <w:szCs w:val="24"/>
        </w:rPr>
      </w:pPr>
      <w:r w:rsidRPr="001D7228">
        <w:rPr>
          <w:sz w:val="24"/>
          <w:szCs w:val="24"/>
        </w:rPr>
        <w:t>A power drill is a handheld electric tool used to drill holes or drive screws into wood, metal, plastic, or other materials. It typically includes key parts such as the chuck (</w:t>
      </w:r>
      <w:r w:rsidRPr="001D7228">
        <w:rPr>
          <w:i/>
          <w:iCs/>
          <w:sz w:val="24"/>
          <w:szCs w:val="24"/>
        </w:rPr>
        <w:t>which holds the bit</w:t>
      </w:r>
      <w:r w:rsidRPr="001D7228">
        <w:rPr>
          <w:sz w:val="24"/>
          <w:szCs w:val="24"/>
        </w:rPr>
        <w:t xml:space="preserve">), the trigger, the forward/reverse switch, the clutch for torque control, and the handle. Drills can be corded or cordless. </w:t>
      </w:r>
    </w:p>
    <w:p w14:paraId="18439362" w14:textId="77777777" w:rsidR="00CB23A0" w:rsidRPr="001D7228" w:rsidRDefault="00CB23A0" w:rsidP="00CB23A0">
      <w:pPr>
        <w:rPr>
          <w:sz w:val="24"/>
          <w:szCs w:val="24"/>
        </w:rPr>
      </w:pPr>
      <w:r w:rsidRPr="001D7228">
        <w:rPr>
          <w:sz w:val="24"/>
          <w:szCs w:val="24"/>
        </w:rPr>
        <w:t xml:space="preserve">Common drill bits include twist bits for general drilling, spade bits for wider holes in wood, and driver bits for fastening screws. </w:t>
      </w:r>
    </w:p>
    <w:p w14:paraId="6B373945" w14:textId="27162985" w:rsidR="00CB23A0" w:rsidRPr="001D7228" w:rsidRDefault="00CB23A0" w:rsidP="00CB23A0">
      <w:pPr>
        <w:rPr>
          <w:sz w:val="24"/>
          <w:szCs w:val="24"/>
        </w:rPr>
      </w:pPr>
      <w:r w:rsidRPr="001D7228">
        <w:rPr>
          <w:sz w:val="24"/>
          <w:szCs w:val="24"/>
        </w:rPr>
        <w:t>To use a drill safely, always wear safety goggles to protect your eyes from debris, use hearing protection in extended use, and ensure the bit is securely fastened in the chuck. Clamp your workpiece when possible, and always remove the battery or unplug the drill before changing bits or making adjustments. Let the tool do the work—don't force it.</w:t>
      </w:r>
    </w:p>
    <w:p w14:paraId="409CEC80" w14:textId="51671DA5" w:rsidR="00CB23A0" w:rsidRPr="001D7228" w:rsidRDefault="00CB23A0" w:rsidP="00CB23A0">
      <w:pPr>
        <w:pStyle w:val="Heading3"/>
        <w:rPr>
          <w:rFonts w:asciiTheme="minorHAnsi" w:hAnsiTheme="minorHAnsi"/>
          <w:sz w:val="24"/>
          <w:szCs w:val="24"/>
        </w:rPr>
      </w:pPr>
      <w:r w:rsidRPr="001D7228">
        <w:rPr>
          <w:rFonts w:asciiTheme="minorHAnsi" w:hAnsiTheme="minorHAnsi"/>
          <w:sz w:val="24"/>
          <w:szCs w:val="24"/>
        </w:rPr>
        <w:t xml:space="preserve">Part 2: Drill Bit Identification </w:t>
      </w:r>
    </w:p>
    <w:p w14:paraId="24C0C770" w14:textId="77777777" w:rsidR="00DC6D5C" w:rsidRPr="001D7228" w:rsidRDefault="00DC6D5C" w:rsidP="00DC6D5C">
      <w:pPr>
        <w:rPr>
          <w:sz w:val="24"/>
          <w:szCs w:val="24"/>
        </w:rPr>
      </w:pPr>
    </w:p>
    <w:p w14:paraId="5F29BBA5" w14:textId="3F699DC6" w:rsidR="00CB23A0" w:rsidRPr="001D7228" w:rsidRDefault="00CB23A0" w:rsidP="00CB23A0">
      <w:pPr>
        <w:jc w:val="center"/>
        <w:rPr>
          <w:sz w:val="24"/>
          <w:szCs w:val="24"/>
        </w:rPr>
      </w:pPr>
      <w:r w:rsidRPr="001D7228">
        <w:rPr>
          <w:sz w:val="24"/>
          <w:szCs w:val="24"/>
        </w:rPr>
        <w:t>Activity:</w:t>
      </w:r>
      <w:r w:rsidRPr="001D7228">
        <w:rPr>
          <w:sz w:val="24"/>
          <w:szCs w:val="24"/>
        </w:rPr>
        <w:br/>
      </w:r>
      <w:r w:rsidRPr="001D7228">
        <w:rPr>
          <w:noProof/>
          <w:sz w:val="24"/>
          <w:szCs w:val="24"/>
        </w:rPr>
        <w:drawing>
          <wp:inline distT="0" distB="0" distL="0" distR="0" wp14:anchorId="51D67F08" wp14:editId="3DE9C885">
            <wp:extent cx="3916680" cy="2610283"/>
            <wp:effectExtent l="0" t="0" r="7620" b="0"/>
            <wp:docPr id="1865441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1067" name="Picture 1865441067"/>
                    <pic:cNvPicPr/>
                  </pic:nvPicPr>
                  <pic:blipFill>
                    <a:blip r:embed="rId11"/>
                    <a:stretch>
                      <a:fillRect/>
                    </a:stretch>
                  </pic:blipFill>
                  <pic:spPr>
                    <a:xfrm>
                      <a:off x="0" y="0"/>
                      <a:ext cx="3931746" cy="2620324"/>
                    </a:xfrm>
                    <a:prstGeom prst="rect">
                      <a:avLst/>
                    </a:prstGeom>
                  </pic:spPr>
                </pic:pic>
              </a:graphicData>
            </a:graphic>
          </wp:inline>
        </w:drawing>
      </w:r>
    </w:p>
    <w:p w14:paraId="3F3D1B84" w14:textId="77777777" w:rsidR="00FC11CD" w:rsidRDefault="00FC11CD" w:rsidP="00CB23A0">
      <w:pPr>
        <w:pStyle w:val="Heading3"/>
        <w:rPr>
          <w:rFonts w:asciiTheme="minorHAnsi" w:hAnsiTheme="minorHAnsi"/>
          <w:sz w:val="24"/>
          <w:szCs w:val="24"/>
        </w:rPr>
      </w:pPr>
    </w:p>
    <w:p w14:paraId="5F109E47" w14:textId="7C3C2430" w:rsidR="00CB23A0" w:rsidRPr="001D7228" w:rsidRDefault="00CB23A0" w:rsidP="00CB23A0">
      <w:pPr>
        <w:pStyle w:val="Heading3"/>
        <w:rPr>
          <w:rFonts w:asciiTheme="minorHAnsi" w:hAnsiTheme="minorHAnsi"/>
          <w:sz w:val="24"/>
          <w:szCs w:val="24"/>
        </w:rPr>
      </w:pPr>
      <w:r w:rsidRPr="001D7228">
        <w:rPr>
          <w:rFonts w:asciiTheme="minorHAnsi" w:hAnsiTheme="minorHAnsi"/>
          <w:sz w:val="24"/>
          <w:szCs w:val="24"/>
        </w:rPr>
        <w:t xml:space="preserve">Part 3: Safety Checklist &amp; Setup </w:t>
      </w:r>
    </w:p>
    <w:p w14:paraId="1B94F4DE" w14:textId="77777777" w:rsidR="00CB23A0" w:rsidRPr="001D7228" w:rsidRDefault="00CB23A0" w:rsidP="00CB23A0">
      <w:pPr>
        <w:rPr>
          <w:sz w:val="24"/>
          <w:szCs w:val="24"/>
        </w:rPr>
      </w:pPr>
      <w:r w:rsidRPr="001D7228">
        <w:rPr>
          <w:b/>
          <w:bCs/>
          <w:sz w:val="24"/>
          <w:szCs w:val="24"/>
        </w:rPr>
        <w:t>Activity</w:t>
      </w:r>
      <w:proofErr w:type="gramStart"/>
      <w:r w:rsidRPr="001D7228">
        <w:rPr>
          <w:b/>
          <w:bCs/>
          <w:sz w:val="24"/>
          <w:szCs w:val="24"/>
        </w:rPr>
        <w:t>:</w:t>
      </w:r>
      <w:proofErr w:type="gramEnd"/>
      <w:r w:rsidRPr="001D7228">
        <w:rPr>
          <w:sz w:val="24"/>
          <w:szCs w:val="24"/>
        </w:rPr>
        <w:br/>
        <w:t>- Complete a Safety Checklist before drilling:</w:t>
      </w:r>
      <w:r w:rsidRPr="001D7228">
        <w:rPr>
          <w:sz w:val="24"/>
          <w:szCs w:val="24"/>
        </w:rPr>
        <w:br/>
        <w:t xml:space="preserve">  - PPE on (goggles, ear protection)</w:t>
      </w:r>
      <w:r w:rsidRPr="001D7228">
        <w:rPr>
          <w:sz w:val="24"/>
          <w:szCs w:val="24"/>
        </w:rPr>
        <w:br/>
        <w:t xml:space="preserve">  - Bit securely inserted in chuck</w:t>
      </w:r>
      <w:r w:rsidRPr="001D7228">
        <w:rPr>
          <w:sz w:val="24"/>
          <w:szCs w:val="24"/>
        </w:rPr>
        <w:br/>
        <w:t xml:space="preserve">  - Wood or material clamped</w:t>
      </w:r>
      <w:r w:rsidRPr="001D7228">
        <w:rPr>
          <w:sz w:val="24"/>
          <w:szCs w:val="24"/>
        </w:rPr>
        <w:br/>
        <w:t xml:space="preserve">  - Drill set to correct direction (forward or reverse)</w:t>
      </w:r>
      <w:r w:rsidRPr="001D7228">
        <w:rPr>
          <w:sz w:val="24"/>
          <w:szCs w:val="24"/>
        </w:rPr>
        <w:br/>
        <w:t xml:space="preserve">  - Battery charged or cord safe and untangled</w:t>
      </w:r>
    </w:p>
    <w:p w14:paraId="3C82B1C7" w14:textId="11A650DA" w:rsidR="00CB23A0" w:rsidRPr="001D7228" w:rsidRDefault="00CB23A0" w:rsidP="00CB23A0">
      <w:pPr>
        <w:pStyle w:val="Heading3"/>
        <w:rPr>
          <w:rFonts w:asciiTheme="minorHAnsi" w:hAnsiTheme="minorHAnsi"/>
          <w:sz w:val="24"/>
          <w:szCs w:val="24"/>
        </w:rPr>
      </w:pPr>
      <w:r w:rsidRPr="001D7228">
        <w:rPr>
          <w:rFonts w:asciiTheme="minorHAnsi" w:hAnsiTheme="minorHAnsi"/>
          <w:sz w:val="24"/>
          <w:szCs w:val="24"/>
        </w:rPr>
        <w:t xml:space="preserve">Part 4: Hands-On Practice </w:t>
      </w:r>
    </w:p>
    <w:p w14:paraId="7CEB03EB" w14:textId="77777777" w:rsidR="00CB23A0" w:rsidRPr="001D7228" w:rsidRDefault="00CB23A0" w:rsidP="00CB23A0">
      <w:pPr>
        <w:rPr>
          <w:sz w:val="24"/>
          <w:szCs w:val="24"/>
        </w:rPr>
      </w:pPr>
      <w:r w:rsidRPr="001D7228">
        <w:rPr>
          <w:b/>
          <w:bCs/>
          <w:sz w:val="24"/>
          <w:szCs w:val="24"/>
        </w:rPr>
        <w:t>Task</w:t>
      </w:r>
      <w:proofErr w:type="gramStart"/>
      <w:r w:rsidRPr="001D7228">
        <w:rPr>
          <w:b/>
          <w:bCs/>
          <w:sz w:val="24"/>
          <w:szCs w:val="24"/>
        </w:rPr>
        <w:t>:</w:t>
      </w:r>
      <w:proofErr w:type="gramEnd"/>
      <w:r w:rsidRPr="001D7228">
        <w:rPr>
          <w:sz w:val="24"/>
          <w:szCs w:val="24"/>
        </w:rPr>
        <w:br/>
        <w:t>- Drill 3–5 pilot holes in a 2×4 using a twist bit.</w:t>
      </w:r>
      <w:r w:rsidRPr="001D7228">
        <w:rPr>
          <w:sz w:val="24"/>
          <w:szCs w:val="24"/>
        </w:rPr>
        <w:br/>
        <w:t>- Practice changing bits and adjusting the clutch.</w:t>
      </w:r>
      <w:r w:rsidRPr="001D7228">
        <w:rPr>
          <w:sz w:val="24"/>
          <w:szCs w:val="24"/>
        </w:rPr>
        <w:br/>
        <w:t>- Try driving a screw with a driver bit.</w:t>
      </w:r>
      <w:r w:rsidRPr="001D7228">
        <w:rPr>
          <w:sz w:val="24"/>
          <w:szCs w:val="24"/>
        </w:rPr>
        <w:br/>
      </w:r>
      <w:r w:rsidRPr="001D7228">
        <w:rPr>
          <w:sz w:val="24"/>
          <w:szCs w:val="24"/>
        </w:rPr>
        <w:br/>
        <w:t>Goal: Use the correct drill bit and maintain control while achieving clean holes or screw placement.</w:t>
      </w:r>
    </w:p>
    <w:p w14:paraId="5F024C66" w14:textId="35D53B30" w:rsidR="00CB23A0" w:rsidRPr="001D7228" w:rsidRDefault="00CB23A0" w:rsidP="00CB23A0">
      <w:pPr>
        <w:pStyle w:val="Heading3"/>
        <w:rPr>
          <w:rFonts w:asciiTheme="minorHAnsi" w:hAnsiTheme="minorHAnsi"/>
          <w:sz w:val="24"/>
          <w:szCs w:val="24"/>
        </w:rPr>
      </w:pPr>
      <w:r w:rsidRPr="001D7228">
        <w:rPr>
          <w:rFonts w:asciiTheme="minorHAnsi" w:hAnsiTheme="minorHAnsi"/>
          <w:sz w:val="24"/>
          <w:szCs w:val="24"/>
        </w:rPr>
        <w:t xml:space="preserve">Part 5: Reflection </w:t>
      </w:r>
    </w:p>
    <w:p w14:paraId="7639D2F9" w14:textId="77777777" w:rsidR="00CB23A0" w:rsidRPr="001D7228" w:rsidRDefault="00CB23A0" w:rsidP="00CB23A0">
      <w:pPr>
        <w:rPr>
          <w:sz w:val="24"/>
          <w:szCs w:val="24"/>
        </w:rPr>
      </w:pPr>
      <w:r w:rsidRPr="001D7228">
        <w:rPr>
          <w:b/>
          <w:bCs/>
          <w:sz w:val="24"/>
          <w:szCs w:val="24"/>
        </w:rPr>
        <w:t>Activity</w:t>
      </w:r>
      <w:proofErr w:type="gramStart"/>
      <w:r w:rsidRPr="001D7228">
        <w:rPr>
          <w:b/>
          <w:bCs/>
          <w:sz w:val="24"/>
          <w:szCs w:val="24"/>
        </w:rPr>
        <w:t>:</w:t>
      </w:r>
      <w:proofErr w:type="gramEnd"/>
      <w:r w:rsidRPr="001D7228">
        <w:rPr>
          <w:sz w:val="24"/>
          <w:szCs w:val="24"/>
        </w:rPr>
        <w:br/>
        <w:t>- Write in your notebook:</w:t>
      </w:r>
      <w:r w:rsidRPr="001D7228">
        <w:rPr>
          <w:sz w:val="24"/>
          <w:szCs w:val="24"/>
        </w:rPr>
        <w:br/>
        <w:t xml:space="preserve">  - What went well?</w:t>
      </w:r>
      <w:r w:rsidRPr="001D7228">
        <w:rPr>
          <w:sz w:val="24"/>
          <w:szCs w:val="24"/>
        </w:rPr>
        <w:br/>
        <w:t xml:space="preserve">  - What was difficult?</w:t>
      </w:r>
      <w:r w:rsidRPr="001D7228">
        <w:rPr>
          <w:sz w:val="24"/>
          <w:szCs w:val="24"/>
        </w:rPr>
        <w:br/>
        <w:t xml:space="preserve">  - One safety rule you found most important</w:t>
      </w:r>
    </w:p>
    <w:p w14:paraId="235F8635" w14:textId="46B25B31" w:rsidR="00CB23A0" w:rsidRPr="001D7228" w:rsidRDefault="00CB23A0" w:rsidP="00CB23A0">
      <w:pPr>
        <w:pStyle w:val="Heading2"/>
        <w:rPr>
          <w:rFonts w:asciiTheme="minorHAnsi" w:hAnsiTheme="minorHAnsi"/>
          <w:sz w:val="24"/>
          <w:szCs w:val="24"/>
        </w:rPr>
      </w:pPr>
      <w:r w:rsidRPr="001D7228">
        <w:rPr>
          <w:rFonts w:asciiTheme="minorHAnsi" w:hAnsiTheme="minorHAnsi"/>
          <w:sz w:val="24"/>
          <w:szCs w:val="24"/>
        </w:rPr>
        <w:t>Printable Safety Checklist</w:t>
      </w:r>
    </w:p>
    <w:p w14:paraId="22AC5A86"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PPE on (goggles, ear protection)</w:t>
      </w:r>
    </w:p>
    <w:p w14:paraId="49199428"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Drill bit securely fastened in chuck</w:t>
      </w:r>
    </w:p>
    <w:p w14:paraId="75559553"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Workpiece clamped or secured</w:t>
      </w:r>
    </w:p>
    <w:p w14:paraId="6F4E8656"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w:t>
      </w:r>
      <w:proofErr w:type="gramStart"/>
      <w:r w:rsidRPr="001D7228">
        <w:rPr>
          <w:sz w:val="24"/>
          <w:szCs w:val="24"/>
        </w:rPr>
        <w:t>Correct</w:t>
      </w:r>
      <w:proofErr w:type="gramEnd"/>
      <w:r w:rsidRPr="001D7228">
        <w:rPr>
          <w:sz w:val="24"/>
          <w:szCs w:val="24"/>
        </w:rPr>
        <w:t xml:space="preserve"> drill direction set (forward/reverse)</w:t>
      </w:r>
    </w:p>
    <w:p w14:paraId="328494BE"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Cord/battery safe and out of the way</w:t>
      </w:r>
    </w:p>
    <w:p w14:paraId="234B0E79"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Hands clear of drilling area</w:t>
      </w:r>
    </w:p>
    <w:p w14:paraId="1176FC72"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Trigger sensitivity tested</w:t>
      </w:r>
    </w:p>
    <w:p w14:paraId="1CBF55A4"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Understanding of clutch and speed setting</w:t>
      </w:r>
    </w:p>
    <w:p w14:paraId="73453F34" w14:textId="77777777" w:rsidR="00CB23A0" w:rsidRPr="001D7228" w:rsidRDefault="00CB23A0" w:rsidP="00CB23A0">
      <w:pPr>
        <w:spacing w:after="0" w:line="240" w:lineRule="auto"/>
        <w:rPr>
          <w:sz w:val="24"/>
          <w:szCs w:val="24"/>
        </w:rPr>
      </w:pPr>
      <w:r w:rsidRPr="001D7228">
        <w:rPr>
          <w:rFonts w:ascii="MS Gothic" w:eastAsia="MS Gothic" w:hAnsi="MS Gothic" w:cs="MS Gothic" w:hint="eastAsia"/>
          <w:sz w:val="24"/>
          <w:szCs w:val="24"/>
        </w:rPr>
        <w:t>☐</w:t>
      </w:r>
      <w:r w:rsidRPr="001D7228">
        <w:rPr>
          <w:sz w:val="24"/>
          <w:szCs w:val="24"/>
        </w:rPr>
        <w:t xml:space="preserve"> Tool inspected for damage</w:t>
      </w:r>
    </w:p>
    <w:p w14:paraId="3A9545D1" w14:textId="77777777" w:rsidR="00CB23A0" w:rsidRPr="001D7228" w:rsidRDefault="00CB23A0" w:rsidP="00CB23A0">
      <w:pPr>
        <w:rPr>
          <w:sz w:val="24"/>
          <w:szCs w:val="24"/>
        </w:rPr>
      </w:pPr>
    </w:p>
    <w:p w14:paraId="267FF1BC" w14:textId="77777777" w:rsidR="00450FCD" w:rsidRPr="001D7228" w:rsidRDefault="00450FCD" w:rsidP="00230DED">
      <w:pPr>
        <w:rPr>
          <w:sz w:val="24"/>
          <w:szCs w:val="24"/>
        </w:rPr>
      </w:pPr>
    </w:p>
    <w:p w14:paraId="0A5EC402" w14:textId="77777777" w:rsidR="00450FCD" w:rsidRPr="001D7228" w:rsidRDefault="00450FCD" w:rsidP="00230DED">
      <w:pPr>
        <w:rPr>
          <w:sz w:val="24"/>
          <w:szCs w:val="24"/>
        </w:rPr>
      </w:pPr>
    </w:p>
    <w:p w14:paraId="40B2744A" w14:textId="4911B3BB" w:rsidR="00CB23A0" w:rsidRPr="00FC11CD" w:rsidRDefault="00114BCF" w:rsidP="00CB23A0">
      <w:pPr>
        <w:pStyle w:val="Title"/>
        <w:pBdr>
          <w:bottom w:val="none" w:sz="0" w:space="0" w:color="auto"/>
        </w:pBdr>
        <w:spacing w:after="0"/>
        <w:rPr>
          <w:rFonts w:asciiTheme="minorHAnsi" w:hAnsiTheme="minorHAnsi"/>
          <w:b/>
          <w:bCs/>
          <w:color w:val="4F81BD" w:themeColor="accent1"/>
          <w:sz w:val="26"/>
          <w:szCs w:val="26"/>
        </w:rPr>
      </w:pPr>
      <w:r>
        <w:rPr>
          <w:rFonts w:asciiTheme="minorHAnsi" w:hAnsiTheme="minorHAnsi"/>
          <w:b/>
          <w:bCs/>
          <w:noProof/>
          <w:color w:val="4F81BD" w:themeColor="accent1"/>
          <w:sz w:val="26"/>
          <w:szCs w:val="26"/>
        </w:rPr>
        <w:lastRenderedPageBreak/>
        <w:drawing>
          <wp:anchor distT="0" distB="0" distL="114300" distR="114300" simplePos="0" relativeHeight="251666432" behindDoc="0" locked="0" layoutInCell="1" allowOverlap="1" wp14:anchorId="410BC072" wp14:editId="53A5DE29">
            <wp:simplePos x="0" y="0"/>
            <wp:positionH relativeFrom="column">
              <wp:posOffset>4617085</wp:posOffset>
            </wp:positionH>
            <wp:positionV relativeFrom="paragraph">
              <wp:posOffset>36195</wp:posOffset>
            </wp:positionV>
            <wp:extent cx="1724025" cy="2299335"/>
            <wp:effectExtent l="0" t="0" r="952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f673e7-c91a-4bff-8a88-f9f3ab5eae2b.jpg"/>
                    <pic:cNvPicPr/>
                  </pic:nvPicPr>
                  <pic:blipFill>
                    <a:blip r:embed="rId12">
                      <a:extLst>
                        <a:ext uri="{28A0092B-C50C-407E-A947-70E740481C1C}">
                          <a14:useLocalDpi xmlns:a14="http://schemas.microsoft.com/office/drawing/2010/main" val="0"/>
                        </a:ext>
                      </a:extLst>
                    </a:blip>
                    <a:stretch>
                      <a:fillRect/>
                    </a:stretch>
                  </pic:blipFill>
                  <pic:spPr>
                    <a:xfrm>
                      <a:off x="0" y="0"/>
                      <a:ext cx="1724025" cy="2299335"/>
                    </a:xfrm>
                    <a:prstGeom prst="rect">
                      <a:avLst/>
                    </a:prstGeom>
                  </pic:spPr>
                </pic:pic>
              </a:graphicData>
            </a:graphic>
            <wp14:sizeRelH relativeFrom="page">
              <wp14:pctWidth>0</wp14:pctWidth>
            </wp14:sizeRelH>
            <wp14:sizeRelV relativeFrom="page">
              <wp14:pctHeight>0</wp14:pctHeight>
            </wp14:sizeRelV>
          </wp:anchor>
        </w:drawing>
      </w:r>
      <w:r w:rsidR="00F06B97" w:rsidRPr="00FC11CD">
        <w:rPr>
          <w:rFonts w:asciiTheme="minorHAnsi" w:hAnsiTheme="minorHAnsi"/>
          <w:b/>
          <w:bCs/>
          <w:color w:val="4F81BD" w:themeColor="accent1"/>
          <w:sz w:val="26"/>
          <w:szCs w:val="26"/>
        </w:rPr>
        <w:t>7</w:t>
      </w:r>
      <w:r w:rsidR="00CB23A0" w:rsidRPr="00FC11CD">
        <w:rPr>
          <w:rFonts w:asciiTheme="minorHAnsi" w:hAnsiTheme="minorHAnsi"/>
          <w:b/>
          <w:bCs/>
          <w:color w:val="4F81BD" w:themeColor="accent1"/>
          <w:sz w:val="26"/>
          <w:szCs w:val="26"/>
        </w:rPr>
        <w:t>. Project Builds.</w:t>
      </w:r>
      <w:r w:rsidR="00F745F7" w:rsidRPr="00F745F7">
        <w:rPr>
          <w:noProof/>
          <w:sz w:val="24"/>
          <w:szCs w:val="24"/>
        </w:rPr>
        <w:t xml:space="preserve"> </w:t>
      </w:r>
    </w:p>
    <w:p w14:paraId="394356E0" w14:textId="05E2074A" w:rsidR="00450FCD" w:rsidRPr="001D7228" w:rsidRDefault="00450FCD" w:rsidP="00230DED">
      <w:pPr>
        <w:rPr>
          <w:sz w:val="24"/>
          <w:szCs w:val="24"/>
        </w:rPr>
      </w:pPr>
    </w:p>
    <w:p w14:paraId="631BA015" w14:textId="5D151B52" w:rsidR="00450FCD" w:rsidRPr="001D7228" w:rsidRDefault="00F06B97" w:rsidP="00450FCD">
      <w:pPr>
        <w:rPr>
          <w:sz w:val="24"/>
          <w:szCs w:val="24"/>
        </w:rPr>
      </w:pPr>
      <w:r w:rsidRPr="001D7228">
        <w:rPr>
          <w:sz w:val="24"/>
          <w:szCs w:val="24"/>
        </w:rPr>
        <w:t xml:space="preserve">You will create both builds. </w:t>
      </w:r>
    </w:p>
    <w:p w14:paraId="35D9356C" w14:textId="0B6884EA" w:rsidR="00450FCD" w:rsidRPr="0073626A" w:rsidRDefault="0073626A" w:rsidP="00450FCD">
      <w:pPr>
        <w:rPr>
          <w:b/>
          <w:bCs/>
          <w:sz w:val="28"/>
          <w:szCs w:val="28"/>
          <w:u w:val="single"/>
        </w:rPr>
      </w:pPr>
      <w:proofErr w:type="gramStart"/>
      <w:r>
        <w:rPr>
          <w:b/>
          <w:bCs/>
          <w:sz w:val="28"/>
          <w:szCs w:val="28"/>
          <w:u w:val="single"/>
        </w:rPr>
        <w:t>Bird Feeder</w:t>
      </w:r>
      <w:r w:rsidR="001F3064" w:rsidRPr="0073626A">
        <w:rPr>
          <w:b/>
          <w:bCs/>
          <w:sz w:val="28"/>
          <w:szCs w:val="28"/>
          <w:u w:val="single"/>
        </w:rPr>
        <w:t>.</w:t>
      </w:r>
      <w:proofErr w:type="gramEnd"/>
    </w:p>
    <w:p w14:paraId="68E34A5F" w14:textId="4A1CABAA" w:rsidR="00450FCD" w:rsidRPr="001D7228" w:rsidRDefault="00450FCD" w:rsidP="00450FCD">
      <w:pPr>
        <w:rPr>
          <w:sz w:val="24"/>
          <w:szCs w:val="24"/>
        </w:rPr>
      </w:pPr>
      <w:r w:rsidRPr="001D7228">
        <w:rPr>
          <w:sz w:val="24"/>
          <w:szCs w:val="24"/>
        </w:rPr>
        <w:t xml:space="preserve">Tools Needed: </w:t>
      </w:r>
      <w:r w:rsidR="00F745F7">
        <w:rPr>
          <w:sz w:val="24"/>
          <w:szCs w:val="24"/>
        </w:rPr>
        <w:t>Saw or jigsaw, sander, Drill and Screws OR Nail</w:t>
      </w:r>
      <w:r w:rsidR="00F2175A">
        <w:rPr>
          <w:sz w:val="24"/>
          <w:szCs w:val="24"/>
        </w:rPr>
        <w:t>s</w:t>
      </w:r>
      <w:r w:rsidR="00F745F7">
        <w:rPr>
          <w:sz w:val="24"/>
          <w:szCs w:val="24"/>
        </w:rPr>
        <w:t xml:space="preserve"> and Hammer</w:t>
      </w:r>
    </w:p>
    <w:p w14:paraId="1ED43C40" w14:textId="714E9D4C" w:rsidR="001F3064" w:rsidRPr="001D7228" w:rsidRDefault="00450FCD" w:rsidP="00450FCD">
      <w:pPr>
        <w:rPr>
          <w:b/>
          <w:bCs/>
          <w:sz w:val="24"/>
          <w:szCs w:val="24"/>
        </w:rPr>
      </w:pPr>
      <w:r w:rsidRPr="001D7228">
        <w:rPr>
          <w:b/>
          <w:bCs/>
          <w:sz w:val="24"/>
          <w:szCs w:val="24"/>
        </w:rPr>
        <w:t>Materials:</w:t>
      </w:r>
      <w:r w:rsidR="001F3064" w:rsidRPr="001D7228">
        <w:rPr>
          <w:b/>
          <w:bCs/>
          <w:sz w:val="24"/>
          <w:szCs w:val="24"/>
        </w:rPr>
        <w:t xml:space="preserve"> </w:t>
      </w:r>
    </w:p>
    <w:p w14:paraId="6195EAEC" w14:textId="54D7DA69" w:rsidR="001F3064" w:rsidRPr="001D7228" w:rsidRDefault="00F745F7" w:rsidP="001F3064">
      <w:pPr>
        <w:pStyle w:val="ListParagraph"/>
        <w:numPr>
          <w:ilvl w:val="0"/>
          <w:numId w:val="23"/>
        </w:numPr>
        <w:spacing w:after="0" w:line="240" w:lineRule="auto"/>
        <w:rPr>
          <w:sz w:val="24"/>
          <w:szCs w:val="24"/>
        </w:rPr>
      </w:pPr>
      <w:r>
        <w:rPr>
          <w:sz w:val="24"/>
          <w:szCs w:val="24"/>
        </w:rPr>
        <w:t>1” x 4” x 8 foot piece</w:t>
      </w:r>
      <w:r w:rsidR="001F3064" w:rsidRPr="001D7228">
        <w:rPr>
          <w:sz w:val="24"/>
          <w:szCs w:val="24"/>
        </w:rPr>
        <w:t xml:space="preserve"> of </w:t>
      </w:r>
      <w:r w:rsidR="00D962C8">
        <w:rPr>
          <w:sz w:val="24"/>
          <w:szCs w:val="24"/>
        </w:rPr>
        <w:t>cedar or pressure treated wood for outside durability</w:t>
      </w:r>
    </w:p>
    <w:p w14:paraId="3645EF6B" w14:textId="67417902" w:rsidR="001F3064" w:rsidRPr="001D7228" w:rsidRDefault="00114BCF" w:rsidP="001F3064">
      <w:pPr>
        <w:pStyle w:val="ListParagraph"/>
        <w:numPr>
          <w:ilvl w:val="0"/>
          <w:numId w:val="23"/>
        </w:numPr>
        <w:spacing w:after="0" w:line="240" w:lineRule="auto"/>
        <w:rPr>
          <w:sz w:val="24"/>
          <w:szCs w:val="24"/>
        </w:rPr>
      </w:pPr>
      <w:r w:rsidRPr="001D7228">
        <w:rPr>
          <w:noProof/>
          <w:sz w:val="24"/>
          <w:szCs w:val="24"/>
        </w:rPr>
        <w:drawing>
          <wp:anchor distT="0" distB="0" distL="114300" distR="114300" simplePos="0" relativeHeight="251659264" behindDoc="1" locked="0" layoutInCell="1" allowOverlap="1" wp14:anchorId="5C5D6F61" wp14:editId="56EF7B2B">
            <wp:simplePos x="0" y="0"/>
            <wp:positionH relativeFrom="margin">
              <wp:posOffset>4662170</wp:posOffset>
            </wp:positionH>
            <wp:positionV relativeFrom="paragraph">
              <wp:posOffset>46318</wp:posOffset>
            </wp:positionV>
            <wp:extent cx="1610995" cy="2140585"/>
            <wp:effectExtent l="0" t="0" r="8255" b="0"/>
            <wp:wrapNone/>
            <wp:docPr id="43004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40483" name="Picture 430040483"/>
                    <pic:cNvPicPr/>
                  </pic:nvPicPr>
                  <pic:blipFill>
                    <a:blip r:embed="rId13"/>
                    <a:stretch>
                      <a:fillRect/>
                    </a:stretch>
                  </pic:blipFill>
                  <pic:spPr>
                    <a:xfrm>
                      <a:off x="0" y="0"/>
                      <a:ext cx="1610995" cy="2140585"/>
                    </a:xfrm>
                    <a:prstGeom prst="rect">
                      <a:avLst/>
                    </a:prstGeom>
                  </pic:spPr>
                </pic:pic>
              </a:graphicData>
            </a:graphic>
            <wp14:sizeRelH relativeFrom="margin">
              <wp14:pctWidth>0</wp14:pctWidth>
            </wp14:sizeRelH>
            <wp14:sizeRelV relativeFrom="margin">
              <wp14:pctHeight>0</wp14:pctHeight>
            </wp14:sizeRelV>
          </wp:anchor>
        </w:drawing>
      </w:r>
      <w:r w:rsidR="001F3064" w:rsidRPr="001D7228">
        <w:rPr>
          <w:sz w:val="24"/>
          <w:szCs w:val="24"/>
        </w:rPr>
        <w:t>N</w:t>
      </w:r>
      <w:r w:rsidR="00450FCD" w:rsidRPr="001D7228">
        <w:rPr>
          <w:sz w:val="24"/>
          <w:szCs w:val="24"/>
        </w:rPr>
        <w:t>ails/screws</w:t>
      </w:r>
    </w:p>
    <w:p w14:paraId="253E0DEB" w14:textId="47B43426" w:rsidR="001F3064" w:rsidRDefault="001F3064" w:rsidP="001F3064">
      <w:pPr>
        <w:pStyle w:val="ListParagraph"/>
        <w:numPr>
          <w:ilvl w:val="0"/>
          <w:numId w:val="23"/>
        </w:numPr>
        <w:spacing w:after="0" w:line="240" w:lineRule="auto"/>
        <w:rPr>
          <w:sz w:val="24"/>
          <w:szCs w:val="24"/>
        </w:rPr>
      </w:pPr>
      <w:r w:rsidRPr="001D7228">
        <w:rPr>
          <w:sz w:val="24"/>
          <w:szCs w:val="24"/>
        </w:rPr>
        <w:t>W</w:t>
      </w:r>
      <w:r w:rsidR="00450FCD" w:rsidRPr="001D7228">
        <w:rPr>
          <w:sz w:val="24"/>
          <w:szCs w:val="24"/>
        </w:rPr>
        <w:t>ood glue</w:t>
      </w:r>
    </w:p>
    <w:p w14:paraId="0CD100D4" w14:textId="2E212F34" w:rsidR="00F2175A" w:rsidRPr="00F2175A" w:rsidRDefault="00F2175A" w:rsidP="001F3064">
      <w:pPr>
        <w:pStyle w:val="ListParagraph"/>
        <w:numPr>
          <w:ilvl w:val="0"/>
          <w:numId w:val="23"/>
        </w:numPr>
        <w:spacing w:after="0" w:line="240" w:lineRule="auto"/>
        <w:rPr>
          <w:b/>
          <w:sz w:val="24"/>
          <w:szCs w:val="24"/>
        </w:rPr>
      </w:pPr>
      <w:r>
        <w:rPr>
          <w:rStyle w:val="Strong"/>
          <w:b w:val="0"/>
          <w:sz w:val="24"/>
          <w:szCs w:val="24"/>
        </w:rPr>
        <w:t>S</w:t>
      </w:r>
      <w:r w:rsidRPr="00F2175A">
        <w:rPr>
          <w:rStyle w:val="Strong"/>
          <w:b w:val="0"/>
          <w:sz w:val="24"/>
          <w:szCs w:val="24"/>
        </w:rPr>
        <w:t>crew-in cup hook</w:t>
      </w:r>
      <w:r w:rsidRPr="00F2175A">
        <w:rPr>
          <w:b/>
          <w:sz w:val="24"/>
          <w:szCs w:val="24"/>
        </w:rPr>
        <w:t xml:space="preserve"> </w:t>
      </w:r>
    </w:p>
    <w:p w14:paraId="72A90C0E" w14:textId="3498E926" w:rsidR="00450FCD" w:rsidRPr="001D7228" w:rsidRDefault="001F3064" w:rsidP="001F3064">
      <w:pPr>
        <w:pStyle w:val="ListParagraph"/>
        <w:numPr>
          <w:ilvl w:val="0"/>
          <w:numId w:val="23"/>
        </w:numPr>
        <w:spacing w:after="0" w:line="240" w:lineRule="auto"/>
        <w:rPr>
          <w:sz w:val="24"/>
          <w:szCs w:val="24"/>
        </w:rPr>
      </w:pPr>
      <w:r w:rsidRPr="001D7228">
        <w:rPr>
          <w:sz w:val="24"/>
          <w:szCs w:val="24"/>
        </w:rPr>
        <w:t>P</w:t>
      </w:r>
      <w:r w:rsidR="00450FCD" w:rsidRPr="001D7228">
        <w:rPr>
          <w:sz w:val="24"/>
          <w:szCs w:val="24"/>
        </w:rPr>
        <w:t xml:space="preserve">aint/stain </w:t>
      </w:r>
      <w:r w:rsidR="00450FCD" w:rsidRPr="00102A99">
        <w:rPr>
          <w:i/>
          <w:sz w:val="24"/>
          <w:szCs w:val="24"/>
        </w:rPr>
        <w:t>(optional)</w:t>
      </w:r>
    </w:p>
    <w:p w14:paraId="67EE0AC1" w14:textId="28E97D7C" w:rsidR="001F3064" w:rsidRPr="001D7228" w:rsidRDefault="001F3064" w:rsidP="001F3064">
      <w:pPr>
        <w:pStyle w:val="ListParagraph"/>
        <w:spacing w:after="0" w:line="240" w:lineRule="auto"/>
        <w:rPr>
          <w:sz w:val="24"/>
          <w:szCs w:val="24"/>
        </w:rPr>
      </w:pPr>
    </w:p>
    <w:p w14:paraId="5A40645A" w14:textId="33891B1F" w:rsidR="00450FCD" w:rsidRPr="001D7228" w:rsidRDefault="00450FCD" w:rsidP="00450FCD">
      <w:pPr>
        <w:rPr>
          <w:b/>
          <w:bCs/>
          <w:sz w:val="24"/>
          <w:szCs w:val="24"/>
        </w:rPr>
      </w:pPr>
      <w:r w:rsidRPr="001D7228">
        <w:rPr>
          <w:b/>
          <w:bCs/>
          <w:sz w:val="24"/>
          <w:szCs w:val="24"/>
        </w:rPr>
        <w:t>Step-by-Step Build:</w:t>
      </w:r>
    </w:p>
    <w:p w14:paraId="4E8597E5" w14:textId="77777777" w:rsidR="00F745F7" w:rsidRDefault="00F745F7" w:rsidP="001F3064">
      <w:pPr>
        <w:pStyle w:val="ListParagraph"/>
        <w:numPr>
          <w:ilvl w:val="0"/>
          <w:numId w:val="24"/>
        </w:numPr>
        <w:rPr>
          <w:sz w:val="24"/>
          <w:szCs w:val="24"/>
        </w:rPr>
      </w:pPr>
      <w:r>
        <w:rPr>
          <w:sz w:val="24"/>
          <w:szCs w:val="24"/>
        </w:rPr>
        <w:t>Cut 3 pieces to 11” and 3 pieces to 9”.</w:t>
      </w:r>
    </w:p>
    <w:p w14:paraId="7356C6DB" w14:textId="76211A8F" w:rsidR="00450FCD" w:rsidRPr="001D7228" w:rsidRDefault="001F3064" w:rsidP="001F3064">
      <w:pPr>
        <w:pStyle w:val="ListParagraph"/>
        <w:numPr>
          <w:ilvl w:val="0"/>
          <w:numId w:val="24"/>
        </w:numPr>
        <w:rPr>
          <w:sz w:val="24"/>
          <w:szCs w:val="24"/>
        </w:rPr>
      </w:pPr>
      <w:r w:rsidRPr="001D7228">
        <w:rPr>
          <w:sz w:val="24"/>
          <w:szCs w:val="24"/>
        </w:rPr>
        <w:t xml:space="preserve">Take 2 of the 9” pieces and </w:t>
      </w:r>
      <w:r w:rsidR="00402742" w:rsidRPr="001D7228">
        <w:rPr>
          <w:sz w:val="24"/>
          <w:szCs w:val="24"/>
        </w:rPr>
        <w:t>cut it</w:t>
      </w:r>
      <w:r w:rsidRPr="001D7228">
        <w:rPr>
          <w:sz w:val="24"/>
          <w:szCs w:val="24"/>
        </w:rPr>
        <w:t xml:space="preserve"> to make a peak at the top.</w:t>
      </w:r>
    </w:p>
    <w:p w14:paraId="73B35F08" w14:textId="07A23138" w:rsidR="00402742" w:rsidRDefault="00402742" w:rsidP="001F3064">
      <w:pPr>
        <w:pStyle w:val="ListParagraph"/>
        <w:numPr>
          <w:ilvl w:val="0"/>
          <w:numId w:val="24"/>
        </w:numPr>
        <w:rPr>
          <w:sz w:val="24"/>
          <w:szCs w:val="24"/>
        </w:rPr>
      </w:pPr>
      <w:r w:rsidRPr="001D7228">
        <w:rPr>
          <w:sz w:val="24"/>
          <w:szCs w:val="24"/>
        </w:rPr>
        <w:t>Cut one of the 11” pieces in half long ways.</w:t>
      </w:r>
    </w:p>
    <w:p w14:paraId="54A41F8A" w14:textId="77777777" w:rsidR="00114BCF" w:rsidRDefault="00114BCF" w:rsidP="00114BCF">
      <w:pPr>
        <w:pStyle w:val="ListParagraph"/>
        <w:rPr>
          <w:sz w:val="24"/>
          <w:szCs w:val="24"/>
        </w:rPr>
      </w:pPr>
    </w:p>
    <w:p w14:paraId="375ADA55" w14:textId="77777777" w:rsidR="00114BCF" w:rsidRDefault="00114BCF" w:rsidP="00114BCF">
      <w:pPr>
        <w:pStyle w:val="ListParagraph"/>
        <w:rPr>
          <w:sz w:val="24"/>
          <w:szCs w:val="24"/>
        </w:rPr>
      </w:pPr>
    </w:p>
    <w:p w14:paraId="6F218AF6" w14:textId="77777777" w:rsidR="00114BCF" w:rsidRPr="001D7228" w:rsidRDefault="00114BCF" w:rsidP="00114BCF">
      <w:pPr>
        <w:pStyle w:val="ListParagraph"/>
        <w:rPr>
          <w:sz w:val="24"/>
          <w:szCs w:val="24"/>
        </w:rPr>
      </w:pPr>
    </w:p>
    <w:p w14:paraId="22863ED3" w14:textId="1634485D" w:rsidR="00402742" w:rsidRPr="001D7228" w:rsidRDefault="00402742" w:rsidP="001F3064">
      <w:pPr>
        <w:pStyle w:val="ListParagraph"/>
        <w:numPr>
          <w:ilvl w:val="0"/>
          <w:numId w:val="24"/>
        </w:numPr>
        <w:rPr>
          <w:sz w:val="24"/>
          <w:szCs w:val="24"/>
        </w:rPr>
      </w:pPr>
      <w:r w:rsidRPr="001D7228">
        <w:rPr>
          <w:sz w:val="24"/>
          <w:szCs w:val="24"/>
        </w:rPr>
        <w:t>Cut 2 of the 11’ pieces at 45 degrees on length of one side.</w:t>
      </w:r>
    </w:p>
    <w:p w14:paraId="4F9E75E7" w14:textId="25D53549" w:rsidR="00402742" w:rsidRDefault="00114BCF" w:rsidP="00402742">
      <w:pPr>
        <w:pStyle w:val="ListParagraph"/>
        <w:rPr>
          <w:sz w:val="24"/>
          <w:szCs w:val="24"/>
        </w:rPr>
      </w:pPr>
      <w:r w:rsidRPr="001D7228">
        <w:rPr>
          <w:noProof/>
          <w:sz w:val="24"/>
          <w:szCs w:val="24"/>
        </w:rPr>
        <w:drawing>
          <wp:anchor distT="0" distB="0" distL="114300" distR="114300" simplePos="0" relativeHeight="251660288" behindDoc="1" locked="0" layoutInCell="1" allowOverlap="1" wp14:anchorId="25C9EE20" wp14:editId="7F6A07AF">
            <wp:simplePos x="0" y="0"/>
            <wp:positionH relativeFrom="column">
              <wp:posOffset>594360</wp:posOffset>
            </wp:positionH>
            <wp:positionV relativeFrom="paragraph">
              <wp:posOffset>111125</wp:posOffset>
            </wp:positionV>
            <wp:extent cx="1760220" cy="2346960"/>
            <wp:effectExtent l="0" t="0" r="0" b="0"/>
            <wp:wrapNone/>
            <wp:docPr id="918093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93121" name="Picture 918093121"/>
                    <pic:cNvPicPr/>
                  </pic:nvPicPr>
                  <pic:blipFill>
                    <a:blip r:embed="rId14"/>
                    <a:stretch>
                      <a:fillRect/>
                    </a:stretch>
                  </pic:blipFill>
                  <pic:spPr>
                    <a:xfrm>
                      <a:off x="0" y="0"/>
                      <a:ext cx="1760220" cy="2346960"/>
                    </a:xfrm>
                    <a:prstGeom prst="rect">
                      <a:avLst/>
                    </a:prstGeom>
                  </pic:spPr>
                </pic:pic>
              </a:graphicData>
            </a:graphic>
          </wp:anchor>
        </w:drawing>
      </w:r>
    </w:p>
    <w:p w14:paraId="73827355" w14:textId="77777777" w:rsidR="00114BCF" w:rsidRDefault="00114BCF" w:rsidP="00402742">
      <w:pPr>
        <w:pStyle w:val="ListParagraph"/>
        <w:rPr>
          <w:sz w:val="24"/>
          <w:szCs w:val="24"/>
        </w:rPr>
      </w:pPr>
    </w:p>
    <w:p w14:paraId="6E8F832E" w14:textId="77777777" w:rsidR="00114BCF" w:rsidRPr="001D7228" w:rsidRDefault="00114BCF" w:rsidP="00402742">
      <w:pPr>
        <w:pStyle w:val="ListParagraph"/>
        <w:rPr>
          <w:sz w:val="24"/>
          <w:szCs w:val="24"/>
        </w:rPr>
      </w:pPr>
    </w:p>
    <w:p w14:paraId="05C9780A" w14:textId="5BB7661C" w:rsidR="001F3064" w:rsidRPr="001D7228" w:rsidRDefault="001F3064" w:rsidP="001F3064">
      <w:pPr>
        <w:rPr>
          <w:sz w:val="24"/>
          <w:szCs w:val="24"/>
        </w:rPr>
      </w:pPr>
    </w:p>
    <w:p w14:paraId="40D45738" w14:textId="77777777" w:rsidR="00402742" w:rsidRPr="001D7228" w:rsidRDefault="00402742" w:rsidP="001F3064">
      <w:pPr>
        <w:rPr>
          <w:sz w:val="24"/>
          <w:szCs w:val="24"/>
        </w:rPr>
      </w:pPr>
    </w:p>
    <w:p w14:paraId="77904C2F" w14:textId="77777777" w:rsidR="00402742" w:rsidRPr="001D7228" w:rsidRDefault="00402742" w:rsidP="001F3064">
      <w:pPr>
        <w:rPr>
          <w:sz w:val="24"/>
          <w:szCs w:val="24"/>
        </w:rPr>
      </w:pPr>
    </w:p>
    <w:p w14:paraId="04DC9DD3" w14:textId="77777777" w:rsidR="00402742" w:rsidRPr="001D7228" w:rsidRDefault="00402742" w:rsidP="001F3064">
      <w:pPr>
        <w:rPr>
          <w:sz w:val="24"/>
          <w:szCs w:val="24"/>
        </w:rPr>
      </w:pPr>
    </w:p>
    <w:p w14:paraId="649FB9D4" w14:textId="77777777" w:rsidR="00402742" w:rsidRDefault="00402742" w:rsidP="001F3064">
      <w:pPr>
        <w:rPr>
          <w:sz w:val="24"/>
          <w:szCs w:val="24"/>
        </w:rPr>
      </w:pPr>
    </w:p>
    <w:p w14:paraId="21B5C06F" w14:textId="77777777" w:rsidR="00114BCF" w:rsidRPr="001D7228" w:rsidRDefault="00114BCF" w:rsidP="001F3064">
      <w:pPr>
        <w:rPr>
          <w:sz w:val="24"/>
          <w:szCs w:val="24"/>
        </w:rPr>
      </w:pPr>
    </w:p>
    <w:p w14:paraId="35EE5F99" w14:textId="4D6A1187" w:rsidR="00402742" w:rsidRPr="001D7228" w:rsidRDefault="00402742" w:rsidP="001D7228">
      <w:pPr>
        <w:pStyle w:val="ListParagraph"/>
        <w:numPr>
          <w:ilvl w:val="0"/>
          <w:numId w:val="24"/>
        </w:numPr>
        <w:rPr>
          <w:sz w:val="24"/>
          <w:szCs w:val="24"/>
        </w:rPr>
      </w:pPr>
      <w:r w:rsidRPr="001D7228">
        <w:rPr>
          <w:b/>
          <w:bCs/>
          <w:sz w:val="24"/>
          <w:szCs w:val="24"/>
        </w:rPr>
        <w:lastRenderedPageBreak/>
        <w:t>Note:</w:t>
      </w:r>
      <w:r w:rsidRPr="001D7228">
        <w:rPr>
          <w:sz w:val="24"/>
          <w:szCs w:val="24"/>
        </w:rPr>
        <w:t xml:space="preserve"> If you are using screws you need to drill a pilot hole first so the wood doesn’t split.</w:t>
      </w:r>
    </w:p>
    <w:p w14:paraId="25BA245F" w14:textId="77777777" w:rsidR="00402742" w:rsidRPr="001D7228" w:rsidRDefault="00402742" w:rsidP="00402742">
      <w:pPr>
        <w:pStyle w:val="ListParagraph"/>
        <w:rPr>
          <w:sz w:val="24"/>
          <w:szCs w:val="24"/>
        </w:rPr>
      </w:pPr>
    </w:p>
    <w:p w14:paraId="5B42E486" w14:textId="1FD93C06" w:rsidR="00402742" w:rsidRPr="001D7228" w:rsidRDefault="00402742" w:rsidP="00402742">
      <w:pPr>
        <w:pStyle w:val="ListParagraph"/>
        <w:numPr>
          <w:ilvl w:val="0"/>
          <w:numId w:val="24"/>
        </w:numPr>
        <w:rPr>
          <w:sz w:val="24"/>
          <w:szCs w:val="24"/>
        </w:rPr>
      </w:pPr>
      <w:r w:rsidRPr="001D7228">
        <w:rPr>
          <w:noProof/>
          <w:sz w:val="24"/>
          <w:szCs w:val="24"/>
        </w:rPr>
        <w:drawing>
          <wp:anchor distT="0" distB="0" distL="114300" distR="114300" simplePos="0" relativeHeight="251661312" behindDoc="0" locked="0" layoutInCell="1" allowOverlap="1" wp14:anchorId="057F8CA8" wp14:editId="698BD89F">
            <wp:simplePos x="0" y="0"/>
            <wp:positionH relativeFrom="column">
              <wp:posOffset>510540</wp:posOffset>
            </wp:positionH>
            <wp:positionV relativeFrom="paragraph">
              <wp:posOffset>350520</wp:posOffset>
            </wp:positionV>
            <wp:extent cx="1920240" cy="2560320"/>
            <wp:effectExtent l="0" t="0" r="3810" b="0"/>
            <wp:wrapTopAndBottom/>
            <wp:docPr id="585755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55536" name="Picture 585755536"/>
                    <pic:cNvPicPr/>
                  </pic:nvPicPr>
                  <pic:blipFill>
                    <a:blip r:embed="rId15"/>
                    <a:stretch>
                      <a:fillRect/>
                    </a:stretch>
                  </pic:blipFill>
                  <pic:spPr>
                    <a:xfrm>
                      <a:off x="0" y="0"/>
                      <a:ext cx="1920240" cy="2560320"/>
                    </a:xfrm>
                    <a:prstGeom prst="rect">
                      <a:avLst/>
                    </a:prstGeom>
                  </pic:spPr>
                </pic:pic>
              </a:graphicData>
            </a:graphic>
            <wp14:sizeRelH relativeFrom="margin">
              <wp14:pctWidth>0</wp14:pctWidth>
            </wp14:sizeRelH>
            <wp14:sizeRelV relativeFrom="margin">
              <wp14:pctHeight>0</wp14:pctHeight>
            </wp14:sizeRelV>
          </wp:anchor>
        </w:drawing>
      </w:r>
      <w:r w:rsidRPr="001D7228">
        <w:rPr>
          <w:sz w:val="24"/>
          <w:szCs w:val="24"/>
        </w:rPr>
        <w:t>Install the 9’ bottom to the sides.</w:t>
      </w:r>
    </w:p>
    <w:p w14:paraId="67EB62C7" w14:textId="7EC67DE8" w:rsidR="00402742" w:rsidRPr="001D7228" w:rsidRDefault="00402742" w:rsidP="00402742">
      <w:pPr>
        <w:pStyle w:val="ListParagraph"/>
        <w:rPr>
          <w:sz w:val="24"/>
          <w:szCs w:val="24"/>
        </w:rPr>
      </w:pPr>
    </w:p>
    <w:p w14:paraId="4D77EA2F" w14:textId="647CF629" w:rsidR="00402742" w:rsidRPr="001D7228" w:rsidRDefault="00402742" w:rsidP="00402742">
      <w:pPr>
        <w:pStyle w:val="ListParagraph"/>
        <w:rPr>
          <w:sz w:val="24"/>
          <w:szCs w:val="24"/>
        </w:rPr>
      </w:pPr>
    </w:p>
    <w:p w14:paraId="410E562D" w14:textId="451E67ED" w:rsidR="00402742" w:rsidRPr="001D7228" w:rsidRDefault="00402742" w:rsidP="00402742">
      <w:pPr>
        <w:pStyle w:val="ListParagraph"/>
        <w:numPr>
          <w:ilvl w:val="0"/>
          <w:numId w:val="24"/>
        </w:numPr>
        <w:rPr>
          <w:sz w:val="24"/>
          <w:szCs w:val="24"/>
        </w:rPr>
      </w:pPr>
      <w:r w:rsidRPr="001D7228">
        <w:rPr>
          <w:sz w:val="24"/>
          <w:szCs w:val="24"/>
        </w:rPr>
        <w:t>Install the roof pieces.</w:t>
      </w:r>
    </w:p>
    <w:p w14:paraId="3C891A3A" w14:textId="3A85BEAC" w:rsidR="00402742" w:rsidRPr="001D7228" w:rsidRDefault="00114BCF" w:rsidP="00402742">
      <w:pPr>
        <w:rPr>
          <w:sz w:val="24"/>
          <w:szCs w:val="24"/>
        </w:rPr>
      </w:pPr>
      <w:r w:rsidRPr="001D7228">
        <w:rPr>
          <w:noProof/>
          <w:sz w:val="24"/>
          <w:szCs w:val="24"/>
        </w:rPr>
        <w:drawing>
          <wp:anchor distT="0" distB="0" distL="114300" distR="114300" simplePos="0" relativeHeight="251662336" behindDoc="0" locked="0" layoutInCell="1" allowOverlap="1" wp14:anchorId="5A199881" wp14:editId="37F0A294">
            <wp:simplePos x="0" y="0"/>
            <wp:positionH relativeFrom="column">
              <wp:posOffset>510540</wp:posOffset>
            </wp:positionH>
            <wp:positionV relativeFrom="paragraph">
              <wp:posOffset>95885</wp:posOffset>
            </wp:positionV>
            <wp:extent cx="1948815" cy="2598420"/>
            <wp:effectExtent l="0" t="0" r="0" b="0"/>
            <wp:wrapTopAndBottom/>
            <wp:docPr id="1617197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97258" name="Picture 1617197258"/>
                    <pic:cNvPicPr/>
                  </pic:nvPicPr>
                  <pic:blipFill>
                    <a:blip r:embed="rId16"/>
                    <a:stretch>
                      <a:fillRect/>
                    </a:stretch>
                  </pic:blipFill>
                  <pic:spPr>
                    <a:xfrm>
                      <a:off x="0" y="0"/>
                      <a:ext cx="1948815" cy="2598420"/>
                    </a:xfrm>
                    <a:prstGeom prst="rect">
                      <a:avLst/>
                    </a:prstGeom>
                  </pic:spPr>
                </pic:pic>
              </a:graphicData>
            </a:graphic>
          </wp:anchor>
        </w:drawing>
      </w:r>
    </w:p>
    <w:p w14:paraId="60385DBA" w14:textId="77777777" w:rsidR="00402742" w:rsidRPr="001D7228" w:rsidRDefault="00402742" w:rsidP="00402742">
      <w:pPr>
        <w:rPr>
          <w:sz w:val="24"/>
          <w:szCs w:val="24"/>
        </w:rPr>
      </w:pPr>
    </w:p>
    <w:p w14:paraId="112DBD79" w14:textId="77777777" w:rsidR="00402742" w:rsidRPr="001D7228" w:rsidRDefault="00402742" w:rsidP="00402742">
      <w:pPr>
        <w:rPr>
          <w:sz w:val="24"/>
          <w:szCs w:val="24"/>
        </w:rPr>
      </w:pPr>
    </w:p>
    <w:p w14:paraId="4FAB9F9D" w14:textId="77777777" w:rsidR="00402742" w:rsidRPr="001D7228" w:rsidRDefault="00402742" w:rsidP="00402742">
      <w:pPr>
        <w:rPr>
          <w:sz w:val="24"/>
          <w:szCs w:val="24"/>
        </w:rPr>
      </w:pPr>
    </w:p>
    <w:p w14:paraId="41355522" w14:textId="77777777" w:rsidR="00402742" w:rsidRPr="001D7228" w:rsidRDefault="00402742" w:rsidP="00402742">
      <w:pPr>
        <w:rPr>
          <w:sz w:val="24"/>
          <w:szCs w:val="24"/>
        </w:rPr>
      </w:pPr>
    </w:p>
    <w:p w14:paraId="105AF68D" w14:textId="732E33E5" w:rsidR="00402742" w:rsidRPr="001D7228" w:rsidRDefault="00402742" w:rsidP="00402742">
      <w:pPr>
        <w:pStyle w:val="ListParagraph"/>
        <w:numPr>
          <w:ilvl w:val="0"/>
          <w:numId w:val="24"/>
        </w:numPr>
        <w:rPr>
          <w:sz w:val="24"/>
          <w:szCs w:val="24"/>
        </w:rPr>
      </w:pPr>
      <w:r w:rsidRPr="001D7228">
        <w:rPr>
          <w:noProof/>
          <w:sz w:val="24"/>
          <w:szCs w:val="24"/>
        </w:rPr>
        <w:drawing>
          <wp:anchor distT="0" distB="0" distL="114300" distR="114300" simplePos="0" relativeHeight="251663360" behindDoc="0" locked="0" layoutInCell="1" allowOverlap="1" wp14:anchorId="33EB9D16" wp14:editId="7CB77954">
            <wp:simplePos x="0" y="0"/>
            <wp:positionH relativeFrom="column">
              <wp:posOffset>297815</wp:posOffset>
            </wp:positionH>
            <wp:positionV relativeFrom="paragraph">
              <wp:posOffset>406966</wp:posOffset>
            </wp:positionV>
            <wp:extent cx="2225040" cy="1668780"/>
            <wp:effectExtent l="0" t="0" r="3810" b="7620"/>
            <wp:wrapTopAndBottom/>
            <wp:docPr id="851178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78124" name="Picture 851178124"/>
                    <pic:cNvPicPr/>
                  </pic:nvPicPr>
                  <pic:blipFill>
                    <a:blip r:embed="rId17"/>
                    <a:stretch>
                      <a:fillRect/>
                    </a:stretch>
                  </pic:blipFill>
                  <pic:spPr>
                    <a:xfrm rot="10800000" flipV="1">
                      <a:off x="0" y="0"/>
                      <a:ext cx="2225040" cy="1668780"/>
                    </a:xfrm>
                    <a:prstGeom prst="rect">
                      <a:avLst/>
                    </a:prstGeom>
                  </pic:spPr>
                </pic:pic>
              </a:graphicData>
            </a:graphic>
          </wp:anchor>
        </w:drawing>
      </w:r>
      <w:r w:rsidRPr="001D7228">
        <w:rPr>
          <w:sz w:val="24"/>
          <w:szCs w:val="24"/>
        </w:rPr>
        <w:t>Install the bottom sides.</w:t>
      </w:r>
      <w:r w:rsidRPr="001D7228">
        <w:rPr>
          <w:noProof/>
          <w:sz w:val="24"/>
          <w:szCs w:val="24"/>
        </w:rPr>
        <w:t xml:space="preserve"> </w:t>
      </w:r>
    </w:p>
    <w:p w14:paraId="15851761" w14:textId="77777777" w:rsidR="00402742" w:rsidRPr="001D7228" w:rsidRDefault="00402742" w:rsidP="00402742">
      <w:pPr>
        <w:rPr>
          <w:sz w:val="24"/>
          <w:szCs w:val="24"/>
        </w:rPr>
      </w:pPr>
    </w:p>
    <w:p w14:paraId="008E99D4" w14:textId="2C882EA1" w:rsidR="00402742" w:rsidRPr="001D7228" w:rsidRDefault="00402742" w:rsidP="00402742">
      <w:pPr>
        <w:pStyle w:val="ListParagraph"/>
        <w:numPr>
          <w:ilvl w:val="0"/>
          <w:numId w:val="24"/>
        </w:numPr>
        <w:rPr>
          <w:sz w:val="24"/>
          <w:szCs w:val="24"/>
        </w:rPr>
      </w:pPr>
      <w:r w:rsidRPr="001D7228">
        <w:rPr>
          <w:sz w:val="24"/>
          <w:szCs w:val="24"/>
        </w:rPr>
        <w:t>Sand, paint and stain</w:t>
      </w:r>
      <w:r w:rsidR="00114BCF">
        <w:rPr>
          <w:sz w:val="24"/>
          <w:szCs w:val="24"/>
        </w:rPr>
        <w:t xml:space="preserve"> if</w:t>
      </w:r>
      <w:r w:rsidR="00F745F7">
        <w:rPr>
          <w:sz w:val="24"/>
          <w:szCs w:val="24"/>
        </w:rPr>
        <w:t xml:space="preserve"> desired</w:t>
      </w:r>
      <w:r w:rsidRPr="001D7228">
        <w:rPr>
          <w:sz w:val="24"/>
          <w:szCs w:val="24"/>
        </w:rPr>
        <w:t>.</w:t>
      </w:r>
    </w:p>
    <w:p w14:paraId="2F819E46" w14:textId="5EE13211" w:rsidR="00402742" w:rsidRDefault="00114BCF" w:rsidP="00402742">
      <w:pPr>
        <w:pStyle w:val="ListParagraph"/>
        <w:rPr>
          <w:sz w:val="24"/>
          <w:szCs w:val="24"/>
        </w:rPr>
      </w:pPr>
      <w:r w:rsidRPr="001D7228">
        <w:rPr>
          <w:noProof/>
          <w:sz w:val="24"/>
          <w:szCs w:val="24"/>
        </w:rPr>
        <w:drawing>
          <wp:inline distT="0" distB="0" distL="0" distR="0" wp14:anchorId="17AE3032" wp14:editId="4927683E">
            <wp:extent cx="2120265" cy="2827020"/>
            <wp:effectExtent l="0" t="0" r="0" b="0"/>
            <wp:docPr id="1799477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77526" name="Picture 1799477526"/>
                    <pic:cNvPicPr/>
                  </pic:nvPicPr>
                  <pic:blipFill>
                    <a:blip r:embed="rId18"/>
                    <a:stretch>
                      <a:fillRect/>
                    </a:stretch>
                  </pic:blipFill>
                  <pic:spPr>
                    <a:xfrm>
                      <a:off x="0" y="0"/>
                      <a:ext cx="2120265" cy="2827020"/>
                    </a:xfrm>
                    <a:prstGeom prst="rect">
                      <a:avLst/>
                    </a:prstGeom>
                  </pic:spPr>
                </pic:pic>
              </a:graphicData>
            </a:graphic>
          </wp:inline>
        </w:drawing>
      </w:r>
    </w:p>
    <w:p w14:paraId="48F2876D" w14:textId="77777777" w:rsidR="00F2175A" w:rsidRDefault="00F2175A" w:rsidP="00402742">
      <w:pPr>
        <w:pStyle w:val="ListParagraph"/>
        <w:rPr>
          <w:sz w:val="24"/>
          <w:szCs w:val="24"/>
        </w:rPr>
      </w:pPr>
    </w:p>
    <w:p w14:paraId="1B42454E" w14:textId="4D08AA34" w:rsidR="00F2175A" w:rsidRPr="001D7228" w:rsidRDefault="00F2175A" w:rsidP="00F2175A">
      <w:pPr>
        <w:pStyle w:val="ListParagraph"/>
        <w:numPr>
          <w:ilvl w:val="0"/>
          <w:numId w:val="24"/>
        </w:numPr>
        <w:rPr>
          <w:sz w:val="24"/>
          <w:szCs w:val="24"/>
        </w:rPr>
      </w:pPr>
      <w:r>
        <w:rPr>
          <w:sz w:val="24"/>
          <w:szCs w:val="24"/>
        </w:rPr>
        <w:t>Install the screw hook and hang.</w:t>
      </w:r>
    </w:p>
    <w:p w14:paraId="5C792B5E" w14:textId="004A9AF5" w:rsidR="00402742" w:rsidRPr="001D7228" w:rsidRDefault="00114BCF" w:rsidP="00402742">
      <w:pPr>
        <w:pStyle w:val="ListParagraph"/>
        <w:rPr>
          <w:sz w:val="24"/>
          <w:szCs w:val="24"/>
        </w:rPr>
      </w:pPr>
      <w:r>
        <w:rPr>
          <w:noProof/>
          <w:sz w:val="24"/>
          <w:szCs w:val="24"/>
        </w:rPr>
        <w:drawing>
          <wp:anchor distT="0" distB="0" distL="114300" distR="114300" simplePos="0" relativeHeight="251667456" behindDoc="0" locked="0" layoutInCell="1" allowOverlap="1" wp14:anchorId="28B5D07C" wp14:editId="09883903">
            <wp:simplePos x="0" y="0"/>
            <wp:positionH relativeFrom="column">
              <wp:posOffset>461010</wp:posOffset>
            </wp:positionH>
            <wp:positionV relativeFrom="paragraph">
              <wp:posOffset>185420</wp:posOffset>
            </wp:positionV>
            <wp:extent cx="2560320" cy="26428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a7029-a47e-4b06-91ea-bc3cf84c2af0.jpg"/>
                    <pic:cNvPicPr/>
                  </pic:nvPicPr>
                  <pic:blipFill>
                    <a:blip r:embed="rId19">
                      <a:extLst>
                        <a:ext uri="{28A0092B-C50C-407E-A947-70E740481C1C}">
                          <a14:useLocalDpi xmlns:a14="http://schemas.microsoft.com/office/drawing/2010/main" val="0"/>
                        </a:ext>
                      </a:extLst>
                    </a:blip>
                    <a:stretch>
                      <a:fillRect/>
                    </a:stretch>
                  </pic:blipFill>
                  <pic:spPr>
                    <a:xfrm>
                      <a:off x="0" y="0"/>
                      <a:ext cx="2560320" cy="2642870"/>
                    </a:xfrm>
                    <a:prstGeom prst="rect">
                      <a:avLst/>
                    </a:prstGeom>
                  </pic:spPr>
                </pic:pic>
              </a:graphicData>
            </a:graphic>
            <wp14:sizeRelH relativeFrom="page">
              <wp14:pctWidth>0</wp14:pctWidth>
            </wp14:sizeRelH>
            <wp14:sizeRelV relativeFrom="page">
              <wp14:pctHeight>0</wp14:pctHeight>
            </wp14:sizeRelV>
          </wp:anchor>
        </w:drawing>
      </w:r>
    </w:p>
    <w:p w14:paraId="6287F25C" w14:textId="2116155F" w:rsidR="00402742" w:rsidRPr="001D7228" w:rsidRDefault="00402742" w:rsidP="00402742">
      <w:pPr>
        <w:pStyle w:val="ListParagraph"/>
        <w:rPr>
          <w:sz w:val="24"/>
          <w:szCs w:val="24"/>
        </w:rPr>
      </w:pPr>
    </w:p>
    <w:p w14:paraId="79CD998F" w14:textId="5FE4C59C" w:rsidR="00402742" w:rsidRPr="001D7228" w:rsidRDefault="00402742" w:rsidP="00402742">
      <w:pPr>
        <w:pStyle w:val="ListParagraph"/>
        <w:rPr>
          <w:sz w:val="24"/>
          <w:szCs w:val="24"/>
        </w:rPr>
      </w:pPr>
    </w:p>
    <w:p w14:paraId="5044920F" w14:textId="25577BCD" w:rsidR="00CB23A0" w:rsidRPr="001D7228" w:rsidRDefault="00CB23A0" w:rsidP="00402742">
      <w:pPr>
        <w:jc w:val="center"/>
        <w:rPr>
          <w:sz w:val="24"/>
          <w:szCs w:val="24"/>
        </w:rPr>
      </w:pPr>
    </w:p>
    <w:p w14:paraId="26ED649E" w14:textId="77777777" w:rsidR="00395D64" w:rsidRPr="001D7228" w:rsidRDefault="00395D64" w:rsidP="00450FCD">
      <w:pPr>
        <w:rPr>
          <w:sz w:val="24"/>
          <w:szCs w:val="24"/>
        </w:rPr>
      </w:pPr>
    </w:p>
    <w:p w14:paraId="4F8BC823" w14:textId="77777777" w:rsidR="00395D64" w:rsidRPr="001D7228" w:rsidRDefault="00395D64" w:rsidP="00450FCD">
      <w:pPr>
        <w:rPr>
          <w:sz w:val="24"/>
          <w:szCs w:val="24"/>
        </w:rPr>
      </w:pPr>
    </w:p>
    <w:p w14:paraId="54C1DC8D" w14:textId="77777777" w:rsidR="00A13D0D" w:rsidRPr="001D7228" w:rsidRDefault="00A13D0D" w:rsidP="00A13D0D">
      <w:pPr>
        <w:pStyle w:val="Heading1"/>
        <w:rPr>
          <w:rFonts w:asciiTheme="minorHAnsi" w:hAnsiTheme="minorHAnsi"/>
          <w:sz w:val="24"/>
          <w:szCs w:val="24"/>
        </w:rPr>
      </w:pPr>
      <w:r w:rsidRPr="001D7228">
        <w:rPr>
          <w:rFonts w:asciiTheme="minorHAnsi" w:hAnsiTheme="minorHAnsi"/>
          <w:sz w:val="24"/>
          <w:szCs w:val="24"/>
        </w:rPr>
        <w:lastRenderedPageBreak/>
        <w:t>Birdhouse Build Project Rubric (20 Points Total)</w:t>
      </w:r>
    </w:p>
    <w:p w14:paraId="7BCC385C" w14:textId="77777777" w:rsidR="00A13D0D" w:rsidRPr="001D7228" w:rsidRDefault="00A13D0D" w:rsidP="00A13D0D">
      <w:pPr>
        <w:rPr>
          <w:sz w:val="24"/>
          <w:szCs w:val="24"/>
        </w:rPr>
      </w:pPr>
    </w:p>
    <w:tbl>
      <w:tblPr>
        <w:tblStyle w:val="TableGrid"/>
        <w:tblW w:w="10165" w:type="dxa"/>
        <w:tblLook w:val="04A0" w:firstRow="1" w:lastRow="0" w:firstColumn="1" w:lastColumn="0" w:noHBand="0" w:noVBand="1"/>
      </w:tblPr>
      <w:tblGrid>
        <w:gridCol w:w="1964"/>
        <w:gridCol w:w="1964"/>
        <w:gridCol w:w="1964"/>
        <w:gridCol w:w="1964"/>
        <w:gridCol w:w="2309"/>
      </w:tblGrid>
      <w:tr w:rsidR="00A13D0D" w:rsidRPr="001D7228" w14:paraId="48FFC0FF" w14:textId="77777777" w:rsidTr="00A13D0D">
        <w:trPr>
          <w:trHeight w:val="543"/>
        </w:trPr>
        <w:tc>
          <w:tcPr>
            <w:tcW w:w="1964" w:type="dxa"/>
          </w:tcPr>
          <w:p w14:paraId="2C36FBBE" w14:textId="77777777" w:rsidR="00A13D0D" w:rsidRPr="001D7228" w:rsidRDefault="00A13D0D" w:rsidP="001D7228">
            <w:pPr>
              <w:rPr>
                <w:b/>
                <w:bCs/>
                <w:sz w:val="24"/>
                <w:szCs w:val="24"/>
              </w:rPr>
            </w:pPr>
            <w:r w:rsidRPr="001D7228">
              <w:rPr>
                <w:b/>
                <w:bCs/>
                <w:sz w:val="24"/>
                <w:szCs w:val="24"/>
              </w:rPr>
              <w:t>Criteria</w:t>
            </w:r>
          </w:p>
        </w:tc>
        <w:tc>
          <w:tcPr>
            <w:tcW w:w="1964" w:type="dxa"/>
          </w:tcPr>
          <w:p w14:paraId="54647ECA" w14:textId="77777777" w:rsidR="00A13D0D" w:rsidRPr="001D7228" w:rsidRDefault="00A13D0D" w:rsidP="001D7228">
            <w:pPr>
              <w:rPr>
                <w:b/>
                <w:bCs/>
                <w:sz w:val="24"/>
                <w:szCs w:val="24"/>
              </w:rPr>
            </w:pPr>
            <w:r w:rsidRPr="001D7228">
              <w:rPr>
                <w:b/>
                <w:bCs/>
                <w:sz w:val="24"/>
                <w:szCs w:val="24"/>
              </w:rPr>
              <w:t>Excellent (4 pts)</w:t>
            </w:r>
          </w:p>
        </w:tc>
        <w:tc>
          <w:tcPr>
            <w:tcW w:w="1964" w:type="dxa"/>
          </w:tcPr>
          <w:p w14:paraId="2E60F243" w14:textId="77777777" w:rsidR="00A13D0D" w:rsidRPr="001D7228" w:rsidRDefault="00A13D0D" w:rsidP="001D7228">
            <w:pPr>
              <w:rPr>
                <w:b/>
                <w:bCs/>
                <w:sz w:val="24"/>
                <w:szCs w:val="24"/>
              </w:rPr>
            </w:pPr>
            <w:r w:rsidRPr="001D7228">
              <w:rPr>
                <w:b/>
                <w:bCs/>
                <w:sz w:val="24"/>
                <w:szCs w:val="24"/>
              </w:rPr>
              <w:t>Good (3 pts)</w:t>
            </w:r>
          </w:p>
        </w:tc>
        <w:tc>
          <w:tcPr>
            <w:tcW w:w="1964" w:type="dxa"/>
          </w:tcPr>
          <w:p w14:paraId="583AB6E0" w14:textId="77777777" w:rsidR="00A13D0D" w:rsidRPr="001D7228" w:rsidRDefault="00A13D0D" w:rsidP="001D7228">
            <w:pPr>
              <w:rPr>
                <w:b/>
                <w:bCs/>
                <w:sz w:val="24"/>
                <w:szCs w:val="24"/>
              </w:rPr>
            </w:pPr>
            <w:r w:rsidRPr="001D7228">
              <w:rPr>
                <w:b/>
                <w:bCs/>
                <w:sz w:val="24"/>
                <w:szCs w:val="24"/>
              </w:rPr>
              <w:t>Fair (2 pts)</w:t>
            </w:r>
          </w:p>
        </w:tc>
        <w:tc>
          <w:tcPr>
            <w:tcW w:w="2309" w:type="dxa"/>
          </w:tcPr>
          <w:p w14:paraId="5F86949A" w14:textId="77777777" w:rsidR="00A13D0D" w:rsidRPr="001D7228" w:rsidRDefault="00A13D0D" w:rsidP="001D7228">
            <w:pPr>
              <w:rPr>
                <w:b/>
                <w:bCs/>
                <w:sz w:val="24"/>
                <w:szCs w:val="24"/>
              </w:rPr>
            </w:pPr>
            <w:r w:rsidRPr="001D7228">
              <w:rPr>
                <w:b/>
                <w:bCs/>
                <w:sz w:val="24"/>
                <w:szCs w:val="24"/>
              </w:rPr>
              <w:t>Needs Work (1 pt)</w:t>
            </w:r>
          </w:p>
        </w:tc>
      </w:tr>
      <w:tr w:rsidR="00A13D0D" w:rsidRPr="001D7228" w14:paraId="1E667E1F" w14:textId="77777777" w:rsidTr="00A13D0D">
        <w:trPr>
          <w:trHeight w:val="1088"/>
        </w:trPr>
        <w:tc>
          <w:tcPr>
            <w:tcW w:w="1964" w:type="dxa"/>
          </w:tcPr>
          <w:p w14:paraId="169BC371" w14:textId="77777777" w:rsidR="00A13D0D" w:rsidRPr="001D7228" w:rsidRDefault="00A13D0D" w:rsidP="001D7228">
            <w:pPr>
              <w:rPr>
                <w:b/>
                <w:bCs/>
                <w:sz w:val="24"/>
                <w:szCs w:val="24"/>
              </w:rPr>
            </w:pPr>
            <w:r w:rsidRPr="001D7228">
              <w:rPr>
                <w:b/>
                <w:bCs/>
                <w:sz w:val="24"/>
                <w:szCs w:val="24"/>
              </w:rPr>
              <w:t>Measurement Accuracy</w:t>
            </w:r>
          </w:p>
        </w:tc>
        <w:tc>
          <w:tcPr>
            <w:tcW w:w="1964" w:type="dxa"/>
          </w:tcPr>
          <w:p w14:paraId="70A5807E" w14:textId="77777777" w:rsidR="00A13D0D" w:rsidRPr="001D7228" w:rsidRDefault="00A13D0D" w:rsidP="001D7228">
            <w:pPr>
              <w:rPr>
                <w:sz w:val="24"/>
                <w:szCs w:val="24"/>
              </w:rPr>
            </w:pPr>
            <w:r w:rsidRPr="001D7228">
              <w:rPr>
                <w:sz w:val="24"/>
                <w:szCs w:val="24"/>
              </w:rPr>
              <w:t>All measurements precise within 1/16”</w:t>
            </w:r>
          </w:p>
        </w:tc>
        <w:tc>
          <w:tcPr>
            <w:tcW w:w="1964" w:type="dxa"/>
          </w:tcPr>
          <w:p w14:paraId="183F55B1" w14:textId="77777777" w:rsidR="00A13D0D" w:rsidRPr="001D7228" w:rsidRDefault="00A13D0D" w:rsidP="001D7228">
            <w:pPr>
              <w:rPr>
                <w:sz w:val="24"/>
                <w:szCs w:val="24"/>
              </w:rPr>
            </w:pPr>
            <w:r w:rsidRPr="001D7228">
              <w:rPr>
                <w:sz w:val="24"/>
                <w:szCs w:val="24"/>
              </w:rPr>
              <w:t>Most measurements accurate within 1/8”</w:t>
            </w:r>
          </w:p>
        </w:tc>
        <w:tc>
          <w:tcPr>
            <w:tcW w:w="1964" w:type="dxa"/>
          </w:tcPr>
          <w:p w14:paraId="50C71AC7" w14:textId="77777777" w:rsidR="00A13D0D" w:rsidRPr="001D7228" w:rsidRDefault="00A13D0D" w:rsidP="001D7228">
            <w:pPr>
              <w:rPr>
                <w:sz w:val="24"/>
                <w:szCs w:val="24"/>
              </w:rPr>
            </w:pPr>
            <w:r w:rsidRPr="001D7228">
              <w:rPr>
                <w:sz w:val="24"/>
                <w:szCs w:val="24"/>
              </w:rPr>
              <w:t>Several cuts off by more than 1/8”</w:t>
            </w:r>
          </w:p>
        </w:tc>
        <w:tc>
          <w:tcPr>
            <w:tcW w:w="2309" w:type="dxa"/>
          </w:tcPr>
          <w:p w14:paraId="015B15F8" w14:textId="77777777" w:rsidR="00A13D0D" w:rsidRPr="001D7228" w:rsidRDefault="00A13D0D" w:rsidP="001D7228">
            <w:pPr>
              <w:rPr>
                <w:sz w:val="24"/>
                <w:szCs w:val="24"/>
              </w:rPr>
            </w:pPr>
            <w:r w:rsidRPr="001D7228">
              <w:rPr>
                <w:sz w:val="24"/>
                <w:szCs w:val="24"/>
              </w:rPr>
              <w:t>Measurements inconsistent, affecting assembly</w:t>
            </w:r>
          </w:p>
        </w:tc>
      </w:tr>
      <w:tr w:rsidR="00A13D0D" w:rsidRPr="001D7228" w14:paraId="5D20CED1" w14:textId="77777777" w:rsidTr="00A13D0D">
        <w:trPr>
          <w:trHeight w:val="816"/>
        </w:trPr>
        <w:tc>
          <w:tcPr>
            <w:tcW w:w="1964" w:type="dxa"/>
          </w:tcPr>
          <w:p w14:paraId="5D01397D" w14:textId="77777777" w:rsidR="00A13D0D" w:rsidRPr="001D7228" w:rsidRDefault="00A13D0D" w:rsidP="001D7228">
            <w:pPr>
              <w:rPr>
                <w:b/>
                <w:bCs/>
                <w:sz w:val="24"/>
                <w:szCs w:val="24"/>
              </w:rPr>
            </w:pPr>
            <w:r w:rsidRPr="001D7228">
              <w:rPr>
                <w:b/>
                <w:bCs/>
                <w:sz w:val="24"/>
                <w:szCs w:val="24"/>
              </w:rPr>
              <w:t>Cut Quality</w:t>
            </w:r>
          </w:p>
        </w:tc>
        <w:tc>
          <w:tcPr>
            <w:tcW w:w="1964" w:type="dxa"/>
          </w:tcPr>
          <w:p w14:paraId="130747AB" w14:textId="77777777" w:rsidR="00A13D0D" w:rsidRPr="001D7228" w:rsidRDefault="00A13D0D" w:rsidP="001D7228">
            <w:pPr>
              <w:rPr>
                <w:sz w:val="24"/>
                <w:szCs w:val="24"/>
              </w:rPr>
            </w:pPr>
            <w:r w:rsidRPr="001D7228">
              <w:rPr>
                <w:sz w:val="24"/>
                <w:szCs w:val="24"/>
              </w:rPr>
              <w:t>Clean, square cuts with no tear-out</w:t>
            </w:r>
          </w:p>
        </w:tc>
        <w:tc>
          <w:tcPr>
            <w:tcW w:w="1964" w:type="dxa"/>
          </w:tcPr>
          <w:p w14:paraId="19551F6C" w14:textId="77777777" w:rsidR="00A13D0D" w:rsidRPr="001D7228" w:rsidRDefault="00A13D0D" w:rsidP="001D7228">
            <w:pPr>
              <w:rPr>
                <w:sz w:val="24"/>
                <w:szCs w:val="24"/>
              </w:rPr>
            </w:pPr>
            <w:r w:rsidRPr="001D7228">
              <w:rPr>
                <w:sz w:val="24"/>
                <w:szCs w:val="24"/>
              </w:rPr>
              <w:t>Minor rough edges, mostly square</w:t>
            </w:r>
          </w:p>
        </w:tc>
        <w:tc>
          <w:tcPr>
            <w:tcW w:w="1964" w:type="dxa"/>
          </w:tcPr>
          <w:p w14:paraId="71A343D4" w14:textId="77777777" w:rsidR="00A13D0D" w:rsidRPr="001D7228" w:rsidRDefault="00A13D0D" w:rsidP="001D7228">
            <w:pPr>
              <w:rPr>
                <w:sz w:val="24"/>
                <w:szCs w:val="24"/>
              </w:rPr>
            </w:pPr>
            <w:r w:rsidRPr="001D7228">
              <w:rPr>
                <w:sz w:val="24"/>
                <w:szCs w:val="24"/>
              </w:rPr>
              <w:t>Multiple rough or uneven cuts</w:t>
            </w:r>
          </w:p>
        </w:tc>
        <w:tc>
          <w:tcPr>
            <w:tcW w:w="2309" w:type="dxa"/>
          </w:tcPr>
          <w:p w14:paraId="1F6E14CD" w14:textId="77777777" w:rsidR="00A13D0D" w:rsidRPr="001D7228" w:rsidRDefault="00A13D0D" w:rsidP="001D7228">
            <w:pPr>
              <w:rPr>
                <w:sz w:val="24"/>
                <w:szCs w:val="24"/>
              </w:rPr>
            </w:pPr>
            <w:r w:rsidRPr="001D7228">
              <w:rPr>
                <w:sz w:val="24"/>
                <w:szCs w:val="24"/>
              </w:rPr>
              <w:t>Cuts crooked, splintered, or unsafe</w:t>
            </w:r>
          </w:p>
        </w:tc>
      </w:tr>
      <w:tr w:rsidR="00A13D0D" w:rsidRPr="001D7228" w14:paraId="759DE69C" w14:textId="77777777" w:rsidTr="00A13D0D">
        <w:trPr>
          <w:trHeight w:val="1088"/>
        </w:trPr>
        <w:tc>
          <w:tcPr>
            <w:tcW w:w="1964" w:type="dxa"/>
          </w:tcPr>
          <w:p w14:paraId="4EAB19AB" w14:textId="77777777" w:rsidR="00A13D0D" w:rsidRPr="001D7228" w:rsidRDefault="00A13D0D" w:rsidP="001D7228">
            <w:pPr>
              <w:rPr>
                <w:b/>
                <w:bCs/>
                <w:sz w:val="24"/>
                <w:szCs w:val="24"/>
              </w:rPr>
            </w:pPr>
            <w:r w:rsidRPr="001D7228">
              <w:rPr>
                <w:b/>
                <w:bCs/>
                <w:sz w:val="24"/>
                <w:szCs w:val="24"/>
              </w:rPr>
              <w:t>Assembly &amp; Joinery</w:t>
            </w:r>
          </w:p>
        </w:tc>
        <w:tc>
          <w:tcPr>
            <w:tcW w:w="1964" w:type="dxa"/>
          </w:tcPr>
          <w:p w14:paraId="1504849F" w14:textId="77777777" w:rsidR="00A13D0D" w:rsidRPr="001D7228" w:rsidRDefault="00A13D0D" w:rsidP="001D7228">
            <w:pPr>
              <w:rPr>
                <w:sz w:val="24"/>
                <w:szCs w:val="24"/>
              </w:rPr>
            </w:pPr>
            <w:r w:rsidRPr="001D7228">
              <w:rPr>
                <w:sz w:val="24"/>
                <w:szCs w:val="24"/>
              </w:rPr>
              <w:t>Pieces fit tightly with secure joints</w:t>
            </w:r>
          </w:p>
        </w:tc>
        <w:tc>
          <w:tcPr>
            <w:tcW w:w="1964" w:type="dxa"/>
          </w:tcPr>
          <w:p w14:paraId="696096E2" w14:textId="77777777" w:rsidR="00A13D0D" w:rsidRPr="001D7228" w:rsidRDefault="00A13D0D" w:rsidP="001D7228">
            <w:pPr>
              <w:rPr>
                <w:sz w:val="24"/>
                <w:szCs w:val="24"/>
              </w:rPr>
            </w:pPr>
            <w:r w:rsidRPr="001D7228">
              <w:rPr>
                <w:sz w:val="24"/>
                <w:szCs w:val="24"/>
              </w:rPr>
              <w:t>Minor gaps but overall secure</w:t>
            </w:r>
          </w:p>
        </w:tc>
        <w:tc>
          <w:tcPr>
            <w:tcW w:w="1964" w:type="dxa"/>
          </w:tcPr>
          <w:p w14:paraId="3989551D" w14:textId="77777777" w:rsidR="00A13D0D" w:rsidRPr="001D7228" w:rsidRDefault="00A13D0D" w:rsidP="001D7228">
            <w:pPr>
              <w:rPr>
                <w:sz w:val="24"/>
                <w:szCs w:val="24"/>
              </w:rPr>
            </w:pPr>
            <w:r w:rsidRPr="001D7228">
              <w:rPr>
                <w:sz w:val="24"/>
                <w:szCs w:val="24"/>
              </w:rPr>
              <w:t>Gaps visible, joints somewhat loose</w:t>
            </w:r>
          </w:p>
        </w:tc>
        <w:tc>
          <w:tcPr>
            <w:tcW w:w="2309" w:type="dxa"/>
          </w:tcPr>
          <w:p w14:paraId="6492FA6C" w14:textId="77777777" w:rsidR="00A13D0D" w:rsidRPr="001D7228" w:rsidRDefault="00A13D0D" w:rsidP="001D7228">
            <w:pPr>
              <w:rPr>
                <w:sz w:val="24"/>
                <w:szCs w:val="24"/>
              </w:rPr>
            </w:pPr>
            <w:r w:rsidRPr="001D7228">
              <w:rPr>
                <w:sz w:val="24"/>
                <w:szCs w:val="24"/>
              </w:rPr>
              <w:t>Loose or unstable construction</w:t>
            </w:r>
          </w:p>
        </w:tc>
      </w:tr>
      <w:tr w:rsidR="00A13D0D" w:rsidRPr="001D7228" w14:paraId="699774E3" w14:textId="77777777" w:rsidTr="00A13D0D">
        <w:trPr>
          <w:trHeight w:val="1088"/>
        </w:trPr>
        <w:tc>
          <w:tcPr>
            <w:tcW w:w="1964" w:type="dxa"/>
          </w:tcPr>
          <w:p w14:paraId="45A4E5A8" w14:textId="77777777" w:rsidR="00A13D0D" w:rsidRPr="001D7228" w:rsidRDefault="00A13D0D" w:rsidP="001D7228">
            <w:pPr>
              <w:rPr>
                <w:b/>
                <w:bCs/>
                <w:sz w:val="24"/>
                <w:szCs w:val="24"/>
              </w:rPr>
            </w:pPr>
            <w:r w:rsidRPr="001D7228">
              <w:rPr>
                <w:b/>
                <w:bCs/>
                <w:sz w:val="24"/>
                <w:szCs w:val="24"/>
              </w:rPr>
              <w:t>Finish &amp; Sanding</w:t>
            </w:r>
          </w:p>
        </w:tc>
        <w:tc>
          <w:tcPr>
            <w:tcW w:w="1964" w:type="dxa"/>
          </w:tcPr>
          <w:p w14:paraId="620B48F4" w14:textId="77777777" w:rsidR="00A13D0D" w:rsidRPr="001D7228" w:rsidRDefault="00A13D0D" w:rsidP="001D7228">
            <w:pPr>
              <w:rPr>
                <w:sz w:val="24"/>
                <w:szCs w:val="24"/>
              </w:rPr>
            </w:pPr>
            <w:r w:rsidRPr="001D7228">
              <w:rPr>
                <w:sz w:val="24"/>
                <w:szCs w:val="24"/>
              </w:rPr>
              <w:t>Smooth surfaces, edges rounded, no splinters</w:t>
            </w:r>
          </w:p>
        </w:tc>
        <w:tc>
          <w:tcPr>
            <w:tcW w:w="1964" w:type="dxa"/>
          </w:tcPr>
          <w:p w14:paraId="65FA9A32" w14:textId="77777777" w:rsidR="00A13D0D" w:rsidRPr="001D7228" w:rsidRDefault="00A13D0D" w:rsidP="001D7228">
            <w:pPr>
              <w:rPr>
                <w:sz w:val="24"/>
                <w:szCs w:val="24"/>
              </w:rPr>
            </w:pPr>
            <w:r w:rsidRPr="001D7228">
              <w:rPr>
                <w:sz w:val="24"/>
                <w:szCs w:val="24"/>
              </w:rPr>
              <w:t>Mostly smooth, minimal roughness</w:t>
            </w:r>
          </w:p>
        </w:tc>
        <w:tc>
          <w:tcPr>
            <w:tcW w:w="1964" w:type="dxa"/>
          </w:tcPr>
          <w:p w14:paraId="59FA5D09" w14:textId="77777777" w:rsidR="00A13D0D" w:rsidRPr="001D7228" w:rsidRDefault="00A13D0D" w:rsidP="001D7228">
            <w:pPr>
              <w:rPr>
                <w:sz w:val="24"/>
                <w:szCs w:val="24"/>
              </w:rPr>
            </w:pPr>
            <w:r w:rsidRPr="001D7228">
              <w:rPr>
                <w:sz w:val="24"/>
                <w:szCs w:val="24"/>
              </w:rPr>
              <w:t>Some rough areas or splinters</w:t>
            </w:r>
          </w:p>
        </w:tc>
        <w:tc>
          <w:tcPr>
            <w:tcW w:w="2309" w:type="dxa"/>
          </w:tcPr>
          <w:p w14:paraId="74CFF92F" w14:textId="77777777" w:rsidR="00A13D0D" w:rsidRPr="001D7228" w:rsidRDefault="00A13D0D" w:rsidP="001D7228">
            <w:pPr>
              <w:rPr>
                <w:sz w:val="24"/>
                <w:szCs w:val="24"/>
              </w:rPr>
            </w:pPr>
            <w:r w:rsidRPr="001D7228">
              <w:rPr>
                <w:sz w:val="24"/>
                <w:szCs w:val="24"/>
              </w:rPr>
              <w:t>Rough surfaces, splinters present</w:t>
            </w:r>
          </w:p>
        </w:tc>
      </w:tr>
      <w:tr w:rsidR="00A13D0D" w:rsidRPr="001D7228" w14:paraId="07680B04" w14:textId="77777777" w:rsidTr="00A13D0D">
        <w:trPr>
          <w:trHeight w:val="1088"/>
        </w:trPr>
        <w:tc>
          <w:tcPr>
            <w:tcW w:w="1964" w:type="dxa"/>
          </w:tcPr>
          <w:p w14:paraId="726C0932" w14:textId="77777777" w:rsidR="00A13D0D" w:rsidRPr="001D7228" w:rsidRDefault="00A13D0D" w:rsidP="001D7228">
            <w:pPr>
              <w:rPr>
                <w:b/>
                <w:bCs/>
                <w:sz w:val="24"/>
                <w:szCs w:val="24"/>
              </w:rPr>
            </w:pPr>
            <w:r w:rsidRPr="001D7228">
              <w:rPr>
                <w:b/>
                <w:bCs/>
                <w:sz w:val="24"/>
                <w:szCs w:val="24"/>
              </w:rPr>
              <w:t>Safety Practices</w:t>
            </w:r>
          </w:p>
        </w:tc>
        <w:tc>
          <w:tcPr>
            <w:tcW w:w="1964" w:type="dxa"/>
          </w:tcPr>
          <w:p w14:paraId="35A9B01C" w14:textId="77777777" w:rsidR="00A13D0D" w:rsidRPr="001D7228" w:rsidRDefault="00A13D0D" w:rsidP="001D7228">
            <w:pPr>
              <w:rPr>
                <w:sz w:val="24"/>
                <w:szCs w:val="24"/>
              </w:rPr>
            </w:pPr>
            <w:r w:rsidRPr="001D7228">
              <w:rPr>
                <w:sz w:val="24"/>
                <w:szCs w:val="24"/>
              </w:rPr>
              <w:t>Consistently used PPE and safe tool handling</w:t>
            </w:r>
          </w:p>
        </w:tc>
        <w:tc>
          <w:tcPr>
            <w:tcW w:w="1964" w:type="dxa"/>
          </w:tcPr>
          <w:p w14:paraId="49D60035" w14:textId="77777777" w:rsidR="00A13D0D" w:rsidRPr="001D7228" w:rsidRDefault="00A13D0D" w:rsidP="001D7228">
            <w:pPr>
              <w:rPr>
                <w:sz w:val="24"/>
                <w:szCs w:val="24"/>
              </w:rPr>
            </w:pPr>
            <w:r w:rsidRPr="001D7228">
              <w:rPr>
                <w:sz w:val="24"/>
                <w:szCs w:val="24"/>
              </w:rPr>
              <w:t>Minor lapses in safety practices</w:t>
            </w:r>
          </w:p>
        </w:tc>
        <w:tc>
          <w:tcPr>
            <w:tcW w:w="1964" w:type="dxa"/>
          </w:tcPr>
          <w:p w14:paraId="31D2C985" w14:textId="77777777" w:rsidR="00A13D0D" w:rsidRPr="001D7228" w:rsidRDefault="00A13D0D" w:rsidP="001D7228">
            <w:pPr>
              <w:rPr>
                <w:sz w:val="24"/>
                <w:szCs w:val="24"/>
              </w:rPr>
            </w:pPr>
            <w:r w:rsidRPr="001D7228">
              <w:rPr>
                <w:sz w:val="24"/>
                <w:szCs w:val="24"/>
              </w:rPr>
              <w:t>Multiple lapses in safety awareness</w:t>
            </w:r>
          </w:p>
        </w:tc>
        <w:tc>
          <w:tcPr>
            <w:tcW w:w="2309" w:type="dxa"/>
          </w:tcPr>
          <w:p w14:paraId="7E89CC1A" w14:textId="77777777" w:rsidR="00A13D0D" w:rsidRPr="001D7228" w:rsidRDefault="00A13D0D" w:rsidP="001D7228">
            <w:pPr>
              <w:rPr>
                <w:sz w:val="24"/>
                <w:szCs w:val="24"/>
              </w:rPr>
            </w:pPr>
            <w:r w:rsidRPr="001D7228">
              <w:rPr>
                <w:sz w:val="24"/>
                <w:szCs w:val="24"/>
              </w:rPr>
              <w:t>Unsafe tool use or missing PPE</w:t>
            </w:r>
          </w:p>
        </w:tc>
      </w:tr>
    </w:tbl>
    <w:p w14:paraId="07408366" w14:textId="77777777" w:rsidR="00395D64" w:rsidRPr="001D7228" w:rsidRDefault="00395D64" w:rsidP="00450FCD">
      <w:pPr>
        <w:rPr>
          <w:sz w:val="24"/>
          <w:szCs w:val="24"/>
        </w:rPr>
      </w:pPr>
    </w:p>
    <w:p w14:paraId="287C77D3" w14:textId="344E73D2" w:rsidR="00395D64" w:rsidRPr="001D7228" w:rsidRDefault="00A13D0D" w:rsidP="00450FCD">
      <w:pPr>
        <w:rPr>
          <w:b/>
          <w:bCs/>
          <w:sz w:val="24"/>
          <w:szCs w:val="24"/>
        </w:rPr>
      </w:pPr>
      <w:r w:rsidRPr="001D7228">
        <w:rPr>
          <w:b/>
          <w:bCs/>
          <w:sz w:val="24"/>
          <w:szCs w:val="24"/>
        </w:rPr>
        <w:t>Score                 /20</w:t>
      </w:r>
    </w:p>
    <w:p w14:paraId="08EB4EA0" w14:textId="77777777" w:rsidR="00395D64" w:rsidRPr="001D7228" w:rsidRDefault="00395D64" w:rsidP="00450FCD">
      <w:pPr>
        <w:rPr>
          <w:sz w:val="24"/>
          <w:szCs w:val="24"/>
        </w:rPr>
      </w:pPr>
    </w:p>
    <w:p w14:paraId="53054D6E" w14:textId="77777777" w:rsidR="00395D64" w:rsidRPr="001D7228" w:rsidRDefault="00395D64" w:rsidP="00450FCD">
      <w:pPr>
        <w:rPr>
          <w:sz w:val="24"/>
          <w:szCs w:val="24"/>
        </w:rPr>
      </w:pPr>
    </w:p>
    <w:p w14:paraId="5C5BB1FE" w14:textId="77777777" w:rsidR="00A13D0D" w:rsidRPr="001D7228" w:rsidRDefault="00A13D0D" w:rsidP="00450FCD">
      <w:pPr>
        <w:rPr>
          <w:sz w:val="24"/>
          <w:szCs w:val="24"/>
        </w:rPr>
      </w:pPr>
    </w:p>
    <w:p w14:paraId="51E58EF6" w14:textId="77777777" w:rsidR="00A13D0D" w:rsidRPr="001D7228" w:rsidRDefault="00A13D0D" w:rsidP="00450FCD">
      <w:pPr>
        <w:rPr>
          <w:sz w:val="24"/>
          <w:szCs w:val="24"/>
        </w:rPr>
      </w:pPr>
    </w:p>
    <w:p w14:paraId="1951DA0C" w14:textId="77777777" w:rsidR="00A13D0D" w:rsidRDefault="00A13D0D" w:rsidP="00450FCD">
      <w:pPr>
        <w:rPr>
          <w:sz w:val="24"/>
          <w:szCs w:val="24"/>
        </w:rPr>
      </w:pPr>
    </w:p>
    <w:p w14:paraId="60766109" w14:textId="77777777" w:rsidR="00F2175A" w:rsidRDefault="00F2175A" w:rsidP="00450FCD">
      <w:pPr>
        <w:rPr>
          <w:sz w:val="24"/>
          <w:szCs w:val="24"/>
        </w:rPr>
      </w:pPr>
    </w:p>
    <w:p w14:paraId="38756F6F" w14:textId="77777777" w:rsidR="00F2175A" w:rsidRDefault="00F2175A" w:rsidP="00450FCD">
      <w:pPr>
        <w:rPr>
          <w:sz w:val="24"/>
          <w:szCs w:val="24"/>
        </w:rPr>
      </w:pPr>
    </w:p>
    <w:p w14:paraId="0C40D503" w14:textId="77777777" w:rsidR="00F2175A" w:rsidRPr="001D7228" w:rsidRDefault="00F2175A" w:rsidP="00450FCD">
      <w:pPr>
        <w:rPr>
          <w:sz w:val="24"/>
          <w:szCs w:val="24"/>
        </w:rPr>
      </w:pPr>
    </w:p>
    <w:p w14:paraId="0A9B3AC4" w14:textId="77777777" w:rsidR="00A13D0D" w:rsidRPr="001D7228" w:rsidRDefault="00A13D0D" w:rsidP="00450FCD">
      <w:pPr>
        <w:rPr>
          <w:sz w:val="24"/>
          <w:szCs w:val="24"/>
        </w:rPr>
      </w:pPr>
    </w:p>
    <w:p w14:paraId="696C944C" w14:textId="77777777" w:rsidR="00A13D0D" w:rsidRPr="001D7228" w:rsidRDefault="00A13D0D" w:rsidP="00450FCD">
      <w:pPr>
        <w:rPr>
          <w:sz w:val="24"/>
          <w:szCs w:val="24"/>
        </w:rPr>
      </w:pPr>
    </w:p>
    <w:p w14:paraId="16847583" w14:textId="42883E96" w:rsidR="00FC11CD" w:rsidRPr="0073626A" w:rsidRDefault="00ED3BC4" w:rsidP="00FC11CD">
      <w:pPr>
        <w:rPr>
          <w:b/>
          <w:bCs/>
          <w:sz w:val="28"/>
          <w:szCs w:val="28"/>
          <w:u w:val="single"/>
        </w:rPr>
      </w:pPr>
      <w:proofErr w:type="gramStart"/>
      <w:r w:rsidRPr="0073626A">
        <w:rPr>
          <w:b/>
          <w:bCs/>
          <w:sz w:val="28"/>
          <w:szCs w:val="28"/>
          <w:u w:val="single"/>
        </w:rPr>
        <w:lastRenderedPageBreak/>
        <w:t>Shelf Build Plan</w:t>
      </w:r>
      <w:r w:rsidR="00FC11CD" w:rsidRPr="0073626A">
        <w:rPr>
          <w:b/>
          <w:bCs/>
          <w:sz w:val="28"/>
          <w:szCs w:val="28"/>
          <w:u w:val="single"/>
        </w:rPr>
        <w:t>.</w:t>
      </w:r>
      <w:proofErr w:type="gramEnd"/>
    </w:p>
    <w:p w14:paraId="33064E75" w14:textId="2A6C3D19" w:rsidR="00ED3BC4" w:rsidRPr="001D7228" w:rsidRDefault="00830183" w:rsidP="00ED3BC4">
      <w:pPr>
        <w:rPr>
          <w:sz w:val="24"/>
          <w:szCs w:val="24"/>
        </w:rPr>
      </w:pPr>
      <w:r w:rsidRPr="00830183">
        <w:rPr>
          <w:b/>
          <w:sz w:val="24"/>
          <w:szCs w:val="24"/>
        </w:rPr>
        <w:t>Tools Needed</w:t>
      </w:r>
      <w:r>
        <w:rPr>
          <w:sz w:val="24"/>
          <w:szCs w:val="24"/>
        </w:rPr>
        <w:t xml:space="preserve">: </w:t>
      </w:r>
      <w:r w:rsidR="00ED3BC4" w:rsidRPr="001D7228">
        <w:rPr>
          <w:sz w:val="24"/>
          <w:szCs w:val="24"/>
        </w:rPr>
        <w:t xml:space="preserve">Saw (hand or circular), Level, </w:t>
      </w:r>
      <w:r>
        <w:rPr>
          <w:sz w:val="24"/>
          <w:szCs w:val="24"/>
        </w:rPr>
        <w:t>Drill and Screws OR Hammer and nails.</w:t>
      </w:r>
    </w:p>
    <w:p w14:paraId="0998B024" w14:textId="77777777" w:rsidR="00FC11CD" w:rsidRPr="001D7228" w:rsidRDefault="00FC11CD" w:rsidP="00FC11CD">
      <w:pPr>
        <w:rPr>
          <w:b/>
          <w:bCs/>
          <w:sz w:val="24"/>
          <w:szCs w:val="24"/>
        </w:rPr>
      </w:pPr>
      <w:r w:rsidRPr="001D7228">
        <w:rPr>
          <w:b/>
          <w:bCs/>
          <w:sz w:val="24"/>
          <w:szCs w:val="24"/>
        </w:rPr>
        <w:t xml:space="preserve">Materials: </w:t>
      </w:r>
    </w:p>
    <w:p w14:paraId="313F9678" w14:textId="3ADFA224" w:rsidR="00FC11CD" w:rsidRDefault="00830183" w:rsidP="00FC11CD">
      <w:pPr>
        <w:pStyle w:val="ListParagraph"/>
        <w:numPr>
          <w:ilvl w:val="0"/>
          <w:numId w:val="23"/>
        </w:numPr>
        <w:spacing w:after="0" w:line="240" w:lineRule="auto"/>
        <w:rPr>
          <w:sz w:val="24"/>
          <w:szCs w:val="24"/>
        </w:rPr>
      </w:pPr>
      <w:r>
        <w:rPr>
          <w:sz w:val="24"/>
          <w:szCs w:val="24"/>
        </w:rPr>
        <w:t>½” x 6” x 8 foot</w:t>
      </w:r>
    </w:p>
    <w:p w14:paraId="6F7C444B" w14:textId="77777777" w:rsidR="00FC11CD" w:rsidRPr="001D7228" w:rsidRDefault="00FC11CD" w:rsidP="00FC11CD">
      <w:pPr>
        <w:pStyle w:val="ListParagraph"/>
        <w:numPr>
          <w:ilvl w:val="0"/>
          <w:numId w:val="23"/>
        </w:numPr>
        <w:spacing w:after="0" w:line="240" w:lineRule="auto"/>
        <w:rPr>
          <w:sz w:val="24"/>
          <w:szCs w:val="24"/>
        </w:rPr>
      </w:pPr>
      <w:r w:rsidRPr="001D7228">
        <w:rPr>
          <w:sz w:val="24"/>
          <w:szCs w:val="24"/>
        </w:rPr>
        <w:t>Nails/screws</w:t>
      </w:r>
    </w:p>
    <w:p w14:paraId="0D54F520" w14:textId="77ED3256" w:rsidR="00FC11CD" w:rsidRPr="00830183" w:rsidRDefault="00FC11CD" w:rsidP="00830183">
      <w:pPr>
        <w:pStyle w:val="ListParagraph"/>
        <w:numPr>
          <w:ilvl w:val="0"/>
          <w:numId w:val="23"/>
        </w:numPr>
        <w:spacing w:after="0" w:line="240" w:lineRule="auto"/>
        <w:rPr>
          <w:sz w:val="24"/>
          <w:szCs w:val="24"/>
        </w:rPr>
      </w:pPr>
      <w:r w:rsidRPr="001D7228">
        <w:rPr>
          <w:sz w:val="24"/>
          <w:szCs w:val="24"/>
        </w:rPr>
        <w:t>Wood glue</w:t>
      </w:r>
      <w:r w:rsidR="00830183">
        <w:rPr>
          <w:sz w:val="24"/>
          <w:szCs w:val="24"/>
        </w:rPr>
        <w:t xml:space="preserve"> </w:t>
      </w:r>
      <w:r w:rsidR="00830183" w:rsidRPr="00830183">
        <w:rPr>
          <w:i/>
          <w:sz w:val="24"/>
          <w:szCs w:val="24"/>
        </w:rPr>
        <w:t>(optional)</w:t>
      </w:r>
    </w:p>
    <w:p w14:paraId="0F4C741E" w14:textId="77777777" w:rsidR="00FC11CD" w:rsidRPr="001D7228" w:rsidRDefault="00FC11CD" w:rsidP="00FC11CD">
      <w:pPr>
        <w:pStyle w:val="ListParagraph"/>
        <w:numPr>
          <w:ilvl w:val="0"/>
          <w:numId w:val="23"/>
        </w:numPr>
        <w:spacing w:after="0" w:line="240" w:lineRule="auto"/>
        <w:rPr>
          <w:sz w:val="24"/>
          <w:szCs w:val="24"/>
        </w:rPr>
      </w:pPr>
      <w:r w:rsidRPr="001D7228">
        <w:rPr>
          <w:sz w:val="24"/>
          <w:szCs w:val="24"/>
        </w:rPr>
        <w:t xml:space="preserve">Paint/stain </w:t>
      </w:r>
      <w:r w:rsidRPr="00830183">
        <w:rPr>
          <w:i/>
          <w:sz w:val="24"/>
          <w:szCs w:val="24"/>
        </w:rPr>
        <w:t>(optional)</w:t>
      </w:r>
    </w:p>
    <w:p w14:paraId="030F4BD0" w14:textId="77777777" w:rsidR="00FC11CD" w:rsidRPr="001D7228" w:rsidRDefault="00FC11CD" w:rsidP="00FC11CD">
      <w:pPr>
        <w:pStyle w:val="ListParagraph"/>
        <w:spacing w:after="0" w:line="240" w:lineRule="auto"/>
        <w:rPr>
          <w:sz w:val="24"/>
          <w:szCs w:val="24"/>
        </w:rPr>
      </w:pPr>
    </w:p>
    <w:p w14:paraId="7CDC24C7" w14:textId="77777777" w:rsidR="00FC11CD" w:rsidRPr="001D7228" w:rsidRDefault="00FC11CD" w:rsidP="00FC11CD">
      <w:pPr>
        <w:rPr>
          <w:b/>
          <w:bCs/>
          <w:sz w:val="24"/>
          <w:szCs w:val="24"/>
        </w:rPr>
      </w:pPr>
      <w:r w:rsidRPr="001D7228">
        <w:rPr>
          <w:b/>
          <w:bCs/>
          <w:sz w:val="24"/>
          <w:szCs w:val="24"/>
        </w:rPr>
        <w:t>Step-by-Step Build:</w:t>
      </w:r>
    </w:p>
    <w:p w14:paraId="3FB02F3B" w14:textId="77777777" w:rsidR="00765F07" w:rsidRDefault="00830183" w:rsidP="00830183">
      <w:pPr>
        <w:pStyle w:val="ListParagraph"/>
        <w:numPr>
          <w:ilvl w:val="0"/>
          <w:numId w:val="27"/>
        </w:numPr>
        <w:rPr>
          <w:sz w:val="24"/>
          <w:szCs w:val="24"/>
        </w:rPr>
      </w:pPr>
      <w:r>
        <w:rPr>
          <w:sz w:val="24"/>
          <w:szCs w:val="24"/>
        </w:rPr>
        <w:t xml:space="preserve">Cut </w:t>
      </w:r>
      <w:r w:rsidR="00765F07">
        <w:rPr>
          <w:sz w:val="24"/>
          <w:szCs w:val="24"/>
        </w:rPr>
        <w:t>1 piece to 24” or 2 feet.</w:t>
      </w:r>
    </w:p>
    <w:p w14:paraId="71A4835F" w14:textId="77777777" w:rsidR="00765F07" w:rsidRDefault="00765F07" w:rsidP="00830183">
      <w:pPr>
        <w:pStyle w:val="ListParagraph"/>
        <w:numPr>
          <w:ilvl w:val="0"/>
          <w:numId w:val="27"/>
        </w:numPr>
        <w:rPr>
          <w:sz w:val="24"/>
          <w:szCs w:val="24"/>
        </w:rPr>
      </w:pPr>
      <w:r>
        <w:rPr>
          <w:sz w:val="24"/>
          <w:szCs w:val="24"/>
        </w:rPr>
        <w:t>Cut 1 piece 22.5”.</w:t>
      </w:r>
    </w:p>
    <w:p w14:paraId="6629E8D6" w14:textId="77777777" w:rsidR="00765F07" w:rsidRDefault="00765F07" w:rsidP="00830183">
      <w:pPr>
        <w:pStyle w:val="ListParagraph"/>
        <w:numPr>
          <w:ilvl w:val="0"/>
          <w:numId w:val="27"/>
        </w:numPr>
        <w:rPr>
          <w:sz w:val="24"/>
          <w:szCs w:val="24"/>
        </w:rPr>
      </w:pPr>
      <w:r>
        <w:rPr>
          <w:sz w:val="24"/>
          <w:szCs w:val="24"/>
        </w:rPr>
        <w:t>Cut the 22.5” piece in half lengthwise.</w:t>
      </w:r>
    </w:p>
    <w:p w14:paraId="6D00660F" w14:textId="205196BB" w:rsidR="00765F07" w:rsidRDefault="00765F07" w:rsidP="00830183">
      <w:pPr>
        <w:pStyle w:val="ListParagraph"/>
        <w:numPr>
          <w:ilvl w:val="0"/>
          <w:numId w:val="27"/>
        </w:numPr>
        <w:rPr>
          <w:sz w:val="24"/>
          <w:szCs w:val="24"/>
        </w:rPr>
      </w:pPr>
      <w:r>
        <w:rPr>
          <w:sz w:val="24"/>
          <w:szCs w:val="24"/>
        </w:rPr>
        <w:t>Cut a square 5.5” x 5.5”</w:t>
      </w:r>
    </w:p>
    <w:p w14:paraId="29F8FBD6" w14:textId="06727F1D" w:rsidR="00765F07" w:rsidRDefault="00765F07" w:rsidP="00830183">
      <w:pPr>
        <w:pStyle w:val="ListParagraph"/>
        <w:numPr>
          <w:ilvl w:val="0"/>
          <w:numId w:val="27"/>
        </w:numPr>
        <w:rPr>
          <w:sz w:val="24"/>
          <w:szCs w:val="24"/>
        </w:rPr>
      </w:pPr>
      <w:r>
        <w:rPr>
          <w:sz w:val="24"/>
          <w:szCs w:val="24"/>
        </w:rPr>
        <w:t>Cut it in half diagonally to make 2 triangles.</w:t>
      </w:r>
    </w:p>
    <w:p w14:paraId="13614AEF" w14:textId="77777777" w:rsidR="00FC11CD" w:rsidRDefault="00FC11CD" w:rsidP="00450FCD">
      <w:pPr>
        <w:rPr>
          <w:rFonts w:ascii="Cambria" w:hAnsi="Cambria" w:cs="Cambria"/>
          <w:b/>
          <w:bCs/>
          <w:sz w:val="24"/>
          <w:szCs w:val="24"/>
        </w:rPr>
      </w:pPr>
    </w:p>
    <w:p w14:paraId="71833155" w14:textId="0F3D1978" w:rsidR="00765F07" w:rsidRDefault="00450FCD" w:rsidP="00765F07">
      <w:pPr>
        <w:rPr>
          <w:bCs/>
          <w:sz w:val="24"/>
          <w:szCs w:val="24"/>
        </w:rPr>
      </w:pPr>
      <w:r w:rsidRPr="001D7228">
        <w:rPr>
          <w:b/>
          <w:bCs/>
          <w:sz w:val="24"/>
          <w:szCs w:val="24"/>
        </w:rPr>
        <w:t xml:space="preserve"> </w:t>
      </w:r>
      <w:r w:rsidR="00765F07" w:rsidRPr="00765F07">
        <w:rPr>
          <w:noProof/>
          <w:sz w:val="24"/>
          <w:szCs w:val="24"/>
        </w:rPr>
        <w:drawing>
          <wp:anchor distT="0" distB="0" distL="114300" distR="114300" simplePos="0" relativeHeight="251665408" behindDoc="0" locked="0" layoutInCell="1" allowOverlap="1" wp14:anchorId="4F55F783" wp14:editId="54843A6E">
            <wp:simplePos x="0" y="0"/>
            <wp:positionH relativeFrom="column">
              <wp:posOffset>36195</wp:posOffset>
            </wp:positionH>
            <wp:positionV relativeFrom="paragraph">
              <wp:posOffset>635</wp:posOffset>
            </wp:positionV>
            <wp:extent cx="2885440" cy="3847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e0094e-ce4e-48ea-ac22-8f4b40df64a9.jpg"/>
                    <pic:cNvPicPr/>
                  </pic:nvPicPr>
                  <pic:blipFill>
                    <a:blip r:embed="rId20">
                      <a:extLst>
                        <a:ext uri="{28A0092B-C50C-407E-A947-70E740481C1C}">
                          <a14:useLocalDpi xmlns:a14="http://schemas.microsoft.com/office/drawing/2010/main" val="0"/>
                        </a:ext>
                      </a:extLst>
                    </a:blip>
                    <a:stretch>
                      <a:fillRect/>
                    </a:stretch>
                  </pic:blipFill>
                  <pic:spPr>
                    <a:xfrm>
                      <a:off x="0" y="0"/>
                      <a:ext cx="2885440" cy="3847465"/>
                    </a:xfrm>
                    <a:prstGeom prst="rect">
                      <a:avLst/>
                    </a:prstGeom>
                  </pic:spPr>
                </pic:pic>
              </a:graphicData>
            </a:graphic>
            <wp14:sizeRelH relativeFrom="page">
              <wp14:pctWidth>0</wp14:pctWidth>
            </wp14:sizeRelH>
            <wp14:sizeRelV relativeFrom="page">
              <wp14:pctHeight>0</wp14:pctHeight>
            </wp14:sizeRelV>
          </wp:anchor>
        </w:drawing>
      </w:r>
      <w:r w:rsidR="00765F07" w:rsidRPr="00765F07">
        <w:rPr>
          <w:bCs/>
          <w:sz w:val="24"/>
          <w:szCs w:val="24"/>
        </w:rPr>
        <w:t>6. Sand all the edges.</w:t>
      </w:r>
    </w:p>
    <w:p w14:paraId="532202DE" w14:textId="51725E03" w:rsidR="00765F07" w:rsidRDefault="00765F07" w:rsidP="00765F07">
      <w:pPr>
        <w:rPr>
          <w:bCs/>
          <w:sz w:val="24"/>
          <w:szCs w:val="24"/>
        </w:rPr>
      </w:pPr>
      <w:r>
        <w:rPr>
          <w:bCs/>
          <w:sz w:val="24"/>
          <w:szCs w:val="24"/>
        </w:rPr>
        <w:t>7. NOTE: When using screws make pilot holes so the wood doesn’t split.</w:t>
      </w:r>
    </w:p>
    <w:p w14:paraId="2B8D6D9C" w14:textId="09B60EC1" w:rsidR="00765F07" w:rsidRDefault="00765F07" w:rsidP="00765F07">
      <w:pPr>
        <w:rPr>
          <w:bCs/>
          <w:sz w:val="24"/>
          <w:szCs w:val="24"/>
        </w:rPr>
      </w:pPr>
      <w:r>
        <w:rPr>
          <w:bCs/>
          <w:sz w:val="24"/>
          <w:szCs w:val="24"/>
        </w:rPr>
        <w:t>8. Attach the 2 triangles to the 22.5” piece. TIP: Use a flat surface.</w:t>
      </w:r>
    </w:p>
    <w:p w14:paraId="046CF574" w14:textId="77777777" w:rsidR="00765F07" w:rsidRDefault="00765F07" w:rsidP="00765F07">
      <w:pPr>
        <w:rPr>
          <w:bCs/>
          <w:sz w:val="24"/>
          <w:szCs w:val="24"/>
        </w:rPr>
      </w:pPr>
    </w:p>
    <w:p w14:paraId="63111D82" w14:textId="77777777" w:rsidR="00765F07" w:rsidRDefault="00765F07" w:rsidP="00765F07">
      <w:pPr>
        <w:rPr>
          <w:bCs/>
          <w:sz w:val="24"/>
          <w:szCs w:val="24"/>
        </w:rPr>
      </w:pPr>
    </w:p>
    <w:p w14:paraId="22A5F12D" w14:textId="77777777" w:rsidR="00765F07" w:rsidRPr="00765F07" w:rsidRDefault="00765F07" w:rsidP="00765F07">
      <w:pPr>
        <w:rPr>
          <w:bCs/>
          <w:sz w:val="24"/>
          <w:szCs w:val="24"/>
        </w:rPr>
      </w:pPr>
    </w:p>
    <w:p w14:paraId="622B4193" w14:textId="77777777" w:rsidR="00765F07" w:rsidRDefault="00765F07" w:rsidP="00765F07">
      <w:pPr>
        <w:rPr>
          <w:b/>
          <w:bCs/>
          <w:sz w:val="24"/>
          <w:szCs w:val="24"/>
        </w:rPr>
      </w:pPr>
    </w:p>
    <w:p w14:paraId="307F9997" w14:textId="2FFDC674" w:rsidR="00765F07" w:rsidRPr="001D7228" w:rsidRDefault="00765F07" w:rsidP="00765F07">
      <w:pPr>
        <w:rPr>
          <w:sz w:val="24"/>
          <w:szCs w:val="24"/>
        </w:rPr>
      </w:pPr>
      <w:r>
        <w:rPr>
          <w:noProof/>
          <w:sz w:val="24"/>
          <w:szCs w:val="24"/>
        </w:rPr>
        <w:lastRenderedPageBreak/>
        <w:drawing>
          <wp:inline distT="0" distB="0" distL="0" distR="0" wp14:anchorId="0C337CD3" wp14:editId="55BDAE2D">
            <wp:extent cx="3100813" cy="4134416"/>
            <wp:effectExtent l="0" t="2222" r="2222" b="222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24b63-7bb1-4b82-8a86-1790e8c14c4f.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105023" cy="4140030"/>
                    </a:xfrm>
                    <a:prstGeom prst="rect">
                      <a:avLst/>
                    </a:prstGeom>
                  </pic:spPr>
                </pic:pic>
              </a:graphicData>
            </a:graphic>
          </wp:inline>
        </w:drawing>
      </w:r>
    </w:p>
    <w:p w14:paraId="5CB6D9E8" w14:textId="140D3A46" w:rsidR="00DC6D5C" w:rsidRPr="00765F07" w:rsidRDefault="00765F07" w:rsidP="00765F07">
      <w:pPr>
        <w:pStyle w:val="ListParagraph"/>
        <w:numPr>
          <w:ilvl w:val="0"/>
          <w:numId w:val="24"/>
        </w:numPr>
        <w:rPr>
          <w:sz w:val="24"/>
          <w:szCs w:val="24"/>
        </w:rPr>
      </w:pPr>
      <w:r>
        <w:rPr>
          <w:sz w:val="24"/>
          <w:szCs w:val="24"/>
        </w:rPr>
        <w:t>Attach the top shelf part.</w:t>
      </w:r>
    </w:p>
    <w:p w14:paraId="0649C214" w14:textId="77777777" w:rsidR="00DC6D5C" w:rsidRPr="001D7228" w:rsidRDefault="00DC6D5C" w:rsidP="00450FCD">
      <w:pPr>
        <w:rPr>
          <w:sz w:val="24"/>
          <w:szCs w:val="24"/>
        </w:rPr>
      </w:pPr>
    </w:p>
    <w:p w14:paraId="642A80B0" w14:textId="58C72D5A" w:rsidR="00DC6D5C" w:rsidRDefault="00765F07" w:rsidP="00450FCD">
      <w:pPr>
        <w:rPr>
          <w:sz w:val="24"/>
          <w:szCs w:val="24"/>
        </w:rPr>
      </w:pPr>
      <w:r>
        <w:rPr>
          <w:noProof/>
          <w:sz w:val="24"/>
          <w:szCs w:val="24"/>
        </w:rPr>
        <w:drawing>
          <wp:inline distT="0" distB="0" distL="0" distR="0" wp14:anchorId="6C23BF91" wp14:editId="582A100C">
            <wp:extent cx="3117505" cy="4156672"/>
            <wp:effectExtent l="0" t="508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681d8-eca6-4bd6-baef-ab3280168478.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117832" cy="4157108"/>
                    </a:xfrm>
                    <a:prstGeom prst="rect">
                      <a:avLst/>
                    </a:prstGeom>
                  </pic:spPr>
                </pic:pic>
              </a:graphicData>
            </a:graphic>
          </wp:inline>
        </w:drawing>
      </w:r>
    </w:p>
    <w:p w14:paraId="60B6901F" w14:textId="3000A3B9" w:rsidR="00765F07" w:rsidRDefault="00765F07" w:rsidP="00765F07">
      <w:pPr>
        <w:pStyle w:val="ListParagraph"/>
        <w:numPr>
          <w:ilvl w:val="0"/>
          <w:numId w:val="24"/>
        </w:numPr>
        <w:rPr>
          <w:sz w:val="24"/>
          <w:szCs w:val="24"/>
        </w:rPr>
      </w:pPr>
      <w:r>
        <w:rPr>
          <w:sz w:val="24"/>
          <w:szCs w:val="24"/>
        </w:rPr>
        <w:t>Sand and caulk if needed.</w:t>
      </w:r>
    </w:p>
    <w:p w14:paraId="2395BA77" w14:textId="7002018E" w:rsidR="00765F07" w:rsidRDefault="00765F07" w:rsidP="00765F07">
      <w:pPr>
        <w:pStyle w:val="ListParagraph"/>
        <w:numPr>
          <w:ilvl w:val="0"/>
          <w:numId w:val="24"/>
        </w:numPr>
        <w:rPr>
          <w:sz w:val="24"/>
          <w:szCs w:val="24"/>
        </w:rPr>
      </w:pPr>
      <w:r>
        <w:rPr>
          <w:sz w:val="24"/>
          <w:szCs w:val="24"/>
        </w:rPr>
        <w:t>Paint or stain if desired.</w:t>
      </w:r>
    </w:p>
    <w:p w14:paraId="68CFE7BC" w14:textId="2C428345" w:rsidR="00D962C8" w:rsidRDefault="00D962C8" w:rsidP="00765F07">
      <w:pPr>
        <w:pStyle w:val="ListParagraph"/>
        <w:numPr>
          <w:ilvl w:val="0"/>
          <w:numId w:val="24"/>
        </w:numPr>
        <w:rPr>
          <w:sz w:val="24"/>
          <w:szCs w:val="24"/>
        </w:rPr>
      </w:pPr>
      <w:r>
        <w:rPr>
          <w:sz w:val="24"/>
          <w:szCs w:val="24"/>
        </w:rPr>
        <w:t>Attach to the wall. Locate stud for best results.</w:t>
      </w:r>
    </w:p>
    <w:p w14:paraId="0EB2C031" w14:textId="77777777" w:rsidR="00D962C8" w:rsidRDefault="00D962C8" w:rsidP="00D962C8">
      <w:pPr>
        <w:rPr>
          <w:sz w:val="24"/>
          <w:szCs w:val="24"/>
        </w:rPr>
      </w:pPr>
    </w:p>
    <w:p w14:paraId="303E4719" w14:textId="33C4AD00" w:rsidR="00D962C8" w:rsidRPr="001D7228" w:rsidRDefault="00D962C8" w:rsidP="00D962C8">
      <w:pPr>
        <w:pStyle w:val="Heading1"/>
        <w:rPr>
          <w:rFonts w:asciiTheme="minorHAnsi" w:hAnsiTheme="minorHAnsi"/>
          <w:sz w:val="24"/>
          <w:szCs w:val="24"/>
        </w:rPr>
      </w:pPr>
      <w:r>
        <w:rPr>
          <w:rFonts w:asciiTheme="minorHAnsi" w:hAnsiTheme="minorHAnsi"/>
          <w:sz w:val="24"/>
          <w:szCs w:val="24"/>
        </w:rPr>
        <w:lastRenderedPageBreak/>
        <w:t>Shelf</w:t>
      </w:r>
      <w:r w:rsidRPr="001D7228">
        <w:rPr>
          <w:rFonts w:asciiTheme="minorHAnsi" w:hAnsiTheme="minorHAnsi"/>
          <w:sz w:val="24"/>
          <w:szCs w:val="24"/>
        </w:rPr>
        <w:t xml:space="preserve"> Project Rubric (20 Points Total)</w:t>
      </w:r>
    </w:p>
    <w:p w14:paraId="603A4DF7" w14:textId="77777777" w:rsidR="00D962C8" w:rsidRPr="001D7228" w:rsidRDefault="00D962C8" w:rsidP="00D962C8">
      <w:pPr>
        <w:rPr>
          <w:sz w:val="24"/>
          <w:szCs w:val="24"/>
        </w:rPr>
      </w:pPr>
    </w:p>
    <w:tbl>
      <w:tblPr>
        <w:tblStyle w:val="TableGrid"/>
        <w:tblW w:w="10165" w:type="dxa"/>
        <w:tblLook w:val="04A0" w:firstRow="1" w:lastRow="0" w:firstColumn="1" w:lastColumn="0" w:noHBand="0" w:noVBand="1"/>
      </w:tblPr>
      <w:tblGrid>
        <w:gridCol w:w="1964"/>
        <w:gridCol w:w="2104"/>
        <w:gridCol w:w="1824"/>
        <w:gridCol w:w="1964"/>
        <w:gridCol w:w="2309"/>
      </w:tblGrid>
      <w:tr w:rsidR="00D962C8" w:rsidRPr="001D7228" w14:paraId="0BDBE6CD" w14:textId="77777777" w:rsidTr="00D962C8">
        <w:trPr>
          <w:trHeight w:val="543"/>
        </w:trPr>
        <w:tc>
          <w:tcPr>
            <w:tcW w:w="1964" w:type="dxa"/>
          </w:tcPr>
          <w:p w14:paraId="37CDEC4D" w14:textId="77777777" w:rsidR="00D962C8" w:rsidRPr="001D7228" w:rsidRDefault="00D962C8" w:rsidP="004D7D11">
            <w:pPr>
              <w:rPr>
                <w:b/>
                <w:bCs/>
                <w:sz w:val="24"/>
                <w:szCs w:val="24"/>
              </w:rPr>
            </w:pPr>
            <w:r w:rsidRPr="001D7228">
              <w:rPr>
                <w:b/>
                <w:bCs/>
                <w:sz w:val="24"/>
                <w:szCs w:val="24"/>
              </w:rPr>
              <w:t>Criteria</w:t>
            </w:r>
          </w:p>
        </w:tc>
        <w:tc>
          <w:tcPr>
            <w:tcW w:w="2104" w:type="dxa"/>
          </w:tcPr>
          <w:p w14:paraId="71EF0B34" w14:textId="4FE8ECD7" w:rsidR="00D962C8" w:rsidRPr="001D7228" w:rsidRDefault="00D962C8" w:rsidP="004D7D11">
            <w:pPr>
              <w:rPr>
                <w:b/>
                <w:bCs/>
                <w:sz w:val="24"/>
                <w:szCs w:val="24"/>
              </w:rPr>
            </w:pPr>
            <w:r>
              <w:rPr>
                <w:b/>
                <w:bCs/>
                <w:sz w:val="24"/>
                <w:szCs w:val="24"/>
              </w:rPr>
              <w:t xml:space="preserve">Excellent (4 </w:t>
            </w:r>
            <w:proofErr w:type="spellStart"/>
            <w:r>
              <w:rPr>
                <w:b/>
                <w:bCs/>
                <w:sz w:val="24"/>
                <w:szCs w:val="24"/>
              </w:rPr>
              <w:t>pts</w:t>
            </w:r>
            <w:proofErr w:type="spellEnd"/>
            <w:r w:rsidRPr="001D7228">
              <w:rPr>
                <w:b/>
                <w:bCs/>
                <w:sz w:val="24"/>
                <w:szCs w:val="24"/>
              </w:rPr>
              <w:t>)</w:t>
            </w:r>
          </w:p>
        </w:tc>
        <w:tc>
          <w:tcPr>
            <w:tcW w:w="1824" w:type="dxa"/>
          </w:tcPr>
          <w:p w14:paraId="7A8DC3CC" w14:textId="77777777" w:rsidR="00D962C8" w:rsidRPr="001D7228" w:rsidRDefault="00D962C8" w:rsidP="004D7D11">
            <w:pPr>
              <w:rPr>
                <w:b/>
                <w:bCs/>
                <w:sz w:val="24"/>
                <w:szCs w:val="24"/>
              </w:rPr>
            </w:pPr>
            <w:r w:rsidRPr="001D7228">
              <w:rPr>
                <w:b/>
                <w:bCs/>
                <w:sz w:val="24"/>
                <w:szCs w:val="24"/>
              </w:rPr>
              <w:t xml:space="preserve">Good (3 </w:t>
            </w:r>
            <w:proofErr w:type="spellStart"/>
            <w:r w:rsidRPr="001D7228">
              <w:rPr>
                <w:b/>
                <w:bCs/>
                <w:sz w:val="24"/>
                <w:szCs w:val="24"/>
              </w:rPr>
              <w:t>pts</w:t>
            </w:r>
            <w:proofErr w:type="spellEnd"/>
            <w:r w:rsidRPr="001D7228">
              <w:rPr>
                <w:b/>
                <w:bCs/>
                <w:sz w:val="24"/>
                <w:szCs w:val="24"/>
              </w:rPr>
              <w:t>)</w:t>
            </w:r>
          </w:p>
        </w:tc>
        <w:tc>
          <w:tcPr>
            <w:tcW w:w="1964" w:type="dxa"/>
          </w:tcPr>
          <w:p w14:paraId="2B9D5755" w14:textId="77777777" w:rsidR="00D962C8" w:rsidRPr="001D7228" w:rsidRDefault="00D962C8" w:rsidP="004D7D11">
            <w:pPr>
              <w:rPr>
                <w:b/>
                <w:bCs/>
                <w:sz w:val="24"/>
                <w:szCs w:val="24"/>
              </w:rPr>
            </w:pPr>
            <w:r w:rsidRPr="001D7228">
              <w:rPr>
                <w:b/>
                <w:bCs/>
                <w:sz w:val="24"/>
                <w:szCs w:val="24"/>
              </w:rPr>
              <w:t xml:space="preserve">Fair (2 </w:t>
            </w:r>
            <w:proofErr w:type="spellStart"/>
            <w:r w:rsidRPr="001D7228">
              <w:rPr>
                <w:b/>
                <w:bCs/>
                <w:sz w:val="24"/>
                <w:szCs w:val="24"/>
              </w:rPr>
              <w:t>pts</w:t>
            </w:r>
            <w:proofErr w:type="spellEnd"/>
            <w:r w:rsidRPr="001D7228">
              <w:rPr>
                <w:b/>
                <w:bCs/>
                <w:sz w:val="24"/>
                <w:szCs w:val="24"/>
              </w:rPr>
              <w:t>)</w:t>
            </w:r>
          </w:p>
        </w:tc>
        <w:tc>
          <w:tcPr>
            <w:tcW w:w="2309" w:type="dxa"/>
          </w:tcPr>
          <w:p w14:paraId="4E2C12D9" w14:textId="77777777" w:rsidR="00D962C8" w:rsidRPr="001D7228" w:rsidRDefault="00D962C8" w:rsidP="004D7D11">
            <w:pPr>
              <w:rPr>
                <w:b/>
                <w:bCs/>
                <w:sz w:val="24"/>
                <w:szCs w:val="24"/>
              </w:rPr>
            </w:pPr>
            <w:r w:rsidRPr="001D7228">
              <w:rPr>
                <w:b/>
                <w:bCs/>
                <w:sz w:val="24"/>
                <w:szCs w:val="24"/>
              </w:rPr>
              <w:t xml:space="preserve">Needs Work (1 </w:t>
            </w:r>
            <w:proofErr w:type="spellStart"/>
            <w:r w:rsidRPr="001D7228">
              <w:rPr>
                <w:b/>
                <w:bCs/>
                <w:sz w:val="24"/>
                <w:szCs w:val="24"/>
              </w:rPr>
              <w:t>pt</w:t>
            </w:r>
            <w:proofErr w:type="spellEnd"/>
            <w:r w:rsidRPr="001D7228">
              <w:rPr>
                <w:b/>
                <w:bCs/>
                <w:sz w:val="24"/>
                <w:szCs w:val="24"/>
              </w:rPr>
              <w:t>)</w:t>
            </w:r>
          </w:p>
        </w:tc>
      </w:tr>
      <w:tr w:rsidR="00D962C8" w:rsidRPr="001D7228" w14:paraId="6DADBD2E" w14:textId="77777777" w:rsidTr="00D962C8">
        <w:trPr>
          <w:trHeight w:val="1088"/>
        </w:trPr>
        <w:tc>
          <w:tcPr>
            <w:tcW w:w="1964" w:type="dxa"/>
          </w:tcPr>
          <w:p w14:paraId="0E320365" w14:textId="77777777" w:rsidR="00D962C8" w:rsidRPr="001D7228" w:rsidRDefault="00D962C8" w:rsidP="004D7D11">
            <w:pPr>
              <w:rPr>
                <w:b/>
                <w:bCs/>
                <w:sz w:val="24"/>
                <w:szCs w:val="24"/>
              </w:rPr>
            </w:pPr>
            <w:r w:rsidRPr="001D7228">
              <w:rPr>
                <w:b/>
                <w:bCs/>
                <w:sz w:val="24"/>
                <w:szCs w:val="24"/>
              </w:rPr>
              <w:t>Measurement Accuracy</w:t>
            </w:r>
          </w:p>
        </w:tc>
        <w:tc>
          <w:tcPr>
            <w:tcW w:w="2104" w:type="dxa"/>
          </w:tcPr>
          <w:p w14:paraId="2FB8E0A8" w14:textId="77777777" w:rsidR="00D962C8" w:rsidRPr="001D7228" w:rsidRDefault="00D962C8" w:rsidP="004D7D11">
            <w:pPr>
              <w:rPr>
                <w:sz w:val="24"/>
                <w:szCs w:val="24"/>
              </w:rPr>
            </w:pPr>
            <w:r w:rsidRPr="001D7228">
              <w:rPr>
                <w:sz w:val="24"/>
                <w:szCs w:val="24"/>
              </w:rPr>
              <w:t>All measurements precise within 1/16”</w:t>
            </w:r>
          </w:p>
        </w:tc>
        <w:tc>
          <w:tcPr>
            <w:tcW w:w="1824" w:type="dxa"/>
          </w:tcPr>
          <w:p w14:paraId="628F51E3" w14:textId="77777777" w:rsidR="00D962C8" w:rsidRPr="001D7228" w:rsidRDefault="00D962C8" w:rsidP="004D7D11">
            <w:pPr>
              <w:rPr>
                <w:sz w:val="24"/>
                <w:szCs w:val="24"/>
              </w:rPr>
            </w:pPr>
            <w:r w:rsidRPr="001D7228">
              <w:rPr>
                <w:sz w:val="24"/>
                <w:szCs w:val="24"/>
              </w:rPr>
              <w:t>Most measurements accurate within 1/8”</w:t>
            </w:r>
          </w:p>
        </w:tc>
        <w:tc>
          <w:tcPr>
            <w:tcW w:w="1964" w:type="dxa"/>
          </w:tcPr>
          <w:p w14:paraId="2F456EE5" w14:textId="77777777" w:rsidR="00D962C8" w:rsidRPr="001D7228" w:rsidRDefault="00D962C8" w:rsidP="004D7D11">
            <w:pPr>
              <w:rPr>
                <w:sz w:val="24"/>
                <w:szCs w:val="24"/>
              </w:rPr>
            </w:pPr>
            <w:r w:rsidRPr="001D7228">
              <w:rPr>
                <w:sz w:val="24"/>
                <w:szCs w:val="24"/>
              </w:rPr>
              <w:t>Several cuts off by more than 1/8”</w:t>
            </w:r>
          </w:p>
        </w:tc>
        <w:tc>
          <w:tcPr>
            <w:tcW w:w="2309" w:type="dxa"/>
          </w:tcPr>
          <w:p w14:paraId="15BC2395" w14:textId="77777777" w:rsidR="00D962C8" w:rsidRPr="001D7228" w:rsidRDefault="00D962C8" w:rsidP="004D7D11">
            <w:pPr>
              <w:rPr>
                <w:sz w:val="24"/>
                <w:szCs w:val="24"/>
              </w:rPr>
            </w:pPr>
            <w:r w:rsidRPr="001D7228">
              <w:rPr>
                <w:sz w:val="24"/>
                <w:szCs w:val="24"/>
              </w:rPr>
              <w:t>Measurements inconsistent, affecting assembly</w:t>
            </w:r>
          </w:p>
        </w:tc>
      </w:tr>
      <w:tr w:rsidR="00D962C8" w:rsidRPr="001D7228" w14:paraId="7B4629D0" w14:textId="77777777" w:rsidTr="00D962C8">
        <w:trPr>
          <w:trHeight w:val="816"/>
        </w:trPr>
        <w:tc>
          <w:tcPr>
            <w:tcW w:w="1964" w:type="dxa"/>
          </w:tcPr>
          <w:p w14:paraId="3D3F7470" w14:textId="77777777" w:rsidR="00D962C8" w:rsidRPr="001D7228" w:rsidRDefault="00D962C8" w:rsidP="004D7D11">
            <w:pPr>
              <w:rPr>
                <w:b/>
                <w:bCs/>
                <w:sz w:val="24"/>
                <w:szCs w:val="24"/>
              </w:rPr>
            </w:pPr>
            <w:r w:rsidRPr="001D7228">
              <w:rPr>
                <w:b/>
                <w:bCs/>
                <w:sz w:val="24"/>
                <w:szCs w:val="24"/>
              </w:rPr>
              <w:t>Cut Quality</w:t>
            </w:r>
          </w:p>
        </w:tc>
        <w:tc>
          <w:tcPr>
            <w:tcW w:w="2104" w:type="dxa"/>
          </w:tcPr>
          <w:p w14:paraId="4662C7BA" w14:textId="77777777" w:rsidR="00D962C8" w:rsidRPr="001D7228" w:rsidRDefault="00D962C8" w:rsidP="004D7D11">
            <w:pPr>
              <w:rPr>
                <w:sz w:val="24"/>
                <w:szCs w:val="24"/>
              </w:rPr>
            </w:pPr>
            <w:r w:rsidRPr="001D7228">
              <w:rPr>
                <w:sz w:val="24"/>
                <w:szCs w:val="24"/>
              </w:rPr>
              <w:t>Clean, square cuts with no tear-out</w:t>
            </w:r>
          </w:p>
        </w:tc>
        <w:tc>
          <w:tcPr>
            <w:tcW w:w="1824" w:type="dxa"/>
          </w:tcPr>
          <w:p w14:paraId="5694F8A5" w14:textId="77777777" w:rsidR="00D962C8" w:rsidRPr="001D7228" w:rsidRDefault="00D962C8" w:rsidP="004D7D11">
            <w:pPr>
              <w:rPr>
                <w:sz w:val="24"/>
                <w:szCs w:val="24"/>
              </w:rPr>
            </w:pPr>
            <w:r w:rsidRPr="001D7228">
              <w:rPr>
                <w:sz w:val="24"/>
                <w:szCs w:val="24"/>
              </w:rPr>
              <w:t>Minor rough edges, mostly square</w:t>
            </w:r>
          </w:p>
        </w:tc>
        <w:tc>
          <w:tcPr>
            <w:tcW w:w="1964" w:type="dxa"/>
          </w:tcPr>
          <w:p w14:paraId="2C13B61F" w14:textId="77777777" w:rsidR="00D962C8" w:rsidRPr="001D7228" w:rsidRDefault="00D962C8" w:rsidP="004D7D11">
            <w:pPr>
              <w:rPr>
                <w:sz w:val="24"/>
                <w:szCs w:val="24"/>
              </w:rPr>
            </w:pPr>
            <w:r w:rsidRPr="001D7228">
              <w:rPr>
                <w:sz w:val="24"/>
                <w:szCs w:val="24"/>
              </w:rPr>
              <w:t>Multiple rough or uneven cuts</w:t>
            </w:r>
          </w:p>
        </w:tc>
        <w:tc>
          <w:tcPr>
            <w:tcW w:w="2309" w:type="dxa"/>
          </w:tcPr>
          <w:p w14:paraId="0B3E977C" w14:textId="77777777" w:rsidR="00D962C8" w:rsidRPr="001D7228" w:rsidRDefault="00D962C8" w:rsidP="004D7D11">
            <w:pPr>
              <w:rPr>
                <w:sz w:val="24"/>
                <w:szCs w:val="24"/>
              </w:rPr>
            </w:pPr>
            <w:r w:rsidRPr="001D7228">
              <w:rPr>
                <w:sz w:val="24"/>
                <w:szCs w:val="24"/>
              </w:rPr>
              <w:t>Cuts crooked, splintered, or unsafe</w:t>
            </w:r>
          </w:p>
        </w:tc>
      </w:tr>
      <w:tr w:rsidR="00D962C8" w:rsidRPr="001D7228" w14:paraId="5F381C0B" w14:textId="77777777" w:rsidTr="00D962C8">
        <w:trPr>
          <w:trHeight w:val="1088"/>
        </w:trPr>
        <w:tc>
          <w:tcPr>
            <w:tcW w:w="1964" w:type="dxa"/>
          </w:tcPr>
          <w:p w14:paraId="4DBF127D" w14:textId="6CE2FD1F" w:rsidR="00D962C8" w:rsidRPr="001D7228" w:rsidRDefault="00D962C8" w:rsidP="004D7D11">
            <w:pPr>
              <w:rPr>
                <w:b/>
                <w:bCs/>
                <w:sz w:val="24"/>
                <w:szCs w:val="24"/>
              </w:rPr>
            </w:pPr>
            <w:r>
              <w:rPr>
                <w:b/>
                <w:bCs/>
                <w:sz w:val="24"/>
                <w:szCs w:val="24"/>
              </w:rPr>
              <w:t>Assembly and</w:t>
            </w:r>
            <w:r w:rsidRPr="001D7228">
              <w:rPr>
                <w:b/>
                <w:bCs/>
                <w:sz w:val="24"/>
                <w:szCs w:val="24"/>
              </w:rPr>
              <w:t xml:space="preserve"> Joinery</w:t>
            </w:r>
          </w:p>
        </w:tc>
        <w:tc>
          <w:tcPr>
            <w:tcW w:w="2104" w:type="dxa"/>
          </w:tcPr>
          <w:p w14:paraId="36351E0D" w14:textId="77777777" w:rsidR="00D962C8" w:rsidRPr="001D7228" w:rsidRDefault="00D962C8" w:rsidP="004D7D11">
            <w:pPr>
              <w:rPr>
                <w:sz w:val="24"/>
                <w:szCs w:val="24"/>
              </w:rPr>
            </w:pPr>
            <w:r w:rsidRPr="001D7228">
              <w:rPr>
                <w:sz w:val="24"/>
                <w:szCs w:val="24"/>
              </w:rPr>
              <w:t>Pieces fit tightly with secure joints</w:t>
            </w:r>
          </w:p>
        </w:tc>
        <w:tc>
          <w:tcPr>
            <w:tcW w:w="1824" w:type="dxa"/>
          </w:tcPr>
          <w:p w14:paraId="2ECEADFE" w14:textId="77777777" w:rsidR="00D962C8" w:rsidRPr="001D7228" w:rsidRDefault="00D962C8" w:rsidP="004D7D11">
            <w:pPr>
              <w:rPr>
                <w:sz w:val="24"/>
                <w:szCs w:val="24"/>
              </w:rPr>
            </w:pPr>
            <w:r w:rsidRPr="001D7228">
              <w:rPr>
                <w:sz w:val="24"/>
                <w:szCs w:val="24"/>
              </w:rPr>
              <w:t>Minor gaps but overall secure</w:t>
            </w:r>
          </w:p>
        </w:tc>
        <w:tc>
          <w:tcPr>
            <w:tcW w:w="1964" w:type="dxa"/>
          </w:tcPr>
          <w:p w14:paraId="49F5B7DF" w14:textId="77777777" w:rsidR="00D962C8" w:rsidRPr="001D7228" w:rsidRDefault="00D962C8" w:rsidP="004D7D11">
            <w:pPr>
              <w:rPr>
                <w:sz w:val="24"/>
                <w:szCs w:val="24"/>
              </w:rPr>
            </w:pPr>
            <w:r w:rsidRPr="001D7228">
              <w:rPr>
                <w:sz w:val="24"/>
                <w:szCs w:val="24"/>
              </w:rPr>
              <w:t>Gaps visible, joints somewhat loose</w:t>
            </w:r>
          </w:p>
        </w:tc>
        <w:tc>
          <w:tcPr>
            <w:tcW w:w="2309" w:type="dxa"/>
          </w:tcPr>
          <w:p w14:paraId="729BD49A" w14:textId="77777777" w:rsidR="00D962C8" w:rsidRPr="001D7228" w:rsidRDefault="00D962C8" w:rsidP="004D7D11">
            <w:pPr>
              <w:rPr>
                <w:sz w:val="24"/>
                <w:szCs w:val="24"/>
              </w:rPr>
            </w:pPr>
            <w:r w:rsidRPr="001D7228">
              <w:rPr>
                <w:sz w:val="24"/>
                <w:szCs w:val="24"/>
              </w:rPr>
              <w:t>Loose or unstable construction</w:t>
            </w:r>
          </w:p>
        </w:tc>
      </w:tr>
      <w:tr w:rsidR="00D962C8" w:rsidRPr="001D7228" w14:paraId="28478EF9" w14:textId="77777777" w:rsidTr="00D962C8">
        <w:trPr>
          <w:trHeight w:val="1088"/>
        </w:trPr>
        <w:tc>
          <w:tcPr>
            <w:tcW w:w="1964" w:type="dxa"/>
          </w:tcPr>
          <w:p w14:paraId="0698B4D5" w14:textId="34113307" w:rsidR="00D962C8" w:rsidRPr="001D7228" w:rsidRDefault="00D962C8" w:rsidP="004D7D11">
            <w:pPr>
              <w:rPr>
                <w:b/>
                <w:bCs/>
                <w:sz w:val="24"/>
                <w:szCs w:val="24"/>
              </w:rPr>
            </w:pPr>
            <w:r>
              <w:rPr>
                <w:b/>
                <w:bCs/>
                <w:sz w:val="24"/>
                <w:szCs w:val="24"/>
              </w:rPr>
              <w:t>Finish and</w:t>
            </w:r>
            <w:r w:rsidRPr="001D7228">
              <w:rPr>
                <w:b/>
                <w:bCs/>
                <w:sz w:val="24"/>
                <w:szCs w:val="24"/>
              </w:rPr>
              <w:t xml:space="preserve"> Sanding</w:t>
            </w:r>
          </w:p>
        </w:tc>
        <w:tc>
          <w:tcPr>
            <w:tcW w:w="2104" w:type="dxa"/>
          </w:tcPr>
          <w:p w14:paraId="2B5DF2E6" w14:textId="77777777" w:rsidR="00D962C8" w:rsidRPr="001D7228" w:rsidRDefault="00D962C8" w:rsidP="004D7D11">
            <w:pPr>
              <w:rPr>
                <w:sz w:val="24"/>
                <w:szCs w:val="24"/>
              </w:rPr>
            </w:pPr>
            <w:r w:rsidRPr="001D7228">
              <w:rPr>
                <w:sz w:val="24"/>
                <w:szCs w:val="24"/>
              </w:rPr>
              <w:t>Smooth surfaces, edges rounded, no splinters</w:t>
            </w:r>
          </w:p>
        </w:tc>
        <w:tc>
          <w:tcPr>
            <w:tcW w:w="1824" w:type="dxa"/>
          </w:tcPr>
          <w:p w14:paraId="4E3C18C7" w14:textId="77777777" w:rsidR="00D962C8" w:rsidRPr="001D7228" w:rsidRDefault="00D962C8" w:rsidP="004D7D11">
            <w:pPr>
              <w:rPr>
                <w:sz w:val="24"/>
                <w:szCs w:val="24"/>
              </w:rPr>
            </w:pPr>
            <w:r w:rsidRPr="001D7228">
              <w:rPr>
                <w:sz w:val="24"/>
                <w:szCs w:val="24"/>
              </w:rPr>
              <w:t>Mostly smooth, minimal roughness</w:t>
            </w:r>
          </w:p>
        </w:tc>
        <w:tc>
          <w:tcPr>
            <w:tcW w:w="1964" w:type="dxa"/>
          </w:tcPr>
          <w:p w14:paraId="728F5F1C" w14:textId="77777777" w:rsidR="00D962C8" w:rsidRPr="001D7228" w:rsidRDefault="00D962C8" w:rsidP="004D7D11">
            <w:pPr>
              <w:rPr>
                <w:sz w:val="24"/>
                <w:szCs w:val="24"/>
              </w:rPr>
            </w:pPr>
            <w:r w:rsidRPr="001D7228">
              <w:rPr>
                <w:sz w:val="24"/>
                <w:szCs w:val="24"/>
              </w:rPr>
              <w:t>Some rough areas or splinters</w:t>
            </w:r>
          </w:p>
        </w:tc>
        <w:tc>
          <w:tcPr>
            <w:tcW w:w="2309" w:type="dxa"/>
          </w:tcPr>
          <w:p w14:paraId="0140A6B1" w14:textId="77777777" w:rsidR="00D962C8" w:rsidRPr="001D7228" w:rsidRDefault="00D962C8" w:rsidP="004D7D11">
            <w:pPr>
              <w:rPr>
                <w:sz w:val="24"/>
                <w:szCs w:val="24"/>
              </w:rPr>
            </w:pPr>
            <w:r w:rsidRPr="001D7228">
              <w:rPr>
                <w:sz w:val="24"/>
                <w:szCs w:val="24"/>
              </w:rPr>
              <w:t>Rough surfaces, splinters present</w:t>
            </w:r>
          </w:p>
        </w:tc>
      </w:tr>
      <w:tr w:rsidR="00D962C8" w:rsidRPr="001D7228" w14:paraId="3A66349F" w14:textId="77777777" w:rsidTr="00D962C8">
        <w:trPr>
          <w:trHeight w:val="1088"/>
        </w:trPr>
        <w:tc>
          <w:tcPr>
            <w:tcW w:w="1964" w:type="dxa"/>
          </w:tcPr>
          <w:p w14:paraId="5C44A28D" w14:textId="77777777" w:rsidR="00D962C8" w:rsidRPr="001D7228" w:rsidRDefault="00D962C8" w:rsidP="004D7D11">
            <w:pPr>
              <w:rPr>
                <w:b/>
                <w:bCs/>
                <w:sz w:val="24"/>
                <w:szCs w:val="24"/>
              </w:rPr>
            </w:pPr>
            <w:r w:rsidRPr="001D7228">
              <w:rPr>
                <w:b/>
                <w:bCs/>
                <w:sz w:val="24"/>
                <w:szCs w:val="24"/>
              </w:rPr>
              <w:t>Safety Practices</w:t>
            </w:r>
          </w:p>
        </w:tc>
        <w:tc>
          <w:tcPr>
            <w:tcW w:w="2104" w:type="dxa"/>
          </w:tcPr>
          <w:p w14:paraId="501CD420" w14:textId="77777777" w:rsidR="00D962C8" w:rsidRPr="001D7228" w:rsidRDefault="00D962C8" w:rsidP="004D7D11">
            <w:pPr>
              <w:rPr>
                <w:sz w:val="24"/>
                <w:szCs w:val="24"/>
              </w:rPr>
            </w:pPr>
            <w:r w:rsidRPr="001D7228">
              <w:rPr>
                <w:sz w:val="24"/>
                <w:szCs w:val="24"/>
              </w:rPr>
              <w:t>Consistently used PPE and safe tool handling</w:t>
            </w:r>
          </w:p>
        </w:tc>
        <w:tc>
          <w:tcPr>
            <w:tcW w:w="1824" w:type="dxa"/>
          </w:tcPr>
          <w:p w14:paraId="7D02AA23" w14:textId="77777777" w:rsidR="00D962C8" w:rsidRPr="001D7228" w:rsidRDefault="00D962C8" w:rsidP="004D7D11">
            <w:pPr>
              <w:rPr>
                <w:sz w:val="24"/>
                <w:szCs w:val="24"/>
              </w:rPr>
            </w:pPr>
            <w:r w:rsidRPr="001D7228">
              <w:rPr>
                <w:sz w:val="24"/>
                <w:szCs w:val="24"/>
              </w:rPr>
              <w:t>Minor lapses in safety practices</w:t>
            </w:r>
          </w:p>
        </w:tc>
        <w:tc>
          <w:tcPr>
            <w:tcW w:w="1964" w:type="dxa"/>
          </w:tcPr>
          <w:p w14:paraId="6A45EABC" w14:textId="77777777" w:rsidR="00D962C8" w:rsidRPr="001D7228" w:rsidRDefault="00D962C8" w:rsidP="004D7D11">
            <w:pPr>
              <w:rPr>
                <w:sz w:val="24"/>
                <w:szCs w:val="24"/>
              </w:rPr>
            </w:pPr>
            <w:r w:rsidRPr="001D7228">
              <w:rPr>
                <w:sz w:val="24"/>
                <w:szCs w:val="24"/>
              </w:rPr>
              <w:t>Multiple lapses in safety awareness</w:t>
            </w:r>
          </w:p>
        </w:tc>
        <w:tc>
          <w:tcPr>
            <w:tcW w:w="2309" w:type="dxa"/>
          </w:tcPr>
          <w:p w14:paraId="174B2F67" w14:textId="77777777" w:rsidR="00D962C8" w:rsidRPr="001D7228" w:rsidRDefault="00D962C8" w:rsidP="004D7D11">
            <w:pPr>
              <w:rPr>
                <w:sz w:val="24"/>
                <w:szCs w:val="24"/>
              </w:rPr>
            </w:pPr>
            <w:r w:rsidRPr="001D7228">
              <w:rPr>
                <w:sz w:val="24"/>
                <w:szCs w:val="24"/>
              </w:rPr>
              <w:t>Unsafe tool use or missing PPE</w:t>
            </w:r>
          </w:p>
        </w:tc>
      </w:tr>
    </w:tbl>
    <w:p w14:paraId="7DFD860F" w14:textId="77777777" w:rsidR="00D962C8" w:rsidRPr="001D7228" w:rsidRDefault="00D962C8" w:rsidP="00D962C8">
      <w:pPr>
        <w:rPr>
          <w:sz w:val="24"/>
          <w:szCs w:val="24"/>
        </w:rPr>
      </w:pPr>
    </w:p>
    <w:p w14:paraId="020CE68A" w14:textId="77777777" w:rsidR="00D962C8" w:rsidRPr="001D7228" w:rsidRDefault="00D962C8" w:rsidP="00D962C8">
      <w:pPr>
        <w:rPr>
          <w:b/>
          <w:bCs/>
          <w:sz w:val="24"/>
          <w:szCs w:val="24"/>
        </w:rPr>
      </w:pPr>
      <w:r w:rsidRPr="001D7228">
        <w:rPr>
          <w:b/>
          <w:bCs/>
          <w:sz w:val="24"/>
          <w:szCs w:val="24"/>
        </w:rPr>
        <w:t>Score                 /20</w:t>
      </w:r>
    </w:p>
    <w:p w14:paraId="1A7C5E67" w14:textId="77777777" w:rsidR="00D962C8" w:rsidRPr="00D962C8" w:rsidRDefault="00D962C8" w:rsidP="00D962C8">
      <w:pPr>
        <w:rPr>
          <w:sz w:val="24"/>
          <w:szCs w:val="24"/>
        </w:rPr>
      </w:pPr>
    </w:p>
    <w:p w14:paraId="6D888449" w14:textId="12DF6717" w:rsidR="00765F07" w:rsidRPr="001D7228" w:rsidRDefault="00765F07" w:rsidP="00450FCD">
      <w:pPr>
        <w:rPr>
          <w:sz w:val="24"/>
          <w:szCs w:val="24"/>
        </w:rPr>
      </w:pPr>
    </w:p>
    <w:p w14:paraId="5414928E" w14:textId="77777777" w:rsidR="00DC6D5C" w:rsidRPr="001D7228" w:rsidRDefault="00DC6D5C" w:rsidP="00450FCD">
      <w:pPr>
        <w:rPr>
          <w:sz w:val="24"/>
          <w:szCs w:val="24"/>
        </w:rPr>
      </w:pPr>
    </w:p>
    <w:p w14:paraId="29D560B6" w14:textId="77777777" w:rsidR="00DC6D5C" w:rsidRPr="001D7228" w:rsidRDefault="00DC6D5C" w:rsidP="00450FCD">
      <w:pPr>
        <w:rPr>
          <w:sz w:val="24"/>
          <w:szCs w:val="24"/>
        </w:rPr>
      </w:pPr>
    </w:p>
    <w:p w14:paraId="6A26B572" w14:textId="77777777" w:rsidR="00DC6D5C" w:rsidRPr="001D7228" w:rsidRDefault="00DC6D5C" w:rsidP="00450FCD">
      <w:pPr>
        <w:rPr>
          <w:sz w:val="24"/>
          <w:szCs w:val="24"/>
        </w:rPr>
      </w:pPr>
    </w:p>
    <w:p w14:paraId="616951C3" w14:textId="77777777" w:rsidR="00DC6D5C" w:rsidRPr="001D7228" w:rsidRDefault="00DC6D5C" w:rsidP="00450FCD">
      <w:pPr>
        <w:rPr>
          <w:sz w:val="24"/>
          <w:szCs w:val="24"/>
        </w:rPr>
      </w:pPr>
    </w:p>
    <w:p w14:paraId="649BBC3E" w14:textId="77777777" w:rsidR="00DC6D5C" w:rsidRPr="001D7228" w:rsidRDefault="00DC6D5C" w:rsidP="00450FCD">
      <w:pPr>
        <w:rPr>
          <w:sz w:val="24"/>
          <w:szCs w:val="24"/>
        </w:rPr>
      </w:pPr>
    </w:p>
    <w:p w14:paraId="7967DC3F" w14:textId="77777777" w:rsidR="00DC6D5C" w:rsidRPr="001D7228" w:rsidRDefault="00DC6D5C" w:rsidP="00450FCD">
      <w:pPr>
        <w:rPr>
          <w:sz w:val="24"/>
          <w:szCs w:val="24"/>
        </w:rPr>
      </w:pPr>
    </w:p>
    <w:p w14:paraId="675776BE" w14:textId="77777777" w:rsidR="00DC6D5C" w:rsidRPr="001D7228" w:rsidRDefault="00DC6D5C" w:rsidP="00450FCD">
      <w:pPr>
        <w:rPr>
          <w:sz w:val="24"/>
          <w:szCs w:val="24"/>
        </w:rPr>
      </w:pPr>
    </w:p>
    <w:p w14:paraId="5F848DA6" w14:textId="77777777" w:rsidR="00DC6D5C" w:rsidRPr="001D7228" w:rsidRDefault="00DC6D5C" w:rsidP="00450FCD">
      <w:pPr>
        <w:rPr>
          <w:sz w:val="24"/>
          <w:szCs w:val="24"/>
        </w:rPr>
      </w:pPr>
    </w:p>
    <w:p w14:paraId="2468A5FF" w14:textId="4CC3CE9B" w:rsidR="00450FCD" w:rsidRPr="001D7228" w:rsidRDefault="00CB23A0" w:rsidP="00395D64">
      <w:pPr>
        <w:pStyle w:val="ListParagraph"/>
        <w:numPr>
          <w:ilvl w:val="0"/>
          <w:numId w:val="17"/>
        </w:numPr>
        <w:rPr>
          <w:b/>
          <w:bCs/>
          <w:color w:val="4F81BD" w:themeColor="accent1"/>
          <w:sz w:val="24"/>
          <w:szCs w:val="24"/>
        </w:rPr>
      </w:pPr>
      <w:r w:rsidRPr="001D7228">
        <w:rPr>
          <w:b/>
          <w:bCs/>
          <w:color w:val="4F81BD" w:themeColor="accent1"/>
          <w:sz w:val="24"/>
          <w:szCs w:val="24"/>
        </w:rPr>
        <w:lastRenderedPageBreak/>
        <w:t>Reflect and review.</w:t>
      </w:r>
    </w:p>
    <w:p w14:paraId="7CE7FB00" w14:textId="07617322" w:rsidR="00CB23A0" w:rsidRPr="001D7228" w:rsidRDefault="00CB23A0" w:rsidP="00CB23A0">
      <w:pPr>
        <w:rPr>
          <w:sz w:val="24"/>
          <w:szCs w:val="24"/>
        </w:rPr>
      </w:pPr>
      <w:r w:rsidRPr="001D7228">
        <w:rPr>
          <w:sz w:val="24"/>
          <w:szCs w:val="24"/>
        </w:rPr>
        <w:t>Pick a project and complete it.</w:t>
      </w:r>
    </w:p>
    <w:p w14:paraId="35319C56" w14:textId="158EB325" w:rsidR="00450FCD" w:rsidRPr="001D7228" w:rsidRDefault="00450FCD" w:rsidP="00450FCD">
      <w:pPr>
        <w:rPr>
          <w:b/>
          <w:bCs/>
          <w:sz w:val="24"/>
          <w:szCs w:val="24"/>
        </w:rPr>
      </w:pPr>
      <w:r w:rsidRPr="001D7228">
        <w:rPr>
          <w:b/>
          <w:bCs/>
          <w:sz w:val="24"/>
          <w:szCs w:val="24"/>
        </w:rPr>
        <w:t>1. Power Tool Safety Poster</w:t>
      </w:r>
    </w:p>
    <w:p w14:paraId="4B476004" w14:textId="77777777" w:rsidR="00450FCD" w:rsidRPr="001D7228" w:rsidRDefault="00450FCD" w:rsidP="00450FCD">
      <w:pPr>
        <w:rPr>
          <w:sz w:val="24"/>
          <w:szCs w:val="24"/>
        </w:rPr>
      </w:pPr>
      <w:r w:rsidRPr="001D7228">
        <w:rPr>
          <w:sz w:val="24"/>
          <w:szCs w:val="24"/>
        </w:rPr>
        <w:t>Objective: Design a safety poster for a specific power tool.</w:t>
      </w:r>
      <w:r w:rsidRPr="001D7228">
        <w:rPr>
          <w:sz w:val="24"/>
          <w:szCs w:val="24"/>
        </w:rPr>
        <w:br/>
        <w:t>Instructions</w:t>
      </w:r>
      <w:proofErr w:type="gramStart"/>
      <w:r w:rsidRPr="001D7228">
        <w:rPr>
          <w:sz w:val="24"/>
          <w:szCs w:val="24"/>
        </w:rPr>
        <w:t>:</w:t>
      </w:r>
      <w:proofErr w:type="gramEnd"/>
      <w:r w:rsidRPr="001D7228">
        <w:rPr>
          <w:sz w:val="24"/>
          <w:szCs w:val="24"/>
        </w:rPr>
        <w:br/>
        <w:t>- Pick one tool: Drill, Jigsaw, or Sander</w:t>
      </w:r>
      <w:r w:rsidRPr="001D7228">
        <w:rPr>
          <w:sz w:val="24"/>
          <w:szCs w:val="24"/>
        </w:rPr>
        <w:br/>
        <w:t>- Make a half-page poster</w:t>
      </w:r>
      <w:r w:rsidRPr="001D7228">
        <w:rPr>
          <w:sz w:val="24"/>
          <w:szCs w:val="24"/>
        </w:rPr>
        <w:br/>
        <w:t>- Include: Tool Name, One Safety Rule, and an Image or Drawing</w:t>
      </w:r>
      <w:r w:rsidRPr="001D7228">
        <w:rPr>
          <w:sz w:val="24"/>
          <w:szCs w:val="24"/>
        </w:rPr>
        <w:br/>
        <w:t>- Bonus: Add a catchy safety slogan and decorate it!</w:t>
      </w:r>
    </w:p>
    <w:p w14:paraId="0C3B4BF4" w14:textId="5C1D1884" w:rsidR="00450FCD" w:rsidRPr="001D7228" w:rsidRDefault="0042252D" w:rsidP="00450FCD">
      <w:pPr>
        <w:rPr>
          <w:b/>
          <w:bCs/>
          <w:sz w:val="24"/>
          <w:szCs w:val="24"/>
        </w:rPr>
      </w:pPr>
      <w:r w:rsidRPr="001D7228">
        <w:rPr>
          <w:b/>
          <w:bCs/>
          <w:sz w:val="24"/>
          <w:szCs w:val="24"/>
        </w:rPr>
        <w:t>2</w:t>
      </w:r>
      <w:r w:rsidR="00450FCD" w:rsidRPr="001D7228">
        <w:rPr>
          <w:b/>
          <w:bCs/>
          <w:sz w:val="24"/>
          <w:szCs w:val="24"/>
        </w:rPr>
        <w:t>. Fix the Mistake - Safety Scenarios</w:t>
      </w:r>
    </w:p>
    <w:p w14:paraId="59DD8297" w14:textId="77777777" w:rsidR="00450FCD" w:rsidRPr="001D7228" w:rsidRDefault="00450FCD" w:rsidP="00450FCD">
      <w:pPr>
        <w:rPr>
          <w:sz w:val="24"/>
          <w:szCs w:val="24"/>
        </w:rPr>
      </w:pPr>
      <w:r w:rsidRPr="001D7228">
        <w:rPr>
          <w:sz w:val="24"/>
          <w:szCs w:val="24"/>
        </w:rPr>
        <w:t>Objective: Read the scenario and find the safety mistake.</w:t>
      </w:r>
      <w:r w:rsidRPr="001D7228">
        <w:rPr>
          <w:sz w:val="24"/>
          <w:szCs w:val="24"/>
        </w:rPr>
        <w:br/>
        <w:t>Instructions: Write or explain what is wrong and how to fix it.</w:t>
      </w:r>
      <w:r w:rsidRPr="001D7228">
        <w:rPr>
          <w:sz w:val="24"/>
          <w:szCs w:val="24"/>
        </w:rPr>
        <w:br/>
      </w:r>
      <w:r w:rsidRPr="001D7228">
        <w:rPr>
          <w:sz w:val="24"/>
          <w:szCs w:val="24"/>
        </w:rPr>
        <w:br/>
        <w:t>Example Scenarios</w:t>
      </w:r>
      <w:proofErr w:type="gramStart"/>
      <w:r w:rsidRPr="001D7228">
        <w:rPr>
          <w:sz w:val="24"/>
          <w:szCs w:val="24"/>
        </w:rPr>
        <w:t>:</w:t>
      </w:r>
      <w:proofErr w:type="gramEnd"/>
      <w:r w:rsidRPr="001D7228">
        <w:rPr>
          <w:sz w:val="24"/>
          <w:szCs w:val="24"/>
        </w:rPr>
        <w:br/>
        <w:t>1. Eli uses a jigsaw with one hand while holding the wood with the other. What’s wrong?</w:t>
      </w:r>
      <w:r w:rsidRPr="001D7228">
        <w:rPr>
          <w:sz w:val="24"/>
          <w:szCs w:val="24"/>
        </w:rPr>
        <w:br/>
        <w:t>2. Maya drilled without safety glasses because it was a quick job. What’s the risk?</w:t>
      </w:r>
      <w:r w:rsidRPr="001D7228">
        <w:rPr>
          <w:sz w:val="24"/>
          <w:szCs w:val="24"/>
        </w:rPr>
        <w:br/>
        <w:t>3. Jordan sanded wood without checking if the sander’s pad was damaged.</w:t>
      </w:r>
      <w:r w:rsidRPr="001D7228">
        <w:rPr>
          <w:sz w:val="24"/>
          <w:szCs w:val="24"/>
        </w:rPr>
        <w:br/>
        <w:t>4. Alex plugs in the drill with wet hands.</w:t>
      </w:r>
      <w:r w:rsidRPr="001D7228">
        <w:rPr>
          <w:sz w:val="24"/>
          <w:szCs w:val="24"/>
        </w:rPr>
        <w:br/>
        <w:t>5. Sam walks around swinging a plugged-in power tool.</w:t>
      </w:r>
    </w:p>
    <w:p w14:paraId="21E7C87A" w14:textId="0652D1B4" w:rsidR="00450FCD" w:rsidRPr="001D7228" w:rsidRDefault="0042252D" w:rsidP="00450FCD">
      <w:pPr>
        <w:rPr>
          <w:b/>
          <w:bCs/>
          <w:sz w:val="24"/>
          <w:szCs w:val="24"/>
        </w:rPr>
      </w:pPr>
      <w:r w:rsidRPr="001D7228">
        <w:rPr>
          <w:b/>
          <w:bCs/>
          <w:sz w:val="24"/>
          <w:szCs w:val="24"/>
        </w:rPr>
        <w:t>3</w:t>
      </w:r>
      <w:r w:rsidR="00450FCD" w:rsidRPr="001D7228">
        <w:rPr>
          <w:b/>
          <w:bCs/>
          <w:sz w:val="24"/>
          <w:szCs w:val="24"/>
        </w:rPr>
        <w:t>. Tool Talk: Interview a Power Tool</w:t>
      </w:r>
    </w:p>
    <w:p w14:paraId="783A914F" w14:textId="77777777" w:rsidR="00DC6D5C" w:rsidRPr="001D7228" w:rsidRDefault="00450FCD" w:rsidP="00CB23A0">
      <w:pPr>
        <w:spacing w:after="0" w:line="240" w:lineRule="auto"/>
        <w:rPr>
          <w:sz w:val="24"/>
          <w:szCs w:val="24"/>
        </w:rPr>
      </w:pPr>
      <w:r w:rsidRPr="001D7228">
        <w:rPr>
          <w:sz w:val="24"/>
          <w:szCs w:val="24"/>
        </w:rPr>
        <w:t>Objective: Pretend you’re interviewing a power tool.</w:t>
      </w:r>
      <w:r w:rsidRPr="001D7228">
        <w:rPr>
          <w:sz w:val="24"/>
          <w:szCs w:val="24"/>
        </w:rPr>
        <w:br/>
        <w:t>Instructions: Pick one tool and answer the questions below as if the tool is speaking.</w:t>
      </w:r>
      <w:r w:rsidRPr="001D7228">
        <w:rPr>
          <w:sz w:val="24"/>
          <w:szCs w:val="24"/>
        </w:rPr>
        <w:br/>
      </w:r>
      <w:r w:rsidRPr="001D7228">
        <w:rPr>
          <w:sz w:val="24"/>
          <w:szCs w:val="24"/>
        </w:rPr>
        <w:br/>
        <w:t>Tool Name: ______________________</w:t>
      </w:r>
      <w:r w:rsidRPr="001D7228">
        <w:rPr>
          <w:sz w:val="24"/>
          <w:szCs w:val="24"/>
        </w:rPr>
        <w:br/>
        <w:t>1. What’s your name and what do you do?</w:t>
      </w:r>
      <w:r w:rsidRPr="001D7228">
        <w:rPr>
          <w:sz w:val="24"/>
          <w:szCs w:val="24"/>
        </w:rPr>
        <w:br/>
        <w:t>2. What materials do you work best on?</w:t>
      </w:r>
      <w:r w:rsidRPr="001D7228">
        <w:rPr>
          <w:sz w:val="24"/>
          <w:szCs w:val="24"/>
        </w:rPr>
        <w:br/>
        <w:t>3. What’s your biggest safety risk?</w:t>
      </w:r>
      <w:r w:rsidRPr="001D7228">
        <w:rPr>
          <w:sz w:val="24"/>
          <w:szCs w:val="24"/>
        </w:rPr>
        <w:br/>
        <w:t>4. What should humans NEVER do when using you?</w:t>
      </w:r>
    </w:p>
    <w:p w14:paraId="7210E88C" w14:textId="77777777" w:rsidR="00DC6D5C" w:rsidRPr="001D7228" w:rsidRDefault="00DC6D5C" w:rsidP="00CB23A0">
      <w:pPr>
        <w:spacing w:after="0" w:line="240" w:lineRule="auto"/>
        <w:rPr>
          <w:sz w:val="24"/>
          <w:szCs w:val="24"/>
        </w:rPr>
      </w:pPr>
    </w:p>
    <w:p w14:paraId="20497BD3" w14:textId="77777777" w:rsidR="00DC6D5C" w:rsidRPr="001D7228" w:rsidRDefault="00DC6D5C" w:rsidP="00CB23A0">
      <w:pPr>
        <w:spacing w:after="0" w:line="240" w:lineRule="auto"/>
        <w:rPr>
          <w:sz w:val="24"/>
          <w:szCs w:val="24"/>
        </w:rPr>
      </w:pPr>
    </w:p>
    <w:p w14:paraId="7141CDD5" w14:textId="77777777" w:rsidR="00DC6D5C" w:rsidRPr="001D7228" w:rsidRDefault="00DC6D5C" w:rsidP="00CB23A0">
      <w:pPr>
        <w:spacing w:after="0" w:line="240" w:lineRule="auto"/>
        <w:rPr>
          <w:sz w:val="24"/>
          <w:szCs w:val="24"/>
        </w:rPr>
      </w:pPr>
    </w:p>
    <w:p w14:paraId="18092916" w14:textId="77777777" w:rsidR="00DC6D5C" w:rsidRPr="001D7228" w:rsidRDefault="00DC6D5C" w:rsidP="00CB23A0">
      <w:pPr>
        <w:spacing w:after="0" w:line="240" w:lineRule="auto"/>
        <w:rPr>
          <w:sz w:val="24"/>
          <w:szCs w:val="24"/>
        </w:rPr>
      </w:pPr>
    </w:p>
    <w:p w14:paraId="08C8C692" w14:textId="77777777" w:rsidR="00DC6D5C" w:rsidRPr="001D7228" w:rsidRDefault="00DC6D5C" w:rsidP="00CB23A0">
      <w:pPr>
        <w:spacing w:after="0" w:line="240" w:lineRule="auto"/>
        <w:rPr>
          <w:sz w:val="24"/>
          <w:szCs w:val="24"/>
        </w:rPr>
      </w:pPr>
    </w:p>
    <w:p w14:paraId="74BB99A1" w14:textId="77777777" w:rsidR="00DC6D5C" w:rsidRPr="001D7228" w:rsidRDefault="00DC6D5C" w:rsidP="00CB23A0">
      <w:pPr>
        <w:spacing w:after="0" w:line="240" w:lineRule="auto"/>
        <w:rPr>
          <w:sz w:val="24"/>
          <w:szCs w:val="24"/>
        </w:rPr>
      </w:pPr>
    </w:p>
    <w:p w14:paraId="452BE116" w14:textId="77777777" w:rsidR="00DC6D5C" w:rsidRPr="001D7228" w:rsidRDefault="00DC6D5C" w:rsidP="00CB23A0">
      <w:pPr>
        <w:spacing w:after="0" w:line="240" w:lineRule="auto"/>
        <w:rPr>
          <w:sz w:val="24"/>
          <w:szCs w:val="24"/>
        </w:rPr>
      </w:pPr>
    </w:p>
    <w:p w14:paraId="667B152F" w14:textId="77777777" w:rsidR="00DC6D5C" w:rsidRPr="001D7228" w:rsidRDefault="00DC6D5C" w:rsidP="00CB23A0">
      <w:pPr>
        <w:spacing w:after="0" w:line="240" w:lineRule="auto"/>
        <w:rPr>
          <w:sz w:val="24"/>
          <w:szCs w:val="24"/>
        </w:rPr>
      </w:pPr>
    </w:p>
    <w:p w14:paraId="65801284" w14:textId="77777777" w:rsidR="00DC6D5C" w:rsidRPr="001D7228" w:rsidRDefault="00DC6D5C" w:rsidP="00CB23A0">
      <w:pPr>
        <w:spacing w:after="0" w:line="240" w:lineRule="auto"/>
        <w:rPr>
          <w:sz w:val="24"/>
          <w:szCs w:val="24"/>
        </w:rPr>
      </w:pPr>
    </w:p>
    <w:p w14:paraId="7AE37AFE" w14:textId="77777777" w:rsidR="00DC6D5C" w:rsidRPr="001D7228" w:rsidRDefault="00DC6D5C" w:rsidP="00CB23A0">
      <w:pPr>
        <w:spacing w:after="0" w:line="240" w:lineRule="auto"/>
        <w:rPr>
          <w:sz w:val="24"/>
          <w:szCs w:val="24"/>
        </w:rPr>
      </w:pPr>
    </w:p>
    <w:p w14:paraId="675995D7" w14:textId="54C55832" w:rsidR="00DC6D5C" w:rsidRPr="001D7228" w:rsidRDefault="00395D64" w:rsidP="00DC6D5C">
      <w:pPr>
        <w:pStyle w:val="Heading2"/>
        <w:rPr>
          <w:rFonts w:asciiTheme="minorHAnsi" w:hAnsiTheme="minorHAnsi"/>
          <w:sz w:val="24"/>
          <w:szCs w:val="24"/>
        </w:rPr>
      </w:pPr>
      <w:r w:rsidRPr="001D7228">
        <w:rPr>
          <w:rFonts w:asciiTheme="minorHAnsi" w:hAnsiTheme="minorHAnsi"/>
          <w:sz w:val="24"/>
          <w:szCs w:val="24"/>
        </w:rPr>
        <w:lastRenderedPageBreak/>
        <w:t>9</w:t>
      </w:r>
      <w:r w:rsidR="00DC6D5C" w:rsidRPr="001D7228">
        <w:rPr>
          <w:rFonts w:asciiTheme="minorHAnsi" w:hAnsiTheme="minorHAnsi"/>
          <w:sz w:val="24"/>
          <w:szCs w:val="24"/>
        </w:rPr>
        <w:t>. Safety Quiz</w:t>
      </w:r>
    </w:p>
    <w:p w14:paraId="72D6417A" w14:textId="77777777" w:rsidR="00DC6D5C" w:rsidRPr="001D7228" w:rsidRDefault="00DC6D5C" w:rsidP="00DC6D5C">
      <w:pPr>
        <w:rPr>
          <w:sz w:val="24"/>
          <w:szCs w:val="24"/>
        </w:rPr>
      </w:pPr>
    </w:p>
    <w:p w14:paraId="209AE680" w14:textId="77777777" w:rsidR="00DC6D5C" w:rsidRPr="001D7228" w:rsidRDefault="00DC6D5C" w:rsidP="00DC6D5C">
      <w:pPr>
        <w:rPr>
          <w:sz w:val="24"/>
          <w:szCs w:val="24"/>
        </w:rPr>
      </w:pPr>
      <w:r w:rsidRPr="001D7228">
        <w:rPr>
          <w:sz w:val="24"/>
          <w:szCs w:val="24"/>
        </w:rPr>
        <w:t>1. What should you always wear when using a power tool?</w:t>
      </w:r>
    </w:p>
    <w:p w14:paraId="718975AB" w14:textId="77777777" w:rsidR="00DC6D5C" w:rsidRPr="001D7228" w:rsidRDefault="00DC6D5C" w:rsidP="00DC6D5C">
      <w:pPr>
        <w:spacing w:after="0" w:line="240" w:lineRule="auto"/>
        <w:rPr>
          <w:sz w:val="24"/>
          <w:szCs w:val="24"/>
        </w:rPr>
      </w:pPr>
      <w:r w:rsidRPr="001D7228">
        <w:rPr>
          <w:sz w:val="24"/>
          <w:szCs w:val="24"/>
        </w:rPr>
        <w:t>A) Sandals</w:t>
      </w:r>
    </w:p>
    <w:p w14:paraId="417411AA" w14:textId="77777777" w:rsidR="00DC6D5C" w:rsidRPr="001D7228" w:rsidRDefault="00DC6D5C" w:rsidP="00DC6D5C">
      <w:pPr>
        <w:spacing w:after="0" w:line="240" w:lineRule="auto"/>
        <w:rPr>
          <w:sz w:val="24"/>
          <w:szCs w:val="24"/>
        </w:rPr>
      </w:pPr>
      <w:r w:rsidRPr="001D7228">
        <w:rPr>
          <w:sz w:val="24"/>
          <w:szCs w:val="24"/>
        </w:rPr>
        <w:t>B) Gloves only</w:t>
      </w:r>
    </w:p>
    <w:p w14:paraId="1CD67A01" w14:textId="77777777" w:rsidR="00DC6D5C" w:rsidRPr="001D7228" w:rsidRDefault="00DC6D5C" w:rsidP="00DC6D5C">
      <w:pPr>
        <w:spacing w:after="0" w:line="240" w:lineRule="auto"/>
        <w:rPr>
          <w:sz w:val="24"/>
          <w:szCs w:val="24"/>
        </w:rPr>
      </w:pPr>
      <w:r w:rsidRPr="001D7228">
        <w:rPr>
          <w:sz w:val="24"/>
          <w:szCs w:val="24"/>
        </w:rPr>
        <w:t>C) Safety goggles</w:t>
      </w:r>
    </w:p>
    <w:p w14:paraId="6B134AA2" w14:textId="77777777" w:rsidR="00DC6D5C" w:rsidRPr="001D7228" w:rsidRDefault="00DC6D5C" w:rsidP="00DC6D5C">
      <w:pPr>
        <w:spacing w:after="0" w:line="240" w:lineRule="auto"/>
        <w:rPr>
          <w:sz w:val="24"/>
          <w:szCs w:val="24"/>
        </w:rPr>
      </w:pPr>
      <w:r w:rsidRPr="001D7228">
        <w:rPr>
          <w:sz w:val="24"/>
          <w:szCs w:val="24"/>
        </w:rPr>
        <w:t>D) A backpack</w:t>
      </w:r>
    </w:p>
    <w:p w14:paraId="7105B149" w14:textId="77777777" w:rsidR="00DC6D5C" w:rsidRPr="001D7228" w:rsidRDefault="00DC6D5C" w:rsidP="00DC6D5C">
      <w:pPr>
        <w:rPr>
          <w:sz w:val="24"/>
          <w:szCs w:val="24"/>
        </w:rPr>
      </w:pPr>
    </w:p>
    <w:p w14:paraId="02B4B4D3" w14:textId="72603CB4" w:rsidR="00DC6D5C" w:rsidRPr="001D7228" w:rsidRDefault="00DC6D5C" w:rsidP="00DC6D5C">
      <w:pPr>
        <w:rPr>
          <w:sz w:val="24"/>
          <w:szCs w:val="24"/>
        </w:rPr>
      </w:pPr>
      <w:r w:rsidRPr="001D7228">
        <w:rPr>
          <w:sz w:val="24"/>
          <w:szCs w:val="24"/>
        </w:rPr>
        <w:t>2. What should you do before changing the blade on a jigsaw?</w:t>
      </w:r>
    </w:p>
    <w:p w14:paraId="6989B201" w14:textId="77777777" w:rsidR="00DC6D5C" w:rsidRPr="001D7228" w:rsidRDefault="00DC6D5C" w:rsidP="00DC6D5C">
      <w:pPr>
        <w:spacing w:after="0" w:line="240" w:lineRule="auto"/>
        <w:rPr>
          <w:sz w:val="24"/>
          <w:szCs w:val="24"/>
        </w:rPr>
      </w:pPr>
      <w:r w:rsidRPr="001D7228">
        <w:rPr>
          <w:sz w:val="24"/>
          <w:szCs w:val="24"/>
        </w:rPr>
        <w:t>A) Test the blade first</w:t>
      </w:r>
    </w:p>
    <w:p w14:paraId="627EC8C6" w14:textId="77777777" w:rsidR="00DC6D5C" w:rsidRPr="001D7228" w:rsidRDefault="00DC6D5C" w:rsidP="00DC6D5C">
      <w:pPr>
        <w:spacing w:after="0" w:line="240" w:lineRule="auto"/>
        <w:rPr>
          <w:sz w:val="24"/>
          <w:szCs w:val="24"/>
        </w:rPr>
      </w:pPr>
      <w:r w:rsidRPr="001D7228">
        <w:rPr>
          <w:sz w:val="24"/>
          <w:szCs w:val="24"/>
        </w:rPr>
        <w:t>B) Leave the tool plugged in</w:t>
      </w:r>
    </w:p>
    <w:p w14:paraId="34E940CD" w14:textId="77777777" w:rsidR="00DC6D5C" w:rsidRPr="001D7228" w:rsidRDefault="00DC6D5C" w:rsidP="00DC6D5C">
      <w:pPr>
        <w:spacing w:after="0" w:line="240" w:lineRule="auto"/>
        <w:rPr>
          <w:sz w:val="24"/>
          <w:szCs w:val="24"/>
        </w:rPr>
      </w:pPr>
      <w:r w:rsidRPr="001D7228">
        <w:rPr>
          <w:sz w:val="24"/>
          <w:szCs w:val="24"/>
        </w:rPr>
        <w:t>C) Unplug the tool</w:t>
      </w:r>
    </w:p>
    <w:p w14:paraId="7367CF63" w14:textId="77777777" w:rsidR="00DC6D5C" w:rsidRPr="001D7228" w:rsidRDefault="00DC6D5C" w:rsidP="00DC6D5C">
      <w:pPr>
        <w:spacing w:after="0" w:line="240" w:lineRule="auto"/>
        <w:rPr>
          <w:sz w:val="24"/>
          <w:szCs w:val="24"/>
        </w:rPr>
      </w:pPr>
      <w:r w:rsidRPr="001D7228">
        <w:rPr>
          <w:sz w:val="24"/>
          <w:szCs w:val="24"/>
        </w:rPr>
        <w:t>D) Turn the speed to high</w:t>
      </w:r>
    </w:p>
    <w:p w14:paraId="708BFDC7" w14:textId="77777777" w:rsidR="00DC6D5C" w:rsidRPr="001D7228" w:rsidRDefault="00DC6D5C" w:rsidP="00DC6D5C">
      <w:pPr>
        <w:rPr>
          <w:sz w:val="24"/>
          <w:szCs w:val="24"/>
        </w:rPr>
      </w:pPr>
    </w:p>
    <w:p w14:paraId="45939C06" w14:textId="77777777" w:rsidR="00DC6D5C" w:rsidRPr="001D7228" w:rsidRDefault="00DC6D5C" w:rsidP="00DC6D5C">
      <w:pPr>
        <w:rPr>
          <w:sz w:val="24"/>
          <w:szCs w:val="24"/>
        </w:rPr>
      </w:pPr>
      <w:r w:rsidRPr="001D7228">
        <w:rPr>
          <w:sz w:val="24"/>
          <w:szCs w:val="24"/>
        </w:rPr>
        <w:t>3. What does a symbol with glasses mean?</w:t>
      </w:r>
    </w:p>
    <w:p w14:paraId="4AD57F33" w14:textId="77777777" w:rsidR="00DC6D5C" w:rsidRPr="001D7228" w:rsidRDefault="00DC6D5C" w:rsidP="00DC6D5C">
      <w:pPr>
        <w:spacing w:after="0" w:line="240" w:lineRule="auto"/>
        <w:rPr>
          <w:sz w:val="24"/>
          <w:szCs w:val="24"/>
        </w:rPr>
      </w:pPr>
      <w:r w:rsidRPr="001D7228">
        <w:rPr>
          <w:sz w:val="24"/>
          <w:szCs w:val="24"/>
        </w:rPr>
        <w:t>A) Get a new pair of glasses</w:t>
      </w:r>
    </w:p>
    <w:p w14:paraId="7B7DAC61" w14:textId="77777777" w:rsidR="00DC6D5C" w:rsidRPr="001D7228" w:rsidRDefault="00DC6D5C" w:rsidP="00DC6D5C">
      <w:pPr>
        <w:spacing w:after="0" w:line="240" w:lineRule="auto"/>
        <w:rPr>
          <w:sz w:val="24"/>
          <w:szCs w:val="24"/>
        </w:rPr>
      </w:pPr>
      <w:r w:rsidRPr="001D7228">
        <w:rPr>
          <w:sz w:val="24"/>
          <w:szCs w:val="24"/>
        </w:rPr>
        <w:t>B) Wear safety goggles</w:t>
      </w:r>
    </w:p>
    <w:p w14:paraId="1F4AF1D0" w14:textId="77777777" w:rsidR="00DC6D5C" w:rsidRPr="001D7228" w:rsidRDefault="00DC6D5C" w:rsidP="00DC6D5C">
      <w:pPr>
        <w:spacing w:after="0" w:line="240" w:lineRule="auto"/>
        <w:rPr>
          <w:sz w:val="24"/>
          <w:szCs w:val="24"/>
        </w:rPr>
      </w:pPr>
      <w:r w:rsidRPr="001D7228">
        <w:rPr>
          <w:sz w:val="24"/>
          <w:szCs w:val="24"/>
        </w:rPr>
        <w:t>C) No sunglasses allowed</w:t>
      </w:r>
    </w:p>
    <w:p w14:paraId="192B73AF" w14:textId="77777777" w:rsidR="00DC6D5C" w:rsidRPr="001D7228" w:rsidRDefault="00DC6D5C" w:rsidP="00DC6D5C">
      <w:pPr>
        <w:spacing w:after="0" w:line="240" w:lineRule="auto"/>
        <w:rPr>
          <w:sz w:val="24"/>
          <w:szCs w:val="24"/>
        </w:rPr>
      </w:pPr>
      <w:r w:rsidRPr="001D7228">
        <w:rPr>
          <w:sz w:val="24"/>
          <w:szCs w:val="24"/>
        </w:rPr>
        <w:t>D) Wear gloves</w:t>
      </w:r>
    </w:p>
    <w:p w14:paraId="3301C01D" w14:textId="77777777" w:rsidR="00DC6D5C" w:rsidRPr="001D7228" w:rsidRDefault="00DC6D5C" w:rsidP="00DC6D5C">
      <w:pPr>
        <w:rPr>
          <w:sz w:val="24"/>
          <w:szCs w:val="24"/>
        </w:rPr>
      </w:pPr>
    </w:p>
    <w:p w14:paraId="6533F392" w14:textId="77777777" w:rsidR="00DC6D5C" w:rsidRPr="001D7228" w:rsidRDefault="00DC6D5C" w:rsidP="00DC6D5C">
      <w:pPr>
        <w:rPr>
          <w:sz w:val="24"/>
          <w:szCs w:val="24"/>
        </w:rPr>
      </w:pPr>
      <w:r w:rsidRPr="001D7228">
        <w:rPr>
          <w:sz w:val="24"/>
          <w:szCs w:val="24"/>
        </w:rPr>
        <w:t>4. Why is it important to drill a pilot hole before using a screw?</w:t>
      </w:r>
    </w:p>
    <w:p w14:paraId="15141C7B" w14:textId="77777777" w:rsidR="00DC6D5C" w:rsidRPr="001D7228" w:rsidRDefault="00DC6D5C" w:rsidP="00DC6D5C">
      <w:pPr>
        <w:spacing w:after="0" w:line="240" w:lineRule="auto"/>
        <w:rPr>
          <w:sz w:val="24"/>
          <w:szCs w:val="24"/>
        </w:rPr>
      </w:pPr>
      <w:r w:rsidRPr="001D7228">
        <w:rPr>
          <w:sz w:val="24"/>
          <w:szCs w:val="24"/>
        </w:rPr>
        <w:t>A) It makes the tool louder</w:t>
      </w:r>
    </w:p>
    <w:p w14:paraId="3F955880" w14:textId="77777777" w:rsidR="00DC6D5C" w:rsidRPr="001D7228" w:rsidRDefault="00DC6D5C" w:rsidP="00DC6D5C">
      <w:pPr>
        <w:spacing w:after="0" w:line="240" w:lineRule="auto"/>
        <w:rPr>
          <w:sz w:val="24"/>
          <w:szCs w:val="24"/>
        </w:rPr>
      </w:pPr>
      <w:r w:rsidRPr="001D7228">
        <w:rPr>
          <w:sz w:val="24"/>
          <w:szCs w:val="24"/>
        </w:rPr>
        <w:t>B) It helps the screw go in straight and prevents wood from splitting</w:t>
      </w:r>
    </w:p>
    <w:p w14:paraId="5F70FAB8" w14:textId="77777777" w:rsidR="00DC6D5C" w:rsidRPr="001D7228" w:rsidRDefault="00DC6D5C" w:rsidP="00DC6D5C">
      <w:pPr>
        <w:spacing w:after="0" w:line="240" w:lineRule="auto"/>
        <w:rPr>
          <w:sz w:val="24"/>
          <w:szCs w:val="24"/>
        </w:rPr>
      </w:pPr>
      <w:r w:rsidRPr="001D7228">
        <w:rPr>
          <w:sz w:val="24"/>
          <w:szCs w:val="24"/>
        </w:rPr>
        <w:t>C) It wastes time</w:t>
      </w:r>
    </w:p>
    <w:p w14:paraId="0C4F44FB" w14:textId="77777777" w:rsidR="00DC6D5C" w:rsidRPr="001D7228" w:rsidRDefault="00DC6D5C" w:rsidP="00DC6D5C">
      <w:pPr>
        <w:spacing w:after="0" w:line="240" w:lineRule="auto"/>
        <w:rPr>
          <w:sz w:val="24"/>
          <w:szCs w:val="24"/>
        </w:rPr>
      </w:pPr>
      <w:r w:rsidRPr="001D7228">
        <w:rPr>
          <w:sz w:val="24"/>
          <w:szCs w:val="24"/>
        </w:rPr>
        <w:t>D) You don’t need to</w:t>
      </w:r>
    </w:p>
    <w:p w14:paraId="58160662" w14:textId="77777777" w:rsidR="00DC6D5C" w:rsidRPr="001D7228" w:rsidRDefault="00DC6D5C" w:rsidP="00DC6D5C">
      <w:pPr>
        <w:rPr>
          <w:sz w:val="24"/>
          <w:szCs w:val="24"/>
        </w:rPr>
      </w:pPr>
    </w:p>
    <w:p w14:paraId="5FFFB617" w14:textId="77777777" w:rsidR="00DC6D5C" w:rsidRPr="001D7228" w:rsidRDefault="00DC6D5C" w:rsidP="00DC6D5C">
      <w:pPr>
        <w:rPr>
          <w:sz w:val="24"/>
          <w:szCs w:val="24"/>
        </w:rPr>
      </w:pPr>
      <w:r w:rsidRPr="001D7228">
        <w:rPr>
          <w:sz w:val="24"/>
          <w:szCs w:val="24"/>
        </w:rPr>
        <w:t>5. What should you check before using any power tool?</w:t>
      </w:r>
    </w:p>
    <w:p w14:paraId="6FF97E0C" w14:textId="77777777" w:rsidR="00DC6D5C" w:rsidRPr="001D7228" w:rsidRDefault="00DC6D5C" w:rsidP="00DC6D5C">
      <w:pPr>
        <w:spacing w:after="0" w:line="240" w:lineRule="auto"/>
        <w:rPr>
          <w:sz w:val="24"/>
          <w:szCs w:val="24"/>
        </w:rPr>
      </w:pPr>
      <w:r w:rsidRPr="001D7228">
        <w:rPr>
          <w:sz w:val="24"/>
          <w:szCs w:val="24"/>
        </w:rPr>
        <w:t>A) If it looks cool</w:t>
      </w:r>
    </w:p>
    <w:p w14:paraId="51658F90" w14:textId="77777777" w:rsidR="00DC6D5C" w:rsidRPr="001D7228" w:rsidRDefault="00DC6D5C" w:rsidP="00DC6D5C">
      <w:pPr>
        <w:spacing w:after="0" w:line="240" w:lineRule="auto"/>
        <w:rPr>
          <w:sz w:val="24"/>
          <w:szCs w:val="24"/>
        </w:rPr>
      </w:pPr>
      <w:r w:rsidRPr="001D7228">
        <w:rPr>
          <w:sz w:val="24"/>
          <w:szCs w:val="24"/>
        </w:rPr>
        <w:t>B) If your friends are watching</w:t>
      </w:r>
    </w:p>
    <w:p w14:paraId="4041753C" w14:textId="77777777" w:rsidR="00DC6D5C" w:rsidRPr="001D7228" w:rsidRDefault="00DC6D5C" w:rsidP="00DC6D5C">
      <w:pPr>
        <w:spacing w:after="0" w:line="240" w:lineRule="auto"/>
        <w:rPr>
          <w:sz w:val="24"/>
          <w:szCs w:val="24"/>
        </w:rPr>
      </w:pPr>
      <w:r w:rsidRPr="001D7228">
        <w:rPr>
          <w:sz w:val="24"/>
          <w:szCs w:val="24"/>
        </w:rPr>
        <w:t>C) That it’s clean, undamaged, and safe</w:t>
      </w:r>
    </w:p>
    <w:p w14:paraId="2A3B442F" w14:textId="77777777" w:rsidR="00DC6D5C" w:rsidRPr="001D7228" w:rsidRDefault="00DC6D5C" w:rsidP="00DC6D5C">
      <w:pPr>
        <w:spacing w:after="0" w:line="240" w:lineRule="auto"/>
        <w:rPr>
          <w:sz w:val="24"/>
          <w:szCs w:val="24"/>
        </w:rPr>
      </w:pPr>
      <w:r w:rsidRPr="001D7228">
        <w:rPr>
          <w:sz w:val="24"/>
          <w:szCs w:val="24"/>
        </w:rPr>
        <w:t>D) If it has a sticker</w:t>
      </w:r>
    </w:p>
    <w:p w14:paraId="3EB37A31" w14:textId="77777777" w:rsidR="00DC6D5C" w:rsidRPr="001D7228" w:rsidRDefault="00DC6D5C" w:rsidP="00DC6D5C">
      <w:pPr>
        <w:rPr>
          <w:sz w:val="24"/>
          <w:szCs w:val="24"/>
        </w:rPr>
      </w:pPr>
    </w:p>
    <w:p w14:paraId="06638FB5" w14:textId="77777777" w:rsidR="00DC6D5C" w:rsidRPr="001D7228" w:rsidRDefault="00DC6D5C" w:rsidP="00DC6D5C">
      <w:pPr>
        <w:rPr>
          <w:sz w:val="24"/>
          <w:szCs w:val="24"/>
        </w:rPr>
      </w:pPr>
      <w:r w:rsidRPr="001D7228">
        <w:rPr>
          <w:sz w:val="24"/>
          <w:szCs w:val="24"/>
        </w:rPr>
        <w:t>6. What is the best place to set a power tool down?</w:t>
      </w:r>
    </w:p>
    <w:p w14:paraId="348CC76E" w14:textId="77777777" w:rsidR="00DC6D5C" w:rsidRPr="001D7228" w:rsidRDefault="00DC6D5C" w:rsidP="00DC6D5C">
      <w:pPr>
        <w:spacing w:after="0" w:line="240" w:lineRule="auto"/>
        <w:rPr>
          <w:sz w:val="24"/>
          <w:szCs w:val="24"/>
        </w:rPr>
      </w:pPr>
      <w:r w:rsidRPr="001D7228">
        <w:rPr>
          <w:sz w:val="24"/>
          <w:szCs w:val="24"/>
        </w:rPr>
        <w:t>A) On the floor</w:t>
      </w:r>
    </w:p>
    <w:p w14:paraId="17CB950A" w14:textId="77777777" w:rsidR="00DC6D5C" w:rsidRPr="001D7228" w:rsidRDefault="00DC6D5C" w:rsidP="00DC6D5C">
      <w:pPr>
        <w:spacing w:after="0" w:line="240" w:lineRule="auto"/>
        <w:rPr>
          <w:sz w:val="24"/>
          <w:szCs w:val="24"/>
        </w:rPr>
      </w:pPr>
      <w:r w:rsidRPr="001D7228">
        <w:rPr>
          <w:sz w:val="24"/>
          <w:szCs w:val="24"/>
        </w:rPr>
        <w:t>B) On top of another tool</w:t>
      </w:r>
    </w:p>
    <w:p w14:paraId="78215E72" w14:textId="77777777" w:rsidR="00DC6D5C" w:rsidRPr="001D7228" w:rsidRDefault="00DC6D5C" w:rsidP="00DC6D5C">
      <w:pPr>
        <w:spacing w:after="0" w:line="240" w:lineRule="auto"/>
        <w:rPr>
          <w:sz w:val="24"/>
          <w:szCs w:val="24"/>
        </w:rPr>
      </w:pPr>
      <w:r w:rsidRPr="001D7228">
        <w:rPr>
          <w:sz w:val="24"/>
          <w:szCs w:val="24"/>
        </w:rPr>
        <w:lastRenderedPageBreak/>
        <w:t>C) Somewhere stable and clean</w:t>
      </w:r>
    </w:p>
    <w:p w14:paraId="333135FF" w14:textId="77777777" w:rsidR="00DC6D5C" w:rsidRPr="001D7228" w:rsidRDefault="00DC6D5C" w:rsidP="00DC6D5C">
      <w:pPr>
        <w:spacing w:after="0" w:line="240" w:lineRule="auto"/>
        <w:rPr>
          <w:sz w:val="24"/>
          <w:szCs w:val="24"/>
        </w:rPr>
      </w:pPr>
      <w:r w:rsidRPr="001D7228">
        <w:rPr>
          <w:sz w:val="24"/>
          <w:szCs w:val="24"/>
        </w:rPr>
        <w:t>D) In your lap</w:t>
      </w:r>
    </w:p>
    <w:p w14:paraId="01F157C6" w14:textId="77777777" w:rsidR="00DC6D5C" w:rsidRPr="001D7228" w:rsidRDefault="00DC6D5C" w:rsidP="00DC6D5C">
      <w:pPr>
        <w:rPr>
          <w:sz w:val="24"/>
          <w:szCs w:val="24"/>
        </w:rPr>
      </w:pPr>
    </w:p>
    <w:p w14:paraId="22C0FC22" w14:textId="77777777" w:rsidR="00DC6D5C" w:rsidRPr="001D7228" w:rsidRDefault="00DC6D5C" w:rsidP="00DC6D5C">
      <w:pPr>
        <w:rPr>
          <w:sz w:val="24"/>
          <w:szCs w:val="24"/>
        </w:rPr>
      </w:pPr>
      <w:r w:rsidRPr="001D7228">
        <w:rPr>
          <w:sz w:val="24"/>
          <w:szCs w:val="24"/>
        </w:rPr>
        <w:t>7. Which tool is best for cutting curves in wood?</w:t>
      </w:r>
    </w:p>
    <w:p w14:paraId="6095567B" w14:textId="77777777" w:rsidR="00DC6D5C" w:rsidRPr="001D7228" w:rsidRDefault="00DC6D5C" w:rsidP="00DC6D5C">
      <w:pPr>
        <w:spacing w:after="0" w:line="240" w:lineRule="auto"/>
        <w:rPr>
          <w:sz w:val="24"/>
          <w:szCs w:val="24"/>
        </w:rPr>
      </w:pPr>
      <w:r w:rsidRPr="001D7228">
        <w:rPr>
          <w:sz w:val="24"/>
          <w:szCs w:val="24"/>
        </w:rPr>
        <w:t>A) Orbital sander</w:t>
      </w:r>
    </w:p>
    <w:p w14:paraId="5C238B04" w14:textId="77777777" w:rsidR="00DC6D5C" w:rsidRPr="001D7228" w:rsidRDefault="00DC6D5C" w:rsidP="00DC6D5C">
      <w:pPr>
        <w:spacing w:after="0" w:line="240" w:lineRule="auto"/>
        <w:rPr>
          <w:sz w:val="24"/>
          <w:szCs w:val="24"/>
        </w:rPr>
      </w:pPr>
      <w:r w:rsidRPr="001D7228">
        <w:rPr>
          <w:sz w:val="24"/>
          <w:szCs w:val="24"/>
        </w:rPr>
        <w:t>B) Drill</w:t>
      </w:r>
    </w:p>
    <w:p w14:paraId="5A990C97" w14:textId="77777777" w:rsidR="00DC6D5C" w:rsidRPr="001D7228" w:rsidRDefault="00DC6D5C" w:rsidP="00DC6D5C">
      <w:pPr>
        <w:spacing w:after="0" w:line="240" w:lineRule="auto"/>
        <w:rPr>
          <w:sz w:val="24"/>
          <w:szCs w:val="24"/>
        </w:rPr>
      </w:pPr>
      <w:r w:rsidRPr="001D7228">
        <w:rPr>
          <w:sz w:val="24"/>
          <w:szCs w:val="24"/>
        </w:rPr>
        <w:t>C) Hammer</w:t>
      </w:r>
    </w:p>
    <w:p w14:paraId="3C84EB86" w14:textId="77777777" w:rsidR="00DC6D5C" w:rsidRPr="001D7228" w:rsidRDefault="00DC6D5C" w:rsidP="00DC6D5C">
      <w:pPr>
        <w:spacing w:after="0" w:line="240" w:lineRule="auto"/>
        <w:rPr>
          <w:sz w:val="24"/>
          <w:szCs w:val="24"/>
        </w:rPr>
      </w:pPr>
      <w:r w:rsidRPr="001D7228">
        <w:rPr>
          <w:sz w:val="24"/>
          <w:szCs w:val="24"/>
        </w:rPr>
        <w:t>D) Jigsaw</w:t>
      </w:r>
    </w:p>
    <w:p w14:paraId="524C5862" w14:textId="77777777" w:rsidR="00DC6D5C" w:rsidRPr="001D7228" w:rsidRDefault="00DC6D5C" w:rsidP="00DC6D5C">
      <w:pPr>
        <w:rPr>
          <w:sz w:val="24"/>
          <w:szCs w:val="24"/>
        </w:rPr>
      </w:pPr>
    </w:p>
    <w:p w14:paraId="55E7863C" w14:textId="77777777" w:rsidR="00DC6D5C" w:rsidRPr="001D7228" w:rsidRDefault="00DC6D5C" w:rsidP="00DC6D5C">
      <w:pPr>
        <w:rPr>
          <w:sz w:val="24"/>
          <w:szCs w:val="24"/>
        </w:rPr>
      </w:pPr>
      <w:r w:rsidRPr="001D7228">
        <w:rPr>
          <w:sz w:val="24"/>
          <w:szCs w:val="24"/>
        </w:rPr>
        <w:t>8. What should you do if a tool sounds or feels strange?</w:t>
      </w:r>
    </w:p>
    <w:p w14:paraId="2E159572" w14:textId="77777777" w:rsidR="00DC6D5C" w:rsidRPr="001D7228" w:rsidRDefault="00DC6D5C" w:rsidP="00DC6D5C">
      <w:pPr>
        <w:spacing w:after="0" w:line="240" w:lineRule="auto"/>
        <w:rPr>
          <w:sz w:val="24"/>
          <w:szCs w:val="24"/>
        </w:rPr>
      </w:pPr>
      <w:r w:rsidRPr="001D7228">
        <w:rPr>
          <w:sz w:val="24"/>
          <w:szCs w:val="24"/>
        </w:rPr>
        <w:t>A) Keep going</w:t>
      </w:r>
    </w:p>
    <w:p w14:paraId="0D13149A" w14:textId="77777777" w:rsidR="00DC6D5C" w:rsidRPr="001D7228" w:rsidRDefault="00DC6D5C" w:rsidP="00DC6D5C">
      <w:pPr>
        <w:spacing w:after="0" w:line="240" w:lineRule="auto"/>
        <w:rPr>
          <w:sz w:val="24"/>
          <w:szCs w:val="24"/>
        </w:rPr>
      </w:pPr>
      <w:r w:rsidRPr="001D7228">
        <w:rPr>
          <w:sz w:val="24"/>
          <w:szCs w:val="24"/>
        </w:rPr>
        <w:t>B) Hit it</w:t>
      </w:r>
    </w:p>
    <w:p w14:paraId="300A17C9" w14:textId="77777777" w:rsidR="00DC6D5C" w:rsidRPr="001D7228" w:rsidRDefault="00DC6D5C" w:rsidP="00DC6D5C">
      <w:pPr>
        <w:spacing w:after="0" w:line="240" w:lineRule="auto"/>
        <w:rPr>
          <w:sz w:val="24"/>
          <w:szCs w:val="24"/>
        </w:rPr>
      </w:pPr>
      <w:r w:rsidRPr="001D7228">
        <w:rPr>
          <w:sz w:val="24"/>
          <w:szCs w:val="24"/>
        </w:rPr>
        <w:t>C) Tell the instructor and stop using it</w:t>
      </w:r>
    </w:p>
    <w:p w14:paraId="0E3F4A92" w14:textId="77777777" w:rsidR="00DC6D5C" w:rsidRPr="001D7228" w:rsidRDefault="00DC6D5C" w:rsidP="00DC6D5C">
      <w:pPr>
        <w:spacing w:after="0" w:line="240" w:lineRule="auto"/>
        <w:rPr>
          <w:sz w:val="24"/>
          <w:szCs w:val="24"/>
        </w:rPr>
      </w:pPr>
      <w:r w:rsidRPr="001D7228">
        <w:rPr>
          <w:sz w:val="24"/>
          <w:szCs w:val="24"/>
        </w:rPr>
        <w:t>D) Use it faster</w:t>
      </w:r>
    </w:p>
    <w:p w14:paraId="2D1C80A2" w14:textId="77777777" w:rsidR="00DC6D5C" w:rsidRPr="001D7228" w:rsidRDefault="00DC6D5C" w:rsidP="00DC6D5C">
      <w:pPr>
        <w:rPr>
          <w:sz w:val="24"/>
          <w:szCs w:val="24"/>
        </w:rPr>
      </w:pPr>
    </w:p>
    <w:p w14:paraId="397F862B" w14:textId="77777777" w:rsidR="00DC6D5C" w:rsidRPr="001D7228" w:rsidRDefault="00DC6D5C" w:rsidP="00DC6D5C">
      <w:pPr>
        <w:rPr>
          <w:sz w:val="24"/>
          <w:szCs w:val="24"/>
        </w:rPr>
      </w:pPr>
      <w:r w:rsidRPr="001D7228">
        <w:rPr>
          <w:sz w:val="24"/>
          <w:szCs w:val="24"/>
        </w:rPr>
        <w:t>9. What is the purpose of an orbital sander?</w:t>
      </w:r>
    </w:p>
    <w:p w14:paraId="6C4AE5C0" w14:textId="77777777" w:rsidR="00DC6D5C" w:rsidRPr="001D7228" w:rsidRDefault="00DC6D5C" w:rsidP="00DC6D5C">
      <w:pPr>
        <w:spacing w:after="0" w:line="240" w:lineRule="auto"/>
        <w:rPr>
          <w:sz w:val="24"/>
          <w:szCs w:val="24"/>
        </w:rPr>
      </w:pPr>
      <w:r w:rsidRPr="001D7228">
        <w:rPr>
          <w:sz w:val="24"/>
          <w:szCs w:val="24"/>
        </w:rPr>
        <w:t>A) To drill holes</w:t>
      </w:r>
    </w:p>
    <w:p w14:paraId="105CF78E" w14:textId="77777777" w:rsidR="00DC6D5C" w:rsidRPr="001D7228" w:rsidRDefault="00DC6D5C" w:rsidP="00DC6D5C">
      <w:pPr>
        <w:spacing w:after="0" w:line="240" w:lineRule="auto"/>
        <w:rPr>
          <w:sz w:val="24"/>
          <w:szCs w:val="24"/>
        </w:rPr>
      </w:pPr>
      <w:r w:rsidRPr="001D7228">
        <w:rPr>
          <w:sz w:val="24"/>
          <w:szCs w:val="24"/>
        </w:rPr>
        <w:t>B) To smooth wood surfaces</w:t>
      </w:r>
    </w:p>
    <w:p w14:paraId="5991BF5A" w14:textId="77777777" w:rsidR="00DC6D5C" w:rsidRPr="001D7228" w:rsidRDefault="00DC6D5C" w:rsidP="00DC6D5C">
      <w:pPr>
        <w:spacing w:after="0" w:line="240" w:lineRule="auto"/>
        <w:rPr>
          <w:sz w:val="24"/>
          <w:szCs w:val="24"/>
        </w:rPr>
      </w:pPr>
      <w:r w:rsidRPr="001D7228">
        <w:rPr>
          <w:sz w:val="24"/>
          <w:szCs w:val="24"/>
        </w:rPr>
        <w:t>C) To cut angles</w:t>
      </w:r>
    </w:p>
    <w:p w14:paraId="4766C573" w14:textId="77777777" w:rsidR="00DC6D5C" w:rsidRPr="001D7228" w:rsidRDefault="00DC6D5C" w:rsidP="00DC6D5C">
      <w:pPr>
        <w:spacing w:after="0" w:line="240" w:lineRule="auto"/>
        <w:rPr>
          <w:sz w:val="24"/>
          <w:szCs w:val="24"/>
        </w:rPr>
      </w:pPr>
      <w:r w:rsidRPr="001D7228">
        <w:rPr>
          <w:sz w:val="24"/>
          <w:szCs w:val="24"/>
        </w:rPr>
        <w:t>D) To measure wood</w:t>
      </w:r>
    </w:p>
    <w:p w14:paraId="4CB199E1" w14:textId="77777777" w:rsidR="00DC6D5C" w:rsidRPr="001D7228" w:rsidRDefault="00DC6D5C" w:rsidP="00DC6D5C">
      <w:pPr>
        <w:rPr>
          <w:sz w:val="24"/>
          <w:szCs w:val="24"/>
        </w:rPr>
      </w:pPr>
    </w:p>
    <w:p w14:paraId="5469230E" w14:textId="77777777" w:rsidR="00DC6D5C" w:rsidRPr="001D7228" w:rsidRDefault="00DC6D5C" w:rsidP="00DC6D5C">
      <w:pPr>
        <w:rPr>
          <w:sz w:val="24"/>
          <w:szCs w:val="24"/>
        </w:rPr>
      </w:pPr>
      <w:r w:rsidRPr="001D7228">
        <w:rPr>
          <w:sz w:val="24"/>
          <w:szCs w:val="24"/>
        </w:rPr>
        <w:t>10. Why should you never wear loose clothing or jewelry while using tools?</w:t>
      </w:r>
    </w:p>
    <w:p w14:paraId="6072B384" w14:textId="77777777" w:rsidR="00DC6D5C" w:rsidRPr="001D7228" w:rsidRDefault="00DC6D5C" w:rsidP="00DC6D5C">
      <w:pPr>
        <w:spacing w:after="0" w:line="240" w:lineRule="auto"/>
        <w:rPr>
          <w:sz w:val="24"/>
          <w:szCs w:val="24"/>
        </w:rPr>
      </w:pPr>
      <w:r w:rsidRPr="001D7228">
        <w:rPr>
          <w:sz w:val="24"/>
          <w:szCs w:val="24"/>
        </w:rPr>
        <w:t>A) It looks bad</w:t>
      </w:r>
    </w:p>
    <w:p w14:paraId="2B5DAA38" w14:textId="77777777" w:rsidR="00DC6D5C" w:rsidRPr="001D7228" w:rsidRDefault="00DC6D5C" w:rsidP="00DC6D5C">
      <w:pPr>
        <w:spacing w:after="0" w:line="240" w:lineRule="auto"/>
        <w:rPr>
          <w:sz w:val="24"/>
          <w:szCs w:val="24"/>
        </w:rPr>
      </w:pPr>
      <w:r w:rsidRPr="001D7228">
        <w:rPr>
          <w:sz w:val="24"/>
          <w:szCs w:val="24"/>
        </w:rPr>
        <w:t>B) It might get caught and cause injury</w:t>
      </w:r>
    </w:p>
    <w:p w14:paraId="4357E2F6" w14:textId="77777777" w:rsidR="00DC6D5C" w:rsidRPr="001D7228" w:rsidRDefault="00DC6D5C" w:rsidP="00DC6D5C">
      <w:pPr>
        <w:spacing w:after="0" w:line="240" w:lineRule="auto"/>
        <w:rPr>
          <w:sz w:val="24"/>
          <w:szCs w:val="24"/>
        </w:rPr>
      </w:pPr>
      <w:r w:rsidRPr="001D7228">
        <w:rPr>
          <w:sz w:val="24"/>
          <w:szCs w:val="24"/>
        </w:rPr>
        <w:t>C) You’ll get sweaty</w:t>
      </w:r>
    </w:p>
    <w:p w14:paraId="1DAACF30" w14:textId="77777777" w:rsidR="00DC6D5C" w:rsidRPr="001D7228" w:rsidRDefault="00DC6D5C" w:rsidP="00DC6D5C">
      <w:pPr>
        <w:spacing w:after="0" w:line="240" w:lineRule="auto"/>
        <w:rPr>
          <w:sz w:val="24"/>
          <w:szCs w:val="24"/>
        </w:rPr>
      </w:pPr>
      <w:r w:rsidRPr="001D7228">
        <w:rPr>
          <w:sz w:val="24"/>
          <w:szCs w:val="24"/>
        </w:rPr>
        <w:t>D) Tools are allergic</w:t>
      </w:r>
    </w:p>
    <w:p w14:paraId="3CDB136B" w14:textId="77777777" w:rsidR="00DC6D5C" w:rsidRPr="001D7228" w:rsidRDefault="00DC6D5C" w:rsidP="00DC6D5C">
      <w:pPr>
        <w:rPr>
          <w:b/>
          <w:bCs/>
          <w:sz w:val="24"/>
          <w:szCs w:val="24"/>
        </w:rPr>
      </w:pPr>
    </w:p>
    <w:p w14:paraId="3B84C571" w14:textId="77777777" w:rsidR="00DC6D5C" w:rsidRPr="001D7228" w:rsidRDefault="00DC6D5C" w:rsidP="00DC6D5C">
      <w:pPr>
        <w:rPr>
          <w:b/>
          <w:bCs/>
          <w:sz w:val="24"/>
          <w:szCs w:val="24"/>
        </w:rPr>
      </w:pPr>
    </w:p>
    <w:p w14:paraId="6F974428" w14:textId="77777777" w:rsidR="00DC6D5C" w:rsidRPr="001D7228" w:rsidRDefault="00DC6D5C" w:rsidP="00DC6D5C">
      <w:pPr>
        <w:rPr>
          <w:b/>
          <w:bCs/>
          <w:sz w:val="24"/>
          <w:szCs w:val="24"/>
        </w:rPr>
      </w:pPr>
    </w:p>
    <w:p w14:paraId="191EB702" w14:textId="77777777" w:rsidR="00DC6D5C" w:rsidRPr="001D7228" w:rsidRDefault="00DC6D5C" w:rsidP="00DC6D5C">
      <w:pPr>
        <w:rPr>
          <w:b/>
          <w:bCs/>
          <w:sz w:val="24"/>
          <w:szCs w:val="24"/>
        </w:rPr>
      </w:pPr>
    </w:p>
    <w:p w14:paraId="1BB5D837" w14:textId="77777777" w:rsidR="00DC6D5C" w:rsidRPr="001D7228" w:rsidRDefault="00DC6D5C" w:rsidP="00DC6D5C">
      <w:pPr>
        <w:rPr>
          <w:b/>
          <w:bCs/>
          <w:sz w:val="24"/>
          <w:szCs w:val="24"/>
        </w:rPr>
      </w:pPr>
    </w:p>
    <w:p w14:paraId="3C98474F" w14:textId="77777777" w:rsidR="00DC6D5C" w:rsidRPr="001D7228" w:rsidRDefault="00DC6D5C" w:rsidP="00DC6D5C">
      <w:pPr>
        <w:rPr>
          <w:b/>
          <w:bCs/>
          <w:sz w:val="24"/>
          <w:szCs w:val="24"/>
        </w:rPr>
      </w:pPr>
    </w:p>
    <w:p w14:paraId="13CD0A7C" w14:textId="77777777" w:rsidR="00DC6D5C" w:rsidRPr="001D7228" w:rsidRDefault="00DC6D5C" w:rsidP="00DC6D5C">
      <w:pPr>
        <w:rPr>
          <w:b/>
          <w:bCs/>
          <w:sz w:val="24"/>
          <w:szCs w:val="24"/>
        </w:rPr>
      </w:pPr>
    </w:p>
    <w:p w14:paraId="4CD54240" w14:textId="2E3885D8" w:rsidR="00DC6D5C" w:rsidRPr="001D7228" w:rsidRDefault="00DC6D5C" w:rsidP="00DC6D5C">
      <w:pPr>
        <w:rPr>
          <w:b/>
          <w:bCs/>
          <w:sz w:val="24"/>
          <w:szCs w:val="24"/>
        </w:rPr>
      </w:pPr>
      <w:bookmarkStart w:id="1" w:name="_GoBack"/>
      <w:bookmarkEnd w:id="1"/>
      <w:r w:rsidRPr="001D7228">
        <w:rPr>
          <w:rFonts w:ascii="Cambria" w:hAnsi="Cambria" w:cs="Cambria"/>
          <w:b/>
          <w:bCs/>
          <w:sz w:val="24"/>
          <w:szCs w:val="24"/>
        </w:rPr>
        <w:lastRenderedPageBreak/>
        <w:t>✅</w:t>
      </w:r>
      <w:r w:rsidRPr="001D7228">
        <w:rPr>
          <w:b/>
          <w:bCs/>
          <w:sz w:val="24"/>
          <w:szCs w:val="24"/>
        </w:rPr>
        <w:t xml:space="preserve"> Answer Key</w:t>
      </w:r>
    </w:p>
    <w:p w14:paraId="2C5B74D5" w14:textId="77777777" w:rsidR="00DC6D5C" w:rsidRPr="001D7228" w:rsidRDefault="00DC6D5C" w:rsidP="00DC6D5C">
      <w:pPr>
        <w:rPr>
          <w:sz w:val="24"/>
          <w:szCs w:val="24"/>
        </w:rPr>
      </w:pPr>
      <w:r w:rsidRPr="001D7228">
        <w:rPr>
          <w:sz w:val="24"/>
          <w:szCs w:val="24"/>
        </w:rPr>
        <w:t>1. C</w:t>
      </w:r>
    </w:p>
    <w:p w14:paraId="4B9DD237" w14:textId="77777777" w:rsidR="00DC6D5C" w:rsidRPr="001D7228" w:rsidRDefault="00DC6D5C" w:rsidP="00DC6D5C">
      <w:pPr>
        <w:rPr>
          <w:sz w:val="24"/>
          <w:szCs w:val="24"/>
        </w:rPr>
      </w:pPr>
      <w:r w:rsidRPr="001D7228">
        <w:rPr>
          <w:sz w:val="24"/>
          <w:szCs w:val="24"/>
        </w:rPr>
        <w:t>2. C</w:t>
      </w:r>
    </w:p>
    <w:p w14:paraId="009662B9" w14:textId="77777777" w:rsidR="00DC6D5C" w:rsidRPr="001D7228" w:rsidRDefault="00DC6D5C" w:rsidP="00DC6D5C">
      <w:pPr>
        <w:rPr>
          <w:sz w:val="24"/>
          <w:szCs w:val="24"/>
        </w:rPr>
      </w:pPr>
      <w:r w:rsidRPr="001D7228">
        <w:rPr>
          <w:sz w:val="24"/>
          <w:szCs w:val="24"/>
        </w:rPr>
        <w:t>3. B</w:t>
      </w:r>
    </w:p>
    <w:p w14:paraId="24560569" w14:textId="77777777" w:rsidR="00DC6D5C" w:rsidRPr="001D7228" w:rsidRDefault="00DC6D5C" w:rsidP="00DC6D5C">
      <w:pPr>
        <w:rPr>
          <w:sz w:val="24"/>
          <w:szCs w:val="24"/>
        </w:rPr>
      </w:pPr>
      <w:r w:rsidRPr="001D7228">
        <w:rPr>
          <w:sz w:val="24"/>
          <w:szCs w:val="24"/>
        </w:rPr>
        <w:t>4. B</w:t>
      </w:r>
    </w:p>
    <w:p w14:paraId="131A5B73" w14:textId="77777777" w:rsidR="00DC6D5C" w:rsidRPr="001D7228" w:rsidRDefault="00DC6D5C" w:rsidP="00DC6D5C">
      <w:pPr>
        <w:rPr>
          <w:sz w:val="24"/>
          <w:szCs w:val="24"/>
        </w:rPr>
      </w:pPr>
      <w:r w:rsidRPr="001D7228">
        <w:rPr>
          <w:sz w:val="24"/>
          <w:szCs w:val="24"/>
        </w:rPr>
        <w:t>5. C</w:t>
      </w:r>
    </w:p>
    <w:p w14:paraId="753302A2" w14:textId="77777777" w:rsidR="00DC6D5C" w:rsidRPr="001D7228" w:rsidRDefault="00DC6D5C" w:rsidP="00DC6D5C">
      <w:pPr>
        <w:rPr>
          <w:sz w:val="24"/>
          <w:szCs w:val="24"/>
        </w:rPr>
      </w:pPr>
      <w:r w:rsidRPr="001D7228">
        <w:rPr>
          <w:sz w:val="24"/>
          <w:szCs w:val="24"/>
        </w:rPr>
        <w:t>6. C</w:t>
      </w:r>
    </w:p>
    <w:p w14:paraId="40F8FDB8" w14:textId="77777777" w:rsidR="00DC6D5C" w:rsidRPr="001D7228" w:rsidRDefault="00DC6D5C" w:rsidP="00DC6D5C">
      <w:pPr>
        <w:rPr>
          <w:sz w:val="24"/>
          <w:szCs w:val="24"/>
        </w:rPr>
      </w:pPr>
      <w:r w:rsidRPr="001D7228">
        <w:rPr>
          <w:sz w:val="24"/>
          <w:szCs w:val="24"/>
        </w:rPr>
        <w:t>7. D</w:t>
      </w:r>
    </w:p>
    <w:p w14:paraId="2B2A5DA0" w14:textId="77777777" w:rsidR="00DC6D5C" w:rsidRPr="001D7228" w:rsidRDefault="00DC6D5C" w:rsidP="00DC6D5C">
      <w:pPr>
        <w:rPr>
          <w:sz w:val="24"/>
          <w:szCs w:val="24"/>
        </w:rPr>
      </w:pPr>
      <w:r w:rsidRPr="001D7228">
        <w:rPr>
          <w:sz w:val="24"/>
          <w:szCs w:val="24"/>
        </w:rPr>
        <w:t>8. C</w:t>
      </w:r>
    </w:p>
    <w:p w14:paraId="13569E8A" w14:textId="77777777" w:rsidR="00DC6D5C" w:rsidRPr="001D7228" w:rsidRDefault="00DC6D5C" w:rsidP="00DC6D5C">
      <w:pPr>
        <w:rPr>
          <w:sz w:val="24"/>
          <w:szCs w:val="24"/>
        </w:rPr>
      </w:pPr>
      <w:r w:rsidRPr="001D7228">
        <w:rPr>
          <w:sz w:val="24"/>
          <w:szCs w:val="24"/>
        </w:rPr>
        <w:t>9. B</w:t>
      </w:r>
    </w:p>
    <w:p w14:paraId="5402C031" w14:textId="71C7D582" w:rsidR="00450FCD" w:rsidRPr="001D7228" w:rsidRDefault="00DC6D5C" w:rsidP="00DC6D5C">
      <w:pPr>
        <w:rPr>
          <w:sz w:val="24"/>
          <w:szCs w:val="24"/>
        </w:rPr>
      </w:pPr>
      <w:r w:rsidRPr="001D7228">
        <w:rPr>
          <w:sz w:val="24"/>
          <w:szCs w:val="24"/>
        </w:rPr>
        <w:t>10. B</w:t>
      </w:r>
      <w:r w:rsidR="00450FCD" w:rsidRPr="001D7228">
        <w:rPr>
          <w:sz w:val="24"/>
          <w:szCs w:val="24"/>
        </w:rPr>
        <w:br/>
      </w:r>
    </w:p>
    <w:p w14:paraId="6C24B5AD" w14:textId="77777777" w:rsidR="00450FCD" w:rsidRPr="001D7228" w:rsidRDefault="00450FCD" w:rsidP="00230DED">
      <w:pPr>
        <w:rPr>
          <w:sz w:val="24"/>
          <w:szCs w:val="24"/>
        </w:rPr>
      </w:pPr>
    </w:p>
    <w:p w14:paraId="6987E0A2" w14:textId="77777777" w:rsidR="00230DED" w:rsidRPr="001D7228" w:rsidRDefault="00230DED">
      <w:pPr>
        <w:rPr>
          <w:sz w:val="24"/>
          <w:szCs w:val="24"/>
        </w:rPr>
      </w:pPr>
    </w:p>
    <w:sectPr w:rsidR="00230DED" w:rsidRPr="001D7228" w:rsidSect="004027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BE1817DE"/>
    <w:lvl w:ilvl="0">
      <w:start w:val="1"/>
      <w:numFmt w:val="decimal"/>
      <w:pStyle w:val="ListNumber"/>
      <w:lvlText w:val="%1."/>
      <w:lvlJc w:val="left"/>
      <w:pPr>
        <w:tabs>
          <w:tab w:val="num" w:pos="360"/>
        </w:tabs>
        <w:ind w:left="360" w:hanging="360"/>
      </w:pPr>
    </w:lvl>
  </w:abstractNum>
  <w:abstractNum w:abstractNumId="8">
    <w:nsid w:val="FFFFFF89"/>
    <w:multiLevelType w:val="singleLevel"/>
    <w:tmpl w:val="2452D7B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23C679D"/>
    <w:multiLevelType w:val="multilevel"/>
    <w:tmpl w:val="73588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924682"/>
    <w:multiLevelType w:val="hybridMultilevel"/>
    <w:tmpl w:val="21E47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B948C4"/>
    <w:multiLevelType w:val="hybridMultilevel"/>
    <w:tmpl w:val="8B3CE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F84BAF"/>
    <w:multiLevelType w:val="hybridMultilevel"/>
    <w:tmpl w:val="52CCD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ED7F47"/>
    <w:multiLevelType w:val="hybridMultilevel"/>
    <w:tmpl w:val="F23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38180A"/>
    <w:multiLevelType w:val="multilevel"/>
    <w:tmpl w:val="EFE00AB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576A62"/>
    <w:multiLevelType w:val="multilevel"/>
    <w:tmpl w:val="1E286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DE3A68"/>
    <w:multiLevelType w:val="hybridMultilevel"/>
    <w:tmpl w:val="77569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D102F4"/>
    <w:multiLevelType w:val="hybridMultilevel"/>
    <w:tmpl w:val="16B2F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B4E5B76"/>
    <w:multiLevelType w:val="multilevel"/>
    <w:tmpl w:val="19CC0144"/>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6B3E7C"/>
    <w:multiLevelType w:val="multilevel"/>
    <w:tmpl w:val="DA126F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957075"/>
    <w:multiLevelType w:val="multilevel"/>
    <w:tmpl w:val="1150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640418"/>
    <w:multiLevelType w:val="hybridMultilevel"/>
    <w:tmpl w:val="6CD6A96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574DB9"/>
    <w:multiLevelType w:val="hybridMultilevel"/>
    <w:tmpl w:val="5BCACB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0674F5"/>
    <w:multiLevelType w:val="hybridMultilevel"/>
    <w:tmpl w:val="2A92ADF6"/>
    <w:lvl w:ilvl="0" w:tplc="E84EBF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BE550D3"/>
    <w:multiLevelType w:val="hybridMultilevel"/>
    <w:tmpl w:val="EA1E2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761C78"/>
    <w:multiLevelType w:val="hybridMultilevel"/>
    <w:tmpl w:val="D8EC531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6"/>
  </w:num>
  <w:num w:numId="11">
    <w:abstractNumId w:val="22"/>
  </w:num>
  <w:num w:numId="12">
    <w:abstractNumId w:val="19"/>
  </w:num>
  <w:num w:numId="13">
    <w:abstractNumId w:val="14"/>
  </w:num>
  <w:num w:numId="14">
    <w:abstractNumId w:val="18"/>
  </w:num>
  <w:num w:numId="15">
    <w:abstractNumId w:val="7"/>
  </w:num>
  <w:num w:numId="16">
    <w:abstractNumId w:val="21"/>
  </w:num>
  <w:num w:numId="17">
    <w:abstractNumId w:val="25"/>
  </w:num>
  <w:num w:numId="18">
    <w:abstractNumId w:val="15"/>
  </w:num>
  <w:num w:numId="19">
    <w:abstractNumId w:val="20"/>
  </w:num>
  <w:num w:numId="20">
    <w:abstractNumId w:val="9"/>
  </w:num>
  <w:num w:numId="21">
    <w:abstractNumId w:val="13"/>
  </w:num>
  <w:num w:numId="22">
    <w:abstractNumId w:val="11"/>
  </w:num>
  <w:num w:numId="23">
    <w:abstractNumId w:val="24"/>
  </w:num>
  <w:num w:numId="24">
    <w:abstractNumId w:val="10"/>
  </w:num>
  <w:num w:numId="25">
    <w:abstractNumId w:val="12"/>
  </w:num>
  <w:num w:numId="26">
    <w:abstractNumId w:val="1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25112"/>
    <w:rsid w:val="00034616"/>
    <w:rsid w:val="0006063C"/>
    <w:rsid w:val="000D59ED"/>
    <w:rsid w:val="00102A99"/>
    <w:rsid w:val="00114BCF"/>
    <w:rsid w:val="0015074B"/>
    <w:rsid w:val="001912EC"/>
    <w:rsid w:val="001D7228"/>
    <w:rsid w:val="001F3064"/>
    <w:rsid w:val="00226023"/>
    <w:rsid w:val="00227515"/>
    <w:rsid w:val="00230DED"/>
    <w:rsid w:val="0029639D"/>
    <w:rsid w:val="00326F90"/>
    <w:rsid w:val="00327205"/>
    <w:rsid w:val="00395D64"/>
    <w:rsid w:val="003D71FF"/>
    <w:rsid w:val="00402742"/>
    <w:rsid w:val="0042252D"/>
    <w:rsid w:val="00450FCD"/>
    <w:rsid w:val="006F2B5D"/>
    <w:rsid w:val="0071152D"/>
    <w:rsid w:val="0073626A"/>
    <w:rsid w:val="007540FD"/>
    <w:rsid w:val="00765F07"/>
    <w:rsid w:val="007865F9"/>
    <w:rsid w:val="00830183"/>
    <w:rsid w:val="00837224"/>
    <w:rsid w:val="00932048"/>
    <w:rsid w:val="00A13D0D"/>
    <w:rsid w:val="00AA1D8D"/>
    <w:rsid w:val="00B47730"/>
    <w:rsid w:val="00BB0B0B"/>
    <w:rsid w:val="00BC6D43"/>
    <w:rsid w:val="00C00991"/>
    <w:rsid w:val="00CB0664"/>
    <w:rsid w:val="00CB23A0"/>
    <w:rsid w:val="00D80418"/>
    <w:rsid w:val="00D962C8"/>
    <w:rsid w:val="00DC4352"/>
    <w:rsid w:val="00DC6D5C"/>
    <w:rsid w:val="00E407A1"/>
    <w:rsid w:val="00ED3BC4"/>
    <w:rsid w:val="00F06B97"/>
    <w:rsid w:val="00F13046"/>
    <w:rsid w:val="00F2175A"/>
    <w:rsid w:val="00F745F7"/>
    <w:rsid w:val="00F94838"/>
    <w:rsid w:val="00FC11C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40F5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1D7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28"/>
    <w:rPr>
      <w:rFonts w:ascii="Tahoma" w:hAnsi="Tahoma" w:cs="Tahoma"/>
      <w:sz w:val="16"/>
      <w:szCs w:val="16"/>
    </w:rPr>
  </w:style>
  <w:style w:type="paragraph" w:styleId="NormalWeb">
    <w:name w:val="Normal (Web)"/>
    <w:basedOn w:val="Normal"/>
    <w:uiPriority w:val="99"/>
    <w:semiHidden/>
    <w:unhideWhenUsed/>
    <w:rsid w:val="00BC6D4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1D7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228"/>
    <w:rPr>
      <w:rFonts w:ascii="Tahoma" w:hAnsi="Tahoma" w:cs="Tahoma"/>
      <w:sz w:val="16"/>
      <w:szCs w:val="16"/>
    </w:rPr>
  </w:style>
  <w:style w:type="paragraph" w:styleId="NormalWeb">
    <w:name w:val="Normal (Web)"/>
    <w:basedOn w:val="Normal"/>
    <w:uiPriority w:val="99"/>
    <w:semiHidden/>
    <w:unhideWhenUsed/>
    <w:rsid w:val="00BC6D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68391">
      <w:bodyDiv w:val="1"/>
      <w:marLeft w:val="0"/>
      <w:marRight w:val="0"/>
      <w:marTop w:val="0"/>
      <w:marBottom w:val="0"/>
      <w:divBdr>
        <w:top w:val="none" w:sz="0" w:space="0" w:color="auto"/>
        <w:left w:val="none" w:sz="0" w:space="0" w:color="auto"/>
        <w:bottom w:val="none" w:sz="0" w:space="0" w:color="auto"/>
        <w:right w:val="none" w:sz="0" w:space="0" w:color="auto"/>
      </w:divBdr>
    </w:div>
    <w:div w:id="609355187">
      <w:bodyDiv w:val="1"/>
      <w:marLeft w:val="0"/>
      <w:marRight w:val="0"/>
      <w:marTop w:val="0"/>
      <w:marBottom w:val="0"/>
      <w:divBdr>
        <w:top w:val="none" w:sz="0" w:space="0" w:color="auto"/>
        <w:left w:val="none" w:sz="0" w:space="0" w:color="auto"/>
        <w:bottom w:val="none" w:sz="0" w:space="0" w:color="auto"/>
        <w:right w:val="none" w:sz="0" w:space="0" w:color="auto"/>
      </w:divBdr>
    </w:div>
    <w:div w:id="748190792">
      <w:bodyDiv w:val="1"/>
      <w:marLeft w:val="0"/>
      <w:marRight w:val="0"/>
      <w:marTop w:val="0"/>
      <w:marBottom w:val="0"/>
      <w:divBdr>
        <w:top w:val="none" w:sz="0" w:space="0" w:color="auto"/>
        <w:left w:val="none" w:sz="0" w:space="0" w:color="auto"/>
        <w:bottom w:val="none" w:sz="0" w:space="0" w:color="auto"/>
        <w:right w:val="none" w:sz="0" w:space="0" w:color="auto"/>
      </w:divBdr>
    </w:div>
    <w:div w:id="922879984">
      <w:bodyDiv w:val="1"/>
      <w:marLeft w:val="0"/>
      <w:marRight w:val="0"/>
      <w:marTop w:val="0"/>
      <w:marBottom w:val="0"/>
      <w:divBdr>
        <w:top w:val="none" w:sz="0" w:space="0" w:color="auto"/>
        <w:left w:val="none" w:sz="0" w:space="0" w:color="auto"/>
        <w:bottom w:val="none" w:sz="0" w:space="0" w:color="auto"/>
        <w:right w:val="none" w:sz="0" w:space="0" w:color="auto"/>
      </w:divBdr>
    </w:div>
    <w:div w:id="1201091987">
      <w:bodyDiv w:val="1"/>
      <w:marLeft w:val="0"/>
      <w:marRight w:val="0"/>
      <w:marTop w:val="0"/>
      <w:marBottom w:val="0"/>
      <w:divBdr>
        <w:top w:val="none" w:sz="0" w:space="0" w:color="auto"/>
        <w:left w:val="none" w:sz="0" w:space="0" w:color="auto"/>
        <w:bottom w:val="none" w:sz="0" w:space="0" w:color="auto"/>
        <w:right w:val="none" w:sz="0" w:space="0" w:color="auto"/>
      </w:divBdr>
    </w:div>
    <w:div w:id="1261110496">
      <w:bodyDiv w:val="1"/>
      <w:marLeft w:val="0"/>
      <w:marRight w:val="0"/>
      <w:marTop w:val="0"/>
      <w:marBottom w:val="0"/>
      <w:divBdr>
        <w:top w:val="none" w:sz="0" w:space="0" w:color="auto"/>
        <w:left w:val="none" w:sz="0" w:space="0" w:color="auto"/>
        <w:bottom w:val="none" w:sz="0" w:space="0" w:color="auto"/>
        <w:right w:val="none" w:sz="0" w:space="0" w:color="auto"/>
      </w:divBdr>
    </w:div>
    <w:div w:id="1569344957">
      <w:bodyDiv w:val="1"/>
      <w:marLeft w:val="0"/>
      <w:marRight w:val="0"/>
      <w:marTop w:val="0"/>
      <w:marBottom w:val="0"/>
      <w:divBdr>
        <w:top w:val="none" w:sz="0" w:space="0" w:color="auto"/>
        <w:left w:val="none" w:sz="0" w:space="0" w:color="auto"/>
        <w:bottom w:val="none" w:sz="0" w:space="0" w:color="auto"/>
        <w:right w:val="none" w:sz="0" w:space="0" w:color="auto"/>
      </w:divBdr>
    </w:div>
    <w:div w:id="1607691591">
      <w:bodyDiv w:val="1"/>
      <w:marLeft w:val="0"/>
      <w:marRight w:val="0"/>
      <w:marTop w:val="0"/>
      <w:marBottom w:val="0"/>
      <w:divBdr>
        <w:top w:val="none" w:sz="0" w:space="0" w:color="auto"/>
        <w:left w:val="none" w:sz="0" w:space="0" w:color="auto"/>
        <w:bottom w:val="none" w:sz="0" w:space="0" w:color="auto"/>
        <w:right w:val="none" w:sz="0" w:space="0" w:color="auto"/>
      </w:divBdr>
      <w:divsChild>
        <w:div w:id="779375146">
          <w:marLeft w:val="0"/>
          <w:marRight w:val="0"/>
          <w:marTop w:val="0"/>
          <w:marBottom w:val="0"/>
          <w:divBdr>
            <w:top w:val="none" w:sz="0" w:space="0" w:color="auto"/>
            <w:left w:val="none" w:sz="0" w:space="0" w:color="auto"/>
            <w:bottom w:val="none" w:sz="0" w:space="0" w:color="auto"/>
            <w:right w:val="none" w:sz="0" w:space="0" w:color="auto"/>
          </w:divBdr>
          <w:divsChild>
            <w:div w:id="8475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1612">
      <w:bodyDiv w:val="1"/>
      <w:marLeft w:val="0"/>
      <w:marRight w:val="0"/>
      <w:marTop w:val="0"/>
      <w:marBottom w:val="0"/>
      <w:divBdr>
        <w:top w:val="none" w:sz="0" w:space="0" w:color="auto"/>
        <w:left w:val="none" w:sz="0" w:space="0" w:color="auto"/>
        <w:bottom w:val="none" w:sz="0" w:space="0" w:color="auto"/>
        <w:right w:val="none" w:sz="0" w:space="0" w:color="auto"/>
      </w:divBdr>
    </w:div>
    <w:div w:id="1865441908">
      <w:bodyDiv w:val="1"/>
      <w:marLeft w:val="0"/>
      <w:marRight w:val="0"/>
      <w:marTop w:val="0"/>
      <w:marBottom w:val="0"/>
      <w:divBdr>
        <w:top w:val="none" w:sz="0" w:space="0" w:color="auto"/>
        <w:left w:val="none" w:sz="0" w:space="0" w:color="auto"/>
        <w:bottom w:val="none" w:sz="0" w:space="0" w:color="auto"/>
        <w:right w:val="none" w:sz="0" w:space="0" w:color="auto"/>
      </w:divBdr>
    </w:div>
    <w:div w:id="1878856655">
      <w:bodyDiv w:val="1"/>
      <w:marLeft w:val="0"/>
      <w:marRight w:val="0"/>
      <w:marTop w:val="0"/>
      <w:marBottom w:val="0"/>
      <w:divBdr>
        <w:top w:val="none" w:sz="0" w:space="0" w:color="auto"/>
        <w:left w:val="none" w:sz="0" w:space="0" w:color="auto"/>
        <w:bottom w:val="none" w:sz="0" w:space="0" w:color="auto"/>
        <w:right w:val="none" w:sz="0" w:space="0" w:color="auto"/>
      </w:divBdr>
      <w:divsChild>
        <w:div w:id="525944857">
          <w:marLeft w:val="0"/>
          <w:marRight w:val="0"/>
          <w:marTop w:val="0"/>
          <w:marBottom w:val="0"/>
          <w:divBdr>
            <w:top w:val="none" w:sz="0" w:space="0" w:color="auto"/>
            <w:left w:val="none" w:sz="0" w:space="0" w:color="auto"/>
            <w:bottom w:val="none" w:sz="0" w:space="0" w:color="auto"/>
            <w:right w:val="none" w:sz="0" w:space="0" w:color="auto"/>
          </w:divBdr>
          <w:divsChild>
            <w:div w:id="8505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22D83-6141-4E55-8F0D-879355C6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3985</TotalTime>
  <Pages>25</Pages>
  <Words>2374</Words>
  <Characters>13535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andreashtest@gmail.com</cp:lastModifiedBy>
  <cp:revision>16</cp:revision>
  <dcterms:created xsi:type="dcterms:W3CDTF">2025-06-13T14:06:00Z</dcterms:created>
  <dcterms:modified xsi:type="dcterms:W3CDTF">2025-08-16T20:16:00Z</dcterms:modified>
  <cp:category/>
</cp:coreProperties>
</file>