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309B" w14:textId="19985603" w:rsidR="006A1027" w:rsidRDefault="006A1027" w:rsidP="006A1027">
      <w:pPr>
        <w:pStyle w:val="Heading2"/>
        <w:rPr>
          <w:sz w:val="28"/>
          <w:szCs w:val="28"/>
        </w:rPr>
      </w:pPr>
      <w:r w:rsidRPr="00474BBF">
        <w:rPr>
          <w:sz w:val="28"/>
          <w:szCs w:val="28"/>
        </w:rPr>
        <w:t xml:space="preserve">Lesson Plan Document: Week </w:t>
      </w:r>
      <w:r>
        <w:rPr>
          <w:sz w:val="28"/>
          <w:szCs w:val="28"/>
        </w:rPr>
        <w:t>6</w:t>
      </w:r>
      <w:r w:rsidRPr="00474BB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74BBF">
        <w:rPr>
          <w:sz w:val="28"/>
          <w:szCs w:val="28"/>
        </w:rPr>
        <w:t xml:space="preserve"> </w:t>
      </w:r>
      <w:r>
        <w:rPr>
          <w:sz w:val="28"/>
          <w:szCs w:val="28"/>
        </w:rPr>
        <w:t>Fasteners and Joinery</w:t>
      </w:r>
      <w:r>
        <w:rPr>
          <w:sz w:val="28"/>
          <w:szCs w:val="28"/>
        </w:rPr>
        <w:t>.</w:t>
      </w:r>
    </w:p>
    <w:p w14:paraId="7A9A6E44" w14:textId="77777777" w:rsidR="006A1027" w:rsidRPr="007B35C4" w:rsidRDefault="006A1027" w:rsidP="006A1027">
      <w:pPr>
        <w:pStyle w:val="Heading2"/>
        <w:spacing w:line="240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7B35C4">
        <w:rPr>
          <w:rFonts w:asciiTheme="minorHAnsi" w:hAnsiTheme="minorHAnsi" w:cstheme="minorHAnsi"/>
          <w:sz w:val="24"/>
          <w:szCs w:val="24"/>
        </w:rPr>
        <w:t>Course Title</w:t>
      </w:r>
    </w:p>
    <w:p w14:paraId="11851D3E" w14:textId="77777777" w:rsidR="006A1027" w:rsidRDefault="006A1027" w:rsidP="006A1027">
      <w:pPr>
        <w:spacing w:after="0" w:line="240" w:lineRule="auto"/>
      </w:pPr>
      <w:r>
        <w:t>Intro to Carpentry for Teens</w:t>
      </w:r>
    </w:p>
    <w:p w14:paraId="3ABF94C9" w14:textId="77777777" w:rsidR="006A1027" w:rsidRPr="007B35C4" w:rsidRDefault="006A1027" w:rsidP="006A1027">
      <w:pPr>
        <w:pStyle w:val="Heading2"/>
        <w:spacing w:line="240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7B35C4">
        <w:rPr>
          <w:rFonts w:asciiTheme="minorHAnsi" w:hAnsiTheme="minorHAnsi" w:cstheme="minorHAnsi"/>
          <w:sz w:val="24"/>
          <w:szCs w:val="24"/>
        </w:rPr>
        <w:t>Duration</w:t>
      </w:r>
    </w:p>
    <w:p w14:paraId="62BBC4E0" w14:textId="77777777" w:rsidR="006A1027" w:rsidRDefault="006A1027" w:rsidP="006A1027">
      <w:pPr>
        <w:spacing w:after="0" w:line="240" w:lineRule="auto"/>
      </w:pPr>
      <w:r>
        <w:t>6 Hours</w:t>
      </w:r>
    </w:p>
    <w:p w14:paraId="587CA7C1" w14:textId="77777777" w:rsidR="006A1027" w:rsidRPr="007B35C4" w:rsidRDefault="006A1027" w:rsidP="006A1027">
      <w:pPr>
        <w:pStyle w:val="Heading2"/>
        <w:spacing w:line="240" w:lineRule="auto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7B35C4">
        <w:rPr>
          <w:rFonts w:asciiTheme="minorHAnsi" w:hAnsiTheme="minorHAnsi" w:cstheme="minorHAnsi"/>
          <w:sz w:val="24"/>
          <w:szCs w:val="24"/>
        </w:rPr>
        <w:t>Learning Objectives</w:t>
      </w:r>
    </w:p>
    <w:p w14:paraId="413C83E9" w14:textId="68BF616F" w:rsidR="006A1027" w:rsidRDefault="006A1027" w:rsidP="006A1027">
      <w:pPr>
        <w:spacing w:after="0" w:line="240" w:lineRule="auto"/>
      </w:pPr>
      <w:r>
        <w:t xml:space="preserve">Identify different </w:t>
      </w:r>
      <w:r>
        <w:t>fasteners and learn basic joinery.</w:t>
      </w:r>
    </w:p>
    <w:p w14:paraId="7001B26B" w14:textId="0C269C26" w:rsidR="00324928" w:rsidRDefault="006A1027" w:rsidP="006A1027">
      <w:pPr>
        <w:keepNext/>
        <w:keepLines/>
        <w:spacing w:before="200" w:after="0" w:line="240" w:lineRule="auto"/>
        <w:outlineLvl w:val="1"/>
        <w:rPr>
          <w:rFonts w:ascii="Calibri" w:eastAsia="MS Gothic" w:hAnsi="Calibri" w:cs="Times New Roman"/>
          <w:b/>
          <w:bCs/>
          <w:color w:val="4F81BD"/>
          <w:sz w:val="26"/>
          <w:szCs w:val="26"/>
        </w:rPr>
      </w:pPr>
      <w:r w:rsidRPr="007B35C4">
        <w:rPr>
          <w:rFonts w:ascii="Calibri" w:eastAsia="MS Gothic" w:hAnsi="Calibri" w:cs="Times New Roman"/>
          <w:b/>
          <w:bCs/>
          <w:color w:val="4F81BD"/>
          <w:sz w:val="26"/>
          <w:szCs w:val="26"/>
        </w:rPr>
        <w:t>Materials needed.</w:t>
      </w:r>
    </w:p>
    <w:p w14:paraId="1C717B1F" w14:textId="0FB62674" w:rsidR="00324928" w:rsidRPr="00324928" w:rsidRDefault="00324928" w:rsidP="00324928">
      <w:pPr>
        <w:keepNext/>
        <w:keepLines/>
        <w:spacing w:before="200" w:after="0" w:line="240" w:lineRule="auto"/>
        <w:outlineLvl w:val="1"/>
        <w:rPr>
          <w:rFonts w:ascii="Calibri" w:eastAsia="MS Gothic" w:hAnsi="Calibri" w:cs="Times New Roman"/>
        </w:rPr>
      </w:pPr>
      <w:r w:rsidRPr="00324928">
        <w:rPr>
          <w:rFonts w:ascii="Calibri" w:eastAsia="MS Gothic" w:hAnsi="Calibri" w:cs="Times New Roman"/>
        </w:rPr>
        <w:t>Check worksheets for items needed.</w:t>
      </w:r>
    </w:p>
    <w:p w14:paraId="098C89C3" w14:textId="40476CF1" w:rsidR="007335C3" w:rsidRDefault="00000000">
      <w:pPr>
        <w:pStyle w:val="Heading2"/>
      </w:pPr>
      <w:r>
        <w:t>Hour 1: Introduction to Fasteners</w:t>
      </w:r>
    </w:p>
    <w:p w14:paraId="7C8F210B" w14:textId="77777777" w:rsidR="006A1027" w:rsidRDefault="006A1027" w:rsidP="006A1027">
      <w:pPr>
        <w:pStyle w:val="ListParagraph"/>
        <w:numPr>
          <w:ilvl w:val="0"/>
          <w:numId w:val="10"/>
        </w:numPr>
      </w:pPr>
      <w:r>
        <w:rPr>
          <w:color w:val="EE0000"/>
        </w:rPr>
        <w:t xml:space="preserve">Watch </w:t>
      </w:r>
      <w:r w:rsidR="00F07E1C" w:rsidRPr="006A1027">
        <w:rPr>
          <w:color w:val="EE0000"/>
        </w:rPr>
        <w:t xml:space="preserve">Video </w:t>
      </w:r>
      <w:r w:rsidR="00000000" w:rsidRPr="006A1027">
        <w:rPr>
          <w:color w:val="EE0000"/>
        </w:rPr>
        <w:t>Mini-Lesson</w:t>
      </w:r>
      <w:r w:rsidR="00000000">
        <w:t>: Screws, nails, and wood glue – when and why to use eac</w:t>
      </w:r>
      <w:r>
        <w:t>h</w:t>
      </w:r>
    </w:p>
    <w:p w14:paraId="27DE58DC" w14:textId="0C498C11" w:rsidR="007335C3" w:rsidRDefault="00000000" w:rsidP="006A1027">
      <w:pPr>
        <w:pStyle w:val="ListParagraph"/>
        <w:numPr>
          <w:ilvl w:val="0"/>
          <w:numId w:val="10"/>
        </w:numPr>
      </w:pPr>
      <w:r>
        <w:t>Demo: Show examples of wood held together with each method</w:t>
      </w:r>
    </w:p>
    <w:p w14:paraId="0AE99A7A" w14:textId="121484F4" w:rsidR="006A1027" w:rsidRDefault="006A1027" w:rsidP="006A1027">
      <w:pPr>
        <w:pStyle w:val="ListParagraph"/>
        <w:numPr>
          <w:ilvl w:val="0"/>
          <w:numId w:val="10"/>
        </w:numPr>
      </w:pPr>
      <w:r>
        <w:t>Read about fasteners on Worksheet #1.</w:t>
      </w:r>
    </w:p>
    <w:p w14:paraId="1F738A83" w14:textId="5E83D054" w:rsidR="006A1027" w:rsidRDefault="006A1027" w:rsidP="006A1027">
      <w:pPr>
        <w:pStyle w:val="ListParagraph"/>
        <w:numPr>
          <w:ilvl w:val="0"/>
          <w:numId w:val="10"/>
        </w:numPr>
      </w:pPr>
      <w:r>
        <w:t>Complete quiz on worksheet #2.</w:t>
      </w:r>
    </w:p>
    <w:p w14:paraId="1803C5DE" w14:textId="0D5355EC" w:rsidR="007335C3" w:rsidRDefault="006A1027" w:rsidP="006A1027">
      <w:pPr>
        <w:pStyle w:val="ListParagraph"/>
        <w:numPr>
          <w:ilvl w:val="0"/>
          <w:numId w:val="10"/>
        </w:numPr>
      </w:pPr>
      <w:r>
        <w:t xml:space="preserve">Activity: </w:t>
      </w:r>
      <w:r w:rsidR="00000000">
        <w:t>Practice driving screws and nails into scrap wood</w:t>
      </w:r>
    </w:p>
    <w:p w14:paraId="6DF26BAA" w14:textId="6E01FB46" w:rsidR="007335C3" w:rsidRDefault="00000000">
      <w:pPr>
        <w:pStyle w:val="Heading2"/>
      </w:pPr>
      <w:r>
        <w:t>Hour 2: Introduction to Basic Wood Joints</w:t>
      </w:r>
    </w:p>
    <w:p w14:paraId="081939DE" w14:textId="1D0B08B5" w:rsidR="007335C3" w:rsidRDefault="006A1027" w:rsidP="006A1027">
      <w:pPr>
        <w:pStyle w:val="ListParagraph"/>
        <w:numPr>
          <w:ilvl w:val="0"/>
          <w:numId w:val="11"/>
        </w:numPr>
      </w:pPr>
      <w:r>
        <w:rPr>
          <w:color w:val="EE0000"/>
        </w:rPr>
        <w:t xml:space="preserve">Watch </w:t>
      </w:r>
      <w:r w:rsidR="00F07E1C" w:rsidRPr="006A1027">
        <w:rPr>
          <w:color w:val="EE0000"/>
        </w:rPr>
        <w:t xml:space="preserve">Video </w:t>
      </w:r>
      <w:r w:rsidR="00000000" w:rsidRPr="006A1027">
        <w:rPr>
          <w:color w:val="EE0000"/>
        </w:rPr>
        <w:t>Mini-Lesson</w:t>
      </w:r>
      <w:r w:rsidR="00000000">
        <w:t>: What are wood joints? Overview of: Butt joints, Lap joints, Dowel joints</w:t>
      </w:r>
    </w:p>
    <w:p w14:paraId="5148D0D2" w14:textId="77777777" w:rsidR="006A1027" w:rsidRDefault="006A1027" w:rsidP="006A1027">
      <w:pPr>
        <w:pStyle w:val="ListParagraph"/>
        <w:numPr>
          <w:ilvl w:val="0"/>
          <w:numId w:val="11"/>
        </w:numPr>
      </w:pPr>
      <w:r>
        <w:t>Complete worksheet #3.</w:t>
      </w:r>
    </w:p>
    <w:p w14:paraId="4E382442" w14:textId="54042749" w:rsidR="007335C3" w:rsidRDefault="00000000">
      <w:pPr>
        <w:pStyle w:val="Heading2"/>
      </w:pPr>
      <w:r>
        <w:t>Hour 3: Build Sample Joints</w:t>
      </w:r>
    </w:p>
    <w:p w14:paraId="47BF182B" w14:textId="0F337FBA" w:rsidR="007335C3" w:rsidRDefault="009E52A5" w:rsidP="006A1027">
      <w:pPr>
        <w:pStyle w:val="ListParagraph"/>
        <w:numPr>
          <w:ilvl w:val="0"/>
          <w:numId w:val="12"/>
        </w:numPr>
      </w:pPr>
      <w:r w:rsidRPr="006A1027">
        <w:rPr>
          <w:color w:val="EE0000"/>
        </w:rPr>
        <w:t>VIDEO instruction</w:t>
      </w:r>
      <w:r w:rsidR="006A23D6">
        <w:rPr>
          <w:color w:val="EE0000"/>
        </w:rPr>
        <w:t xml:space="preserve"> and</w:t>
      </w:r>
      <w:r w:rsidRPr="006A1027">
        <w:rPr>
          <w:color w:val="EE0000"/>
        </w:rPr>
        <w:t xml:space="preserve"> then follow</w:t>
      </w:r>
      <w:r w:rsidR="006A23D6">
        <w:rPr>
          <w:color w:val="EE0000"/>
        </w:rPr>
        <w:t xml:space="preserve"> the</w:t>
      </w:r>
      <w:r w:rsidRPr="006A1027">
        <w:rPr>
          <w:color w:val="EE0000"/>
        </w:rPr>
        <w:t xml:space="preserve"> lesson plan in worksheet</w:t>
      </w:r>
      <w:r w:rsidR="006A23D6">
        <w:rPr>
          <w:color w:val="EE0000"/>
        </w:rPr>
        <w:t xml:space="preserve"> #4.</w:t>
      </w:r>
    </w:p>
    <w:p w14:paraId="090F1080" w14:textId="01CE5438" w:rsidR="007335C3" w:rsidRDefault="00000000">
      <w:pPr>
        <w:pStyle w:val="Heading2"/>
      </w:pPr>
      <w:bookmarkStart w:id="0" w:name="_Hlk200705917"/>
      <w:r>
        <w:t>Hour 4: Glue Strength Test</w:t>
      </w:r>
    </w:p>
    <w:p w14:paraId="4BCB9BEC" w14:textId="6B530680" w:rsidR="00DB55C1" w:rsidRDefault="00DB55C1" w:rsidP="00DB55C1">
      <w:pPr>
        <w:pStyle w:val="ListParagraph"/>
        <w:numPr>
          <w:ilvl w:val="0"/>
          <w:numId w:val="15"/>
        </w:numPr>
      </w:pPr>
      <w:r>
        <w:t xml:space="preserve">Read instructions on Worksheet #5 and complete activity. </w:t>
      </w:r>
      <w:bookmarkEnd w:id="0"/>
    </w:p>
    <w:p w14:paraId="5FE468B4" w14:textId="4D36CDDE" w:rsidR="007335C3" w:rsidRPr="006A23D6" w:rsidRDefault="00000000" w:rsidP="006A23D6">
      <w:pPr>
        <w:rPr>
          <w:b/>
          <w:bCs/>
          <w:color w:val="4F81BD" w:themeColor="accent1"/>
          <w:sz w:val="24"/>
          <w:szCs w:val="24"/>
        </w:rPr>
      </w:pPr>
      <w:r w:rsidRPr="006A23D6">
        <w:rPr>
          <w:b/>
          <w:bCs/>
          <w:color w:val="4F81BD" w:themeColor="accent1"/>
          <w:sz w:val="24"/>
          <w:szCs w:val="24"/>
        </w:rPr>
        <w:t>Hour</w:t>
      </w:r>
      <w:r w:rsidR="008937F4" w:rsidRPr="006A23D6">
        <w:rPr>
          <w:b/>
          <w:bCs/>
          <w:color w:val="4F81BD" w:themeColor="accent1"/>
          <w:sz w:val="24"/>
          <w:szCs w:val="24"/>
        </w:rPr>
        <w:t>s</w:t>
      </w:r>
      <w:r w:rsidRPr="006A23D6">
        <w:rPr>
          <w:b/>
          <w:bCs/>
          <w:color w:val="4F81BD" w:themeColor="accent1"/>
          <w:sz w:val="24"/>
          <w:szCs w:val="24"/>
        </w:rPr>
        <w:t xml:space="preserve"> 5</w:t>
      </w:r>
      <w:r w:rsidR="008937F4" w:rsidRPr="006A23D6">
        <w:rPr>
          <w:b/>
          <w:bCs/>
          <w:color w:val="4F81BD" w:themeColor="accent1"/>
          <w:sz w:val="24"/>
          <w:szCs w:val="24"/>
        </w:rPr>
        <w:t xml:space="preserve"> and 6</w:t>
      </w:r>
      <w:r w:rsidRPr="006A23D6">
        <w:rPr>
          <w:b/>
          <w:bCs/>
          <w:color w:val="4F81BD" w:themeColor="accent1"/>
          <w:sz w:val="24"/>
          <w:szCs w:val="24"/>
        </w:rPr>
        <w:t>: Project – Small Stool or Crate</w:t>
      </w:r>
    </w:p>
    <w:p w14:paraId="590E7808" w14:textId="4009A8F8" w:rsidR="006A23D6" w:rsidRDefault="006A23D6" w:rsidP="006A23D6">
      <w:pPr>
        <w:pStyle w:val="ListParagraph"/>
        <w:numPr>
          <w:ilvl w:val="0"/>
          <w:numId w:val="16"/>
        </w:numPr>
      </w:pPr>
      <w:r>
        <w:t>Read instructions on Worksheet #</w:t>
      </w:r>
      <w:r>
        <w:t>6</w:t>
      </w:r>
      <w:r>
        <w:t xml:space="preserve"> and complete activity. </w:t>
      </w:r>
    </w:p>
    <w:p w14:paraId="184D9342" w14:textId="0AE3138E" w:rsidR="007335C3" w:rsidRDefault="007335C3"/>
    <w:sectPr w:rsidR="007335C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012CE3"/>
    <w:multiLevelType w:val="hybridMultilevel"/>
    <w:tmpl w:val="C7C8BC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5242C"/>
    <w:multiLevelType w:val="hybridMultilevel"/>
    <w:tmpl w:val="CAF83256"/>
    <w:lvl w:ilvl="0" w:tplc="148482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1C2D5F"/>
    <w:multiLevelType w:val="hybridMultilevel"/>
    <w:tmpl w:val="8A28B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41214"/>
    <w:multiLevelType w:val="hybridMultilevel"/>
    <w:tmpl w:val="B03A3440"/>
    <w:lvl w:ilvl="0" w:tplc="148482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061B8A"/>
    <w:multiLevelType w:val="hybridMultilevel"/>
    <w:tmpl w:val="CAF832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02A6AB8"/>
    <w:multiLevelType w:val="hybridMultilevel"/>
    <w:tmpl w:val="CB809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BD2D2B"/>
    <w:multiLevelType w:val="hybridMultilevel"/>
    <w:tmpl w:val="A2C287A2"/>
    <w:lvl w:ilvl="0" w:tplc="517A2F2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272792">
    <w:abstractNumId w:val="8"/>
  </w:num>
  <w:num w:numId="2" w16cid:durableId="319700743">
    <w:abstractNumId w:val="6"/>
  </w:num>
  <w:num w:numId="3" w16cid:durableId="2103331650">
    <w:abstractNumId w:val="5"/>
  </w:num>
  <w:num w:numId="4" w16cid:durableId="1380132573">
    <w:abstractNumId w:val="4"/>
  </w:num>
  <w:num w:numId="5" w16cid:durableId="1876500074">
    <w:abstractNumId w:val="7"/>
  </w:num>
  <w:num w:numId="6" w16cid:durableId="825509262">
    <w:abstractNumId w:val="3"/>
  </w:num>
  <w:num w:numId="7" w16cid:durableId="102498309">
    <w:abstractNumId w:val="2"/>
  </w:num>
  <w:num w:numId="8" w16cid:durableId="950278361">
    <w:abstractNumId w:val="1"/>
  </w:num>
  <w:num w:numId="9" w16cid:durableId="896549253">
    <w:abstractNumId w:val="0"/>
  </w:num>
  <w:num w:numId="10" w16cid:durableId="1166900100">
    <w:abstractNumId w:val="11"/>
  </w:num>
  <w:num w:numId="11" w16cid:durableId="1255433918">
    <w:abstractNumId w:val="14"/>
  </w:num>
  <w:num w:numId="12" w16cid:durableId="81682302">
    <w:abstractNumId w:val="9"/>
  </w:num>
  <w:num w:numId="13" w16cid:durableId="612975924">
    <w:abstractNumId w:val="15"/>
  </w:num>
  <w:num w:numId="14" w16cid:durableId="362706431">
    <w:abstractNumId w:val="12"/>
  </w:num>
  <w:num w:numId="15" w16cid:durableId="3170041">
    <w:abstractNumId w:val="10"/>
  </w:num>
  <w:num w:numId="16" w16cid:durableId="8004183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2182"/>
    <w:rsid w:val="0015074B"/>
    <w:rsid w:val="0029639D"/>
    <w:rsid w:val="002E7E5A"/>
    <w:rsid w:val="00324928"/>
    <w:rsid w:val="00326F90"/>
    <w:rsid w:val="006A1027"/>
    <w:rsid w:val="006A23D6"/>
    <w:rsid w:val="006F2B5D"/>
    <w:rsid w:val="007335C3"/>
    <w:rsid w:val="008937F4"/>
    <w:rsid w:val="009E52A5"/>
    <w:rsid w:val="00AA1D8D"/>
    <w:rsid w:val="00B47730"/>
    <w:rsid w:val="00CB0664"/>
    <w:rsid w:val="00DB55C1"/>
    <w:rsid w:val="00F07E1C"/>
    <w:rsid w:val="00F9483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44847D"/>
  <w14:defaultImageDpi w14:val="300"/>
  <w15:docId w15:val="{7C783620-7AD7-4B85-9DED-D066C4801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Boone Tim</cp:lastModifiedBy>
  <cp:revision>6</cp:revision>
  <dcterms:created xsi:type="dcterms:W3CDTF">2025-06-13T15:03:00Z</dcterms:created>
  <dcterms:modified xsi:type="dcterms:W3CDTF">2025-06-27T19:10:00Z</dcterms:modified>
  <cp:category/>
</cp:coreProperties>
</file>