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A9386" w14:textId="7F6DA3CC" w:rsidR="00455AF2" w:rsidRPr="00602C4C" w:rsidRDefault="00000000">
      <w:pPr>
        <w:pStyle w:val="Heading1"/>
        <w:rPr>
          <w:sz w:val="36"/>
          <w:szCs w:val="36"/>
        </w:rPr>
      </w:pPr>
      <w:r w:rsidRPr="00602C4C">
        <w:rPr>
          <w:sz w:val="36"/>
          <w:szCs w:val="36"/>
        </w:rPr>
        <w:t>Worksheets for Week 1: Welcome to Carpentry</w:t>
      </w:r>
      <w:r w:rsidR="00602C4C">
        <w:rPr>
          <w:sz w:val="36"/>
          <w:szCs w:val="36"/>
        </w:rPr>
        <w:t>.</w:t>
      </w:r>
    </w:p>
    <w:p w14:paraId="0A6A7884" w14:textId="77777777" w:rsidR="00455AF2" w:rsidRDefault="00000000">
      <w:pPr>
        <w:pStyle w:val="Heading2"/>
      </w:pPr>
      <w:r>
        <w:t>1. Worksheet: 5 Things Carpenters Do</w:t>
      </w:r>
    </w:p>
    <w:p w14:paraId="319E0498" w14:textId="0434EDCD" w:rsidR="00455AF2" w:rsidRDefault="00000000">
      <w:r>
        <w:t>Instructions: Based on what you learned in the video, list five things that carpenters do in their jobs.</w:t>
      </w:r>
    </w:p>
    <w:p w14:paraId="16230E3E" w14:textId="2C31B409" w:rsidR="00455AF2" w:rsidRDefault="00000000">
      <w:r>
        <w:t>1.</w:t>
      </w:r>
    </w:p>
    <w:p w14:paraId="0431C81A" w14:textId="77777777" w:rsidR="00602C4C" w:rsidRDefault="00602C4C"/>
    <w:p w14:paraId="59E61DE3" w14:textId="09D4788B" w:rsidR="00455AF2" w:rsidRDefault="00000000">
      <w:r>
        <w:t xml:space="preserve">2. </w:t>
      </w:r>
    </w:p>
    <w:p w14:paraId="2C069E14" w14:textId="77777777" w:rsidR="00602C4C" w:rsidRDefault="00602C4C"/>
    <w:p w14:paraId="6C158499" w14:textId="3721139C" w:rsidR="00455AF2" w:rsidRDefault="00000000">
      <w:r>
        <w:t xml:space="preserve">3. </w:t>
      </w:r>
    </w:p>
    <w:p w14:paraId="1D8ADB62" w14:textId="77777777" w:rsidR="00602C4C" w:rsidRDefault="00602C4C"/>
    <w:p w14:paraId="108CDA72" w14:textId="0AFA1A79" w:rsidR="00455AF2" w:rsidRDefault="00000000">
      <w:r>
        <w:t xml:space="preserve">4. </w:t>
      </w:r>
    </w:p>
    <w:p w14:paraId="215264F4" w14:textId="77777777" w:rsidR="00602C4C" w:rsidRDefault="00602C4C"/>
    <w:p w14:paraId="06A4FA72" w14:textId="37D63C6B" w:rsidR="00455AF2" w:rsidRDefault="00000000">
      <w:r>
        <w:t xml:space="preserve">5. </w:t>
      </w:r>
    </w:p>
    <w:p w14:paraId="02288F48" w14:textId="77777777" w:rsidR="00455AF2" w:rsidRDefault="00000000">
      <w:r>
        <w:br w:type="page"/>
      </w:r>
    </w:p>
    <w:p w14:paraId="690D628B" w14:textId="77777777" w:rsidR="00455AF2" w:rsidRDefault="00000000">
      <w:pPr>
        <w:pStyle w:val="Heading2"/>
      </w:pPr>
      <w:r>
        <w:lastRenderedPageBreak/>
        <w:t>2. Writing Prompt: Why I Want to Learn Carpentry</w:t>
      </w:r>
    </w:p>
    <w:p w14:paraId="418A60D7" w14:textId="77777777" w:rsidR="00455AF2" w:rsidRDefault="00000000">
      <w:r>
        <w:t xml:space="preserve">Instructions: In 4–6 sentences </w:t>
      </w:r>
      <w:r w:rsidRPr="00602C4C">
        <w:rPr>
          <w:i/>
          <w:iCs/>
        </w:rPr>
        <w:t>(or more),</w:t>
      </w:r>
      <w:r>
        <w:t xml:space="preserve"> explain why you want to learn carpentry and what you hope to build or achieve.</w:t>
      </w:r>
    </w:p>
    <w:p w14:paraId="08F42BAA" w14:textId="77777777" w:rsidR="00455AF2" w:rsidRDefault="00000000">
      <w:r>
        <w:br w:type="page"/>
      </w:r>
    </w:p>
    <w:p w14:paraId="4D5182A2" w14:textId="45935F2C" w:rsidR="00602C4C" w:rsidRDefault="00602C4C" w:rsidP="00602C4C">
      <w:pPr>
        <w:pStyle w:val="Heading1"/>
      </w:pPr>
      <w:r>
        <w:lastRenderedPageBreak/>
        <w:t>3. Workshop Safety Contract</w:t>
      </w:r>
    </w:p>
    <w:p w14:paraId="208AEEF8" w14:textId="77777777" w:rsidR="00602C4C" w:rsidRPr="00602C4C" w:rsidRDefault="00602C4C" w:rsidP="00602C4C"/>
    <w:p w14:paraId="4B0D53DF" w14:textId="77777777" w:rsidR="00602C4C" w:rsidRDefault="00602C4C" w:rsidP="00602C4C">
      <w:r>
        <w:t>Student Name: ___________________________</w:t>
      </w:r>
    </w:p>
    <w:p w14:paraId="595775BD" w14:textId="77777777" w:rsidR="00602C4C" w:rsidRDefault="00602C4C" w:rsidP="00602C4C">
      <w:r>
        <w:t>As a student in the Intro to Carpentry for Teens course, I understand that safety is the top priority in the workshop. I agree to follow all safety rules, listen carefully to instructions, and use tools responsibly.</w:t>
      </w:r>
    </w:p>
    <w:p w14:paraId="0B4CCACD" w14:textId="7A0C0522" w:rsidR="00602C4C" w:rsidRDefault="00602C4C" w:rsidP="00602C4C">
      <w:pPr>
        <w:pStyle w:val="Heading2"/>
      </w:pPr>
      <w:r>
        <w:t>🔒 I promise to:</w:t>
      </w:r>
    </w:p>
    <w:p w14:paraId="1C0CC69C" w14:textId="7F3A103E" w:rsidR="00602C4C" w:rsidRDefault="00602C4C" w:rsidP="00602C4C">
      <w:pPr>
        <w:pStyle w:val="ListBullet"/>
        <w:numPr>
          <w:ilvl w:val="0"/>
          <w:numId w:val="12"/>
        </w:numPr>
      </w:pPr>
      <w:r>
        <w:t>Wear safety gear when required (</w:t>
      </w:r>
      <w:r w:rsidRPr="00602C4C">
        <w:rPr>
          <w:i/>
          <w:iCs/>
        </w:rPr>
        <w:t>goggles, gloves, etc</w:t>
      </w:r>
      <w:r>
        <w:t>.)</w:t>
      </w:r>
    </w:p>
    <w:p w14:paraId="312C01A0" w14:textId="3A2DEA4E" w:rsidR="00602C4C" w:rsidRDefault="00602C4C" w:rsidP="00602C4C">
      <w:pPr>
        <w:pStyle w:val="ListBullet"/>
        <w:numPr>
          <w:ilvl w:val="0"/>
          <w:numId w:val="12"/>
        </w:numPr>
      </w:pPr>
      <w:r>
        <w:t>Keep my workspace clean and tools organized.</w:t>
      </w:r>
    </w:p>
    <w:p w14:paraId="00471E63" w14:textId="0E827D0B" w:rsidR="00602C4C" w:rsidRDefault="00602C4C" w:rsidP="00602C4C">
      <w:pPr>
        <w:pStyle w:val="ListBullet"/>
        <w:numPr>
          <w:ilvl w:val="0"/>
          <w:numId w:val="12"/>
        </w:numPr>
      </w:pPr>
      <w:r>
        <w:t>Follow all safety instructions from my instructor.</w:t>
      </w:r>
    </w:p>
    <w:p w14:paraId="4365657A" w14:textId="3F03C625" w:rsidR="00602C4C" w:rsidRDefault="00602C4C" w:rsidP="00602C4C">
      <w:pPr>
        <w:pStyle w:val="ListBullet"/>
        <w:numPr>
          <w:ilvl w:val="0"/>
          <w:numId w:val="12"/>
        </w:numPr>
      </w:pPr>
      <w:r>
        <w:t>Never run, horseplay, or use tools in an unsafe way.</w:t>
      </w:r>
    </w:p>
    <w:p w14:paraId="23F2C4ED" w14:textId="0ED5474C" w:rsidR="00602C4C" w:rsidRDefault="00602C4C" w:rsidP="00602C4C">
      <w:pPr>
        <w:pStyle w:val="ListBullet"/>
        <w:numPr>
          <w:ilvl w:val="0"/>
          <w:numId w:val="12"/>
        </w:numPr>
      </w:pPr>
      <w:r>
        <w:t>Ask for help if I am unsure about a tool or task.</w:t>
      </w:r>
    </w:p>
    <w:p w14:paraId="33798487" w14:textId="77777777" w:rsidR="00602C4C" w:rsidRDefault="00602C4C" w:rsidP="00602C4C">
      <w:r>
        <w:t>I understand that unsafe behavior may result in being removed from an activity or the workshop.</w:t>
      </w:r>
    </w:p>
    <w:p w14:paraId="57DDED02" w14:textId="77777777" w:rsidR="00602C4C" w:rsidRDefault="00602C4C" w:rsidP="00602C4C">
      <w:r>
        <w:t>Student Signature: _________________________</w:t>
      </w:r>
    </w:p>
    <w:p w14:paraId="77DA47E1" w14:textId="77777777" w:rsidR="00602C4C" w:rsidRDefault="00602C4C" w:rsidP="00602C4C">
      <w:r>
        <w:t>Date: ___________</w:t>
      </w:r>
    </w:p>
    <w:p w14:paraId="0C0480FF" w14:textId="1884E9E7" w:rsidR="00602C4C" w:rsidRDefault="00602C4C" w:rsidP="00602C4C">
      <w:pPr>
        <w:pStyle w:val="Heading2"/>
      </w:pPr>
      <w:r>
        <w:t>Parent/Guardian Agreement</w:t>
      </w:r>
    </w:p>
    <w:p w14:paraId="23D56CA9" w14:textId="77777777" w:rsidR="00602C4C" w:rsidRDefault="00602C4C" w:rsidP="00602C4C">
      <w:r>
        <w:t>I understand the safety expectations for this course and agree to support my student in learning and using safe practices in carpentry.</w:t>
      </w:r>
    </w:p>
    <w:p w14:paraId="4DB667CF" w14:textId="77777777" w:rsidR="00602C4C" w:rsidRDefault="00602C4C" w:rsidP="00602C4C">
      <w:r>
        <w:t>Parent/Guardian Signature: _________________________</w:t>
      </w:r>
    </w:p>
    <w:p w14:paraId="69B956EC" w14:textId="77777777" w:rsidR="00602C4C" w:rsidRDefault="00602C4C" w:rsidP="00602C4C">
      <w:r>
        <w:t>Date: ___________</w:t>
      </w:r>
    </w:p>
    <w:p w14:paraId="06489D10" w14:textId="77777777" w:rsidR="00602C4C" w:rsidRDefault="00602C4C" w:rsidP="00602C4C"/>
    <w:p w14:paraId="2ABE35EC" w14:textId="77777777" w:rsidR="00602C4C" w:rsidRDefault="00602C4C" w:rsidP="00602C4C"/>
    <w:p w14:paraId="5E2760AB" w14:textId="77777777" w:rsidR="00602C4C" w:rsidRDefault="00602C4C" w:rsidP="00602C4C"/>
    <w:p w14:paraId="27B47A55" w14:textId="77777777" w:rsidR="00602C4C" w:rsidRDefault="00602C4C" w:rsidP="00602C4C"/>
    <w:p w14:paraId="51C5CC2B" w14:textId="77777777" w:rsidR="00602C4C" w:rsidRDefault="00602C4C" w:rsidP="00602C4C"/>
    <w:p w14:paraId="2C367DCA" w14:textId="77777777" w:rsidR="00602C4C" w:rsidRDefault="00602C4C" w:rsidP="00602C4C"/>
    <w:p w14:paraId="41848500" w14:textId="77777777" w:rsidR="00602C4C" w:rsidRDefault="00602C4C" w:rsidP="00602C4C"/>
    <w:p w14:paraId="13EF29F1" w14:textId="77777777" w:rsidR="00602C4C" w:rsidRDefault="00602C4C" w:rsidP="00602C4C"/>
    <w:p w14:paraId="05CABA16" w14:textId="77777777" w:rsidR="00602C4C" w:rsidRDefault="00602C4C"/>
    <w:p w14:paraId="1A3BD5E7" w14:textId="3978A971" w:rsidR="00455AF2" w:rsidRDefault="00602C4C">
      <w:pPr>
        <w:pStyle w:val="Heading2"/>
      </w:pPr>
      <w:r>
        <w:lastRenderedPageBreak/>
        <w:t>4. Safety Quiz: Safe or Unsafe?</w:t>
      </w:r>
    </w:p>
    <w:p w14:paraId="5A90B268" w14:textId="77777777" w:rsidR="007C2946" w:rsidRPr="007C2946" w:rsidRDefault="007C2946" w:rsidP="007C2946"/>
    <w:p w14:paraId="0489BACA" w14:textId="77777777" w:rsidR="00455AF2" w:rsidRDefault="00000000">
      <w:r>
        <w:t>Instructions: Circle "Safe" or "Unsafe" for each scenario below.</w:t>
      </w:r>
    </w:p>
    <w:p w14:paraId="32CF8FE1" w14:textId="77777777" w:rsidR="00455AF2" w:rsidRDefault="00000000">
      <w:r>
        <w:t>1. A student wears safety goggles while using a saw. — Safe / Unsafe</w:t>
      </w:r>
    </w:p>
    <w:p w14:paraId="5FCF82ED" w14:textId="77777777" w:rsidR="00455AF2" w:rsidRDefault="00000000">
      <w:r>
        <w:t>2. Someone leaves a hammer on the floor in a walkway. — Safe / Unsafe</w:t>
      </w:r>
    </w:p>
    <w:p w14:paraId="36DEB649" w14:textId="77777777" w:rsidR="00455AF2" w:rsidRDefault="00000000">
      <w:r>
        <w:t>3. Wearing gloves when handling sharp wood. — Safe / Unsafe</w:t>
      </w:r>
    </w:p>
    <w:p w14:paraId="1903CF7C" w14:textId="77777777" w:rsidR="00455AF2" w:rsidRDefault="00000000">
      <w:r>
        <w:t>4. Running in the workshop. — Safe / Unsafe</w:t>
      </w:r>
    </w:p>
    <w:p w14:paraId="423B8E08" w14:textId="77777777" w:rsidR="00455AF2" w:rsidRDefault="00000000">
      <w:r>
        <w:t>5. Unplugging a tool before changing blades. — Safe / Unsafe</w:t>
      </w:r>
    </w:p>
    <w:p w14:paraId="29C29191" w14:textId="77777777" w:rsidR="00602C4C" w:rsidRDefault="00602C4C"/>
    <w:p w14:paraId="2CB02600" w14:textId="77777777" w:rsidR="00602C4C" w:rsidRDefault="00602C4C"/>
    <w:p w14:paraId="538C3339" w14:textId="77777777" w:rsidR="00602C4C" w:rsidRDefault="00602C4C"/>
    <w:p w14:paraId="4A84FCF9" w14:textId="77777777" w:rsidR="00602C4C" w:rsidRDefault="00602C4C"/>
    <w:p w14:paraId="24D4FE55" w14:textId="77777777" w:rsidR="00602C4C" w:rsidRDefault="00602C4C"/>
    <w:p w14:paraId="6A17EBEE" w14:textId="77777777" w:rsidR="00602C4C" w:rsidRDefault="00602C4C"/>
    <w:p w14:paraId="7DF7E034" w14:textId="77777777" w:rsidR="00602C4C" w:rsidRDefault="00602C4C"/>
    <w:p w14:paraId="10490343" w14:textId="77777777" w:rsidR="00602C4C" w:rsidRDefault="00602C4C"/>
    <w:p w14:paraId="401B46B1" w14:textId="77777777" w:rsidR="00602C4C" w:rsidRDefault="00602C4C"/>
    <w:p w14:paraId="0413DD1B" w14:textId="77777777" w:rsidR="00602C4C" w:rsidRDefault="00602C4C"/>
    <w:p w14:paraId="2D3D2AB6" w14:textId="77777777" w:rsidR="00602C4C" w:rsidRDefault="00602C4C"/>
    <w:p w14:paraId="6D0E2C36" w14:textId="77777777" w:rsidR="00602C4C" w:rsidRDefault="00602C4C"/>
    <w:p w14:paraId="7DDC3108" w14:textId="77777777" w:rsidR="00602C4C" w:rsidRDefault="00602C4C"/>
    <w:p w14:paraId="7CD518BD" w14:textId="77777777" w:rsidR="00602C4C" w:rsidRDefault="00602C4C"/>
    <w:p w14:paraId="596D48A5" w14:textId="77777777" w:rsidR="00602C4C" w:rsidRDefault="00602C4C"/>
    <w:p w14:paraId="2C1C70DA" w14:textId="77777777" w:rsidR="00602C4C" w:rsidRDefault="00602C4C"/>
    <w:p w14:paraId="69B335F8" w14:textId="77777777" w:rsidR="00602C4C" w:rsidRDefault="00602C4C"/>
    <w:p w14:paraId="44D07AE0" w14:textId="77777777" w:rsidR="00602C4C" w:rsidRDefault="00602C4C"/>
    <w:p w14:paraId="62101C15" w14:textId="1F1243BF" w:rsidR="00093375" w:rsidRPr="00093375" w:rsidRDefault="00602C4C" w:rsidP="00093375">
      <w:pPr>
        <w:pStyle w:val="Heading2"/>
      </w:pPr>
      <w:r>
        <w:lastRenderedPageBreak/>
        <w:t>5. Safety Poster.</w:t>
      </w:r>
    </w:p>
    <w:p w14:paraId="3271450E" w14:textId="5AD82A62" w:rsidR="00602C4C" w:rsidRDefault="00602C4C">
      <w:r>
        <w:rPr>
          <w:noProof/>
        </w:rPr>
        <w:drawing>
          <wp:inline distT="0" distB="0" distL="0" distR="0" wp14:anchorId="31DEE1FF" wp14:editId="1224DA27">
            <wp:extent cx="5278120" cy="7917180"/>
            <wp:effectExtent l="0" t="0" r="0" b="7620"/>
            <wp:docPr id="901971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71009" name="Picture 9019710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C25E" w14:textId="5CEEC5E5" w:rsidR="00093375" w:rsidRDefault="00093375" w:rsidP="00093375">
      <w:pPr>
        <w:pStyle w:val="Heading2"/>
      </w:pPr>
      <w:r>
        <w:lastRenderedPageBreak/>
        <w:t>6</w:t>
      </w:r>
      <w:r>
        <w:t xml:space="preserve">. </w:t>
      </w:r>
      <w:r>
        <w:t>Tool ID Chart</w:t>
      </w:r>
      <w:r>
        <w:t>.</w:t>
      </w:r>
    </w:p>
    <w:p w14:paraId="1806AEDF" w14:textId="77777777" w:rsidR="00093375" w:rsidRPr="00D94182" w:rsidRDefault="00093375" w:rsidP="00093375"/>
    <w:tbl>
      <w:tblPr>
        <w:tblStyle w:val="TableGrid"/>
        <w:tblW w:w="11682" w:type="dxa"/>
        <w:tblInd w:w="-1517" w:type="dxa"/>
        <w:tblLook w:val="04A0" w:firstRow="1" w:lastRow="0" w:firstColumn="1" w:lastColumn="0" w:noHBand="0" w:noVBand="1"/>
      </w:tblPr>
      <w:tblGrid>
        <w:gridCol w:w="1808"/>
        <w:gridCol w:w="4474"/>
        <w:gridCol w:w="5400"/>
      </w:tblGrid>
      <w:tr w:rsidR="00093375" w14:paraId="00425260" w14:textId="77777777" w:rsidTr="00093375">
        <w:trPr>
          <w:trHeight w:val="348"/>
        </w:trPr>
        <w:tc>
          <w:tcPr>
            <w:tcW w:w="1808" w:type="dxa"/>
          </w:tcPr>
          <w:p w14:paraId="3D100D43" w14:textId="77777777" w:rsidR="00093375" w:rsidRPr="00D94182" w:rsidRDefault="00093375" w:rsidP="00543E67">
            <w:pPr>
              <w:rPr>
                <w:b/>
                <w:bCs/>
                <w:sz w:val="36"/>
                <w:szCs w:val="36"/>
              </w:rPr>
            </w:pPr>
            <w:r w:rsidRPr="00D94182">
              <w:rPr>
                <w:b/>
                <w:bCs/>
                <w:sz w:val="36"/>
                <w:szCs w:val="36"/>
              </w:rPr>
              <w:t>Tool Name</w:t>
            </w:r>
          </w:p>
        </w:tc>
        <w:tc>
          <w:tcPr>
            <w:tcW w:w="4474" w:type="dxa"/>
          </w:tcPr>
          <w:p w14:paraId="2BD9A3C6" w14:textId="77777777" w:rsidR="00093375" w:rsidRPr="00D94182" w:rsidRDefault="00093375" w:rsidP="00543E67">
            <w:pPr>
              <w:rPr>
                <w:b/>
                <w:bCs/>
                <w:sz w:val="36"/>
                <w:szCs w:val="36"/>
              </w:rPr>
            </w:pPr>
            <w:r w:rsidRPr="00D94182">
              <w:rPr>
                <w:b/>
                <w:bCs/>
                <w:sz w:val="36"/>
                <w:szCs w:val="36"/>
              </w:rPr>
              <w:t>What It Looks Like</w:t>
            </w:r>
          </w:p>
        </w:tc>
        <w:tc>
          <w:tcPr>
            <w:tcW w:w="5400" w:type="dxa"/>
          </w:tcPr>
          <w:p w14:paraId="576CB400" w14:textId="77777777" w:rsidR="00093375" w:rsidRPr="00D94182" w:rsidRDefault="00093375" w:rsidP="00543E67">
            <w:pPr>
              <w:rPr>
                <w:b/>
                <w:bCs/>
                <w:sz w:val="36"/>
                <w:szCs w:val="36"/>
              </w:rPr>
            </w:pPr>
            <w:r w:rsidRPr="00D94182">
              <w:rPr>
                <w:b/>
                <w:bCs/>
                <w:sz w:val="36"/>
                <w:szCs w:val="36"/>
              </w:rPr>
              <w:t>What It Is Used For</w:t>
            </w:r>
          </w:p>
        </w:tc>
      </w:tr>
      <w:tr w:rsidR="00093375" w14:paraId="65F85A7C" w14:textId="77777777" w:rsidTr="00093375">
        <w:trPr>
          <w:trHeight w:val="268"/>
        </w:trPr>
        <w:tc>
          <w:tcPr>
            <w:tcW w:w="1808" w:type="dxa"/>
          </w:tcPr>
          <w:p w14:paraId="0B5ECF58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Allen Wrench</w:t>
            </w:r>
          </w:p>
        </w:tc>
        <w:tc>
          <w:tcPr>
            <w:tcW w:w="4474" w:type="dxa"/>
          </w:tcPr>
          <w:p w14:paraId="4F452BBA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L-shaped hex key</w:t>
            </w:r>
          </w:p>
        </w:tc>
        <w:tc>
          <w:tcPr>
            <w:tcW w:w="5400" w:type="dxa"/>
          </w:tcPr>
          <w:p w14:paraId="2BAB4EBC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Tightening or loosening hex screws (often in furniture)</w:t>
            </w:r>
          </w:p>
        </w:tc>
      </w:tr>
      <w:tr w:rsidR="00093375" w14:paraId="19371A28" w14:textId="77777777" w:rsidTr="00093375">
        <w:trPr>
          <w:trHeight w:val="268"/>
        </w:trPr>
        <w:tc>
          <w:tcPr>
            <w:tcW w:w="1808" w:type="dxa"/>
          </w:tcPr>
          <w:p w14:paraId="03B43F3C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Drill</w:t>
            </w:r>
          </w:p>
        </w:tc>
        <w:tc>
          <w:tcPr>
            <w:tcW w:w="4474" w:type="dxa"/>
          </w:tcPr>
          <w:p w14:paraId="34EAA1C3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Handheld tool with rotating bit</w:t>
            </w:r>
          </w:p>
        </w:tc>
        <w:tc>
          <w:tcPr>
            <w:tcW w:w="5400" w:type="dxa"/>
          </w:tcPr>
          <w:p w14:paraId="284C7BD3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Making holes or driving screws into materials</w:t>
            </w:r>
          </w:p>
        </w:tc>
      </w:tr>
      <w:tr w:rsidR="00093375" w14:paraId="4A2C5EC1" w14:textId="77777777" w:rsidTr="00093375">
        <w:trPr>
          <w:trHeight w:val="278"/>
        </w:trPr>
        <w:tc>
          <w:tcPr>
            <w:tcW w:w="1808" w:type="dxa"/>
          </w:tcPr>
          <w:p w14:paraId="71F33576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Hammer</w:t>
            </w:r>
          </w:p>
        </w:tc>
        <w:tc>
          <w:tcPr>
            <w:tcW w:w="4474" w:type="dxa"/>
          </w:tcPr>
          <w:p w14:paraId="1A56F445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Long handle, flat metal head</w:t>
            </w:r>
          </w:p>
        </w:tc>
        <w:tc>
          <w:tcPr>
            <w:tcW w:w="5400" w:type="dxa"/>
          </w:tcPr>
          <w:p w14:paraId="14E5AD0C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Driving nails, removing nails, light demolition</w:t>
            </w:r>
          </w:p>
        </w:tc>
      </w:tr>
      <w:tr w:rsidR="00093375" w14:paraId="27A96590" w14:textId="77777777" w:rsidTr="00093375">
        <w:trPr>
          <w:trHeight w:val="537"/>
        </w:trPr>
        <w:tc>
          <w:tcPr>
            <w:tcW w:w="1808" w:type="dxa"/>
          </w:tcPr>
          <w:p w14:paraId="233BF133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Handsaw</w:t>
            </w:r>
          </w:p>
        </w:tc>
        <w:tc>
          <w:tcPr>
            <w:tcW w:w="4474" w:type="dxa"/>
          </w:tcPr>
          <w:p w14:paraId="4DA0F842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Long blade with teeth and handle</w:t>
            </w:r>
          </w:p>
        </w:tc>
        <w:tc>
          <w:tcPr>
            <w:tcW w:w="5400" w:type="dxa"/>
          </w:tcPr>
          <w:p w14:paraId="3360E7CD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Cutting wood or soft materials manually</w:t>
            </w:r>
          </w:p>
        </w:tc>
      </w:tr>
      <w:tr w:rsidR="00093375" w14:paraId="4FF41D0A" w14:textId="77777777" w:rsidTr="00093375">
        <w:trPr>
          <w:trHeight w:val="547"/>
        </w:trPr>
        <w:tc>
          <w:tcPr>
            <w:tcW w:w="1808" w:type="dxa"/>
          </w:tcPr>
          <w:p w14:paraId="28AA00BB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Level</w:t>
            </w:r>
          </w:p>
        </w:tc>
        <w:tc>
          <w:tcPr>
            <w:tcW w:w="4474" w:type="dxa"/>
          </w:tcPr>
          <w:p w14:paraId="1CEAE159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Flat tool with bubble tubes inside</w:t>
            </w:r>
          </w:p>
        </w:tc>
        <w:tc>
          <w:tcPr>
            <w:tcW w:w="5400" w:type="dxa"/>
          </w:tcPr>
          <w:p w14:paraId="79D3DDE2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Checking if something is straight or even</w:t>
            </w:r>
          </w:p>
        </w:tc>
      </w:tr>
      <w:tr w:rsidR="00093375" w14:paraId="7DBE263A" w14:textId="77777777" w:rsidTr="00093375">
        <w:trPr>
          <w:trHeight w:val="268"/>
        </w:trPr>
        <w:tc>
          <w:tcPr>
            <w:tcW w:w="1808" w:type="dxa"/>
          </w:tcPr>
          <w:p w14:paraId="630ADEE0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Pliers</w:t>
            </w:r>
          </w:p>
        </w:tc>
        <w:tc>
          <w:tcPr>
            <w:tcW w:w="4474" w:type="dxa"/>
          </w:tcPr>
          <w:p w14:paraId="331513D6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Scissor-like with gripping jaws</w:t>
            </w:r>
          </w:p>
        </w:tc>
        <w:tc>
          <w:tcPr>
            <w:tcW w:w="5400" w:type="dxa"/>
          </w:tcPr>
          <w:p w14:paraId="4AA6D820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Gripping, twisting, or pulling small objects or wires</w:t>
            </w:r>
          </w:p>
        </w:tc>
      </w:tr>
      <w:tr w:rsidR="00093375" w14:paraId="4E8E2CEA" w14:textId="77777777" w:rsidTr="00093375">
        <w:trPr>
          <w:trHeight w:val="537"/>
        </w:trPr>
        <w:tc>
          <w:tcPr>
            <w:tcW w:w="1808" w:type="dxa"/>
          </w:tcPr>
          <w:p w14:paraId="02CD80C6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Screwdriver</w:t>
            </w:r>
          </w:p>
        </w:tc>
        <w:tc>
          <w:tcPr>
            <w:tcW w:w="4474" w:type="dxa"/>
          </w:tcPr>
          <w:p w14:paraId="20D1EF98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Handle with a straight or cross tip</w:t>
            </w:r>
          </w:p>
        </w:tc>
        <w:tc>
          <w:tcPr>
            <w:tcW w:w="5400" w:type="dxa"/>
          </w:tcPr>
          <w:p w14:paraId="30E14E86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Tightening or loosening screws (flathead or Phillips)</w:t>
            </w:r>
          </w:p>
        </w:tc>
      </w:tr>
      <w:tr w:rsidR="00093375" w14:paraId="2342C10C" w14:textId="77777777" w:rsidTr="00093375">
        <w:trPr>
          <w:trHeight w:val="547"/>
        </w:trPr>
        <w:tc>
          <w:tcPr>
            <w:tcW w:w="1808" w:type="dxa"/>
          </w:tcPr>
          <w:p w14:paraId="3F5DFCBA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Tape Measure</w:t>
            </w:r>
          </w:p>
        </w:tc>
        <w:tc>
          <w:tcPr>
            <w:tcW w:w="4474" w:type="dxa"/>
          </w:tcPr>
          <w:p w14:paraId="13B53EBE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Retractable metal measuring strip</w:t>
            </w:r>
          </w:p>
        </w:tc>
        <w:tc>
          <w:tcPr>
            <w:tcW w:w="5400" w:type="dxa"/>
          </w:tcPr>
          <w:p w14:paraId="2B34CA54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Measuring length, width, or height of materials</w:t>
            </w:r>
          </w:p>
        </w:tc>
      </w:tr>
      <w:tr w:rsidR="00093375" w14:paraId="524251C1" w14:textId="77777777" w:rsidTr="00093375">
        <w:trPr>
          <w:trHeight w:val="537"/>
        </w:trPr>
        <w:tc>
          <w:tcPr>
            <w:tcW w:w="1808" w:type="dxa"/>
          </w:tcPr>
          <w:p w14:paraId="52F4BC9B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Utility Knife</w:t>
            </w:r>
          </w:p>
        </w:tc>
        <w:tc>
          <w:tcPr>
            <w:tcW w:w="4474" w:type="dxa"/>
          </w:tcPr>
          <w:p w14:paraId="11F45895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Small knife with retractable blade</w:t>
            </w:r>
          </w:p>
        </w:tc>
        <w:tc>
          <w:tcPr>
            <w:tcW w:w="5400" w:type="dxa"/>
          </w:tcPr>
          <w:p w14:paraId="65F71089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Cutting cardboard, plastic, or light materials</w:t>
            </w:r>
          </w:p>
        </w:tc>
      </w:tr>
      <w:tr w:rsidR="00093375" w14:paraId="275D7C5C" w14:textId="77777777" w:rsidTr="00093375">
        <w:trPr>
          <w:trHeight w:val="547"/>
        </w:trPr>
        <w:tc>
          <w:tcPr>
            <w:tcW w:w="1808" w:type="dxa"/>
          </w:tcPr>
          <w:p w14:paraId="554727DD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Wrench</w:t>
            </w:r>
          </w:p>
        </w:tc>
        <w:tc>
          <w:tcPr>
            <w:tcW w:w="4474" w:type="dxa"/>
          </w:tcPr>
          <w:p w14:paraId="25D11F74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Metal tool with open or closed ends</w:t>
            </w:r>
          </w:p>
        </w:tc>
        <w:tc>
          <w:tcPr>
            <w:tcW w:w="5400" w:type="dxa"/>
          </w:tcPr>
          <w:p w14:paraId="62B07AA2" w14:textId="77777777" w:rsidR="00093375" w:rsidRPr="00D94182" w:rsidRDefault="00093375" w:rsidP="00543E67">
            <w:pPr>
              <w:rPr>
                <w:sz w:val="28"/>
                <w:szCs w:val="28"/>
              </w:rPr>
            </w:pPr>
            <w:r w:rsidRPr="00D94182">
              <w:rPr>
                <w:sz w:val="28"/>
                <w:szCs w:val="28"/>
              </w:rPr>
              <w:t>Turning bolts or nuts to tighten or loosen</w:t>
            </w:r>
          </w:p>
        </w:tc>
      </w:tr>
    </w:tbl>
    <w:p w14:paraId="1797B6BF" w14:textId="77777777" w:rsidR="00093375" w:rsidRDefault="00093375" w:rsidP="00093375"/>
    <w:p w14:paraId="6DA19A4A" w14:textId="77777777" w:rsidR="00093375" w:rsidRDefault="00093375"/>
    <w:p w14:paraId="6DA4A213" w14:textId="4B530717" w:rsidR="00455AF2" w:rsidRPr="00D21734" w:rsidRDefault="00000000" w:rsidP="00643472">
      <w:pPr>
        <w:rPr>
          <w:b/>
          <w:bCs/>
        </w:rPr>
      </w:pPr>
      <w:r>
        <w:br w:type="page"/>
      </w:r>
      <w:r w:rsidR="00643472" w:rsidRPr="00D21734">
        <w:rPr>
          <w:b/>
          <w:bCs/>
          <w:color w:val="1F497D" w:themeColor="text2"/>
        </w:rPr>
        <w:lastRenderedPageBreak/>
        <w:t>7</w:t>
      </w:r>
      <w:r w:rsidR="00D21734" w:rsidRPr="00D21734">
        <w:rPr>
          <w:b/>
          <w:bCs/>
          <w:color w:val="1F497D" w:themeColor="text2"/>
        </w:rPr>
        <w:t xml:space="preserve">. </w:t>
      </w:r>
      <w:r w:rsidR="00D21734">
        <w:rPr>
          <w:b/>
          <w:bCs/>
          <w:color w:val="1F497D" w:themeColor="text2"/>
        </w:rPr>
        <w:t>Tool ID.</w:t>
      </w:r>
    </w:p>
    <w:p w14:paraId="5FEAB74D" w14:textId="2B325098" w:rsidR="00455AF2" w:rsidRDefault="00000000">
      <w:r>
        <w:t xml:space="preserve">Instructions: Match each tool to its correct name and use. </w:t>
      </w:r>
      <w:r w:rsidR="00D21734">
        <w:t>Complete the table.</w:t>
      </w:r>
    </w:p>
    <w:p w14:paraId="6DA3EC33" w14:textId="77777777" w:rsidR="006717C5" w:rsidRDefault="006717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8"/>
        <w:gridCol w:w="2875"/>
        <w:gridCol w:w="2877"/>
      </w:tblGrid>
      <w:tr w:rsidR="00317B66" w14:paraId="3D93AFA8" w14:textId="77777777" w:rsidTr="00D21734">
        <w:tc>
          <w:tcPr>
            <w:tcW w:w="2878" w:type="dxa"/>
          </w:tcPr>
          <w:p w14:paraId="4A86F43E" w14:textId="77777777" w:rsidR="00455AF2" w:rsidRPr="006717C5" w:rsidRDefault="00000000" w:rsidP="006717C5">
            <w:pPr>
              <w:jc w:val="center"/>
              <w:rPr>
                <w:b/>
                <w:bCs/>
              </w:rPr>
            </w:pPr>
            <w:r w:rsidRPr="006717C5">
              <w:rPr>
                <w:b/>
                <w:bCs/>
              </w:rPr>
              <w:t>Tool Image</w:t>
            </w:r>
          </w:p>
        </w:tc>
        <w:tc>
          <w:tcPr>
            <w:tcW w:w="2875" w:type="dxa"/>
          </w:tcPr>
          <w:p w14:paraId="3654BE40" w14:textId="77777777" w:rsidR="00455AF2" w:rsidRPr="006717C5" w:rsidRDefault="00000000" w:rsidP="006717C5">
            <w:pPr>
              <w:jc w:val="center"/>
              <w:rPr>
                <w:b/>
                <w:bCs/>
              </w:rPr>
            </w:pPr>
            <w:r w:rsidRPr="006717C5">
              <w:rPr>
                <w:b/>
                <w:bCs/>
              </w:rPr>
              <w:t>Tool Name</w:t>
            </w:r>
          </w:p>
        </w:tc>
        <w:tc>
          <w:tcPr>
            <w:tcW w:w="2877" w:type="dxa"/>
          </w:tcPr>
          <w:p w14:paraId="6C135AEA" w14:textId="77777777" w:rsidR="00455AF2" w:rsidRPr="006717C5" w:rsidRDefault="00000000" w:rsidP="006717C5">
            <w:pPr>
              <w:jc w:val="center"/>
              <w:rPr>
                <w:b/>
                <w:bCs/>
              </w:rPr>
            </w:pPr>
            <w:r w:rsidRPr="006717C5">
              <w:rPr>
                <w:b/>
                <w:bCs/>
              </w:rPr>
              <w:t>What It's Used For</w:t>
            </w:r>
          </w:p>
        </w:tc>
      </w:tr>
      <w:tr w:rsidR="00317B66" w14:paraId="2FDE74E2" w14:textId="77777777" w:rsidTr="00D21734">
        <w:tc>
          <w:tcPr>
            <w:tcW w:w="2878" w:type="dxa"/>
          </w:tcPr>
          <w:p w14:paraId="65C68231" w14:textId="15B02D39" w:rsidR="00455AF2" w:rsidRDefault="00D21734">
            <w:r>
              <w:rPr>
                <w:noProof/>
              </w:rPr>
              <w:drawing>
                <wp:inline distT="0" distB="0" distL="0" distR="0" wp14:anchorId="13C50E57" wp14:editId="09C3D568">
                  <wp:extent cx="1127290" cy="1088774"/>
                  <wp:effectExtent l="0" t="0" r="0" b="0"/>
                  <wp:docPr id="3945652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65227" name="Picture 3945652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90" cy="108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0B7D7A8E" w14:textId="4855CF95" w:rsidR="00455AF2" w:rsidRDefault="00455AF2"/>
        </w:tc>
        <w:tc>
          <w:tcPr>
            <w:tcW w:w="2877" w:type="dxa"/>
          </w:tcPr>
          <w:p w14:paraId="67D34A83" w14:textId="444AAC43" w:rsidR="00455AF2" w:rsidRDefault="00455AF2"/>
        </w:tc>
      </w:tr>
      <w:tr w:rsidR="00317B66" w14:paraId="7BDD29FF" w14:textId="77777777" w:rsidTr="00D21734">
        <w:tc>
          <w:tcPr>
            <w:tcW w:w="2878" w:type="dxa"/>
          </w:tcPr>
          <w:p w14:paraId="0436CE28" w14:textId="7F59ED55" w:rsidR="00455AF2" w:rsidRDefault="00D21734">
            <w:r>
              <w:rPr>
                <w:noProof/>
              </w:rPr>
              <w:drawing>
                <wp:inline distT="0" distB="0" distL="0" distR="0" wp14:anchorId="37F2C8F8" wp14:editId="12BB5275">
                  <wp:extent cx="1130426" cy="1104900"/>
                  <wp:effectExtent l="0" t="0" r="0" b="0"/>
                  <wp:docPr id="18886370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637018" name="Picture 18886370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1949" cy="111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458F9605" w14:textId="57B8ED46" w:rsidR="00455AF2" w:rsidRDefault="00455AF2"/>
        </w:tc>
        <w:tc>
          <w:tcPr>
            <w:tcW w:w="2877" w:type="dxa"/>
          </w:tcPr>
          <w:p w14:paraId="307B0E37" w14:textId="7FBF6665" w:rsidR="00455AF2" w:rsidRDefault="00455AF2"/>
        </w:tc>
      </w:tr>
      <w:tr w:rsidR="00317B66" w14:paraId="2CD49716" w14:textId="77777777" w:rsidTr="00D21734">
        <w:tc>
          <w:tcPr>
            <w:tcW w:w="2878" w:type="dxa"/>
          </w:tcPr>
          <w:p w14:paraId="6EA1098E" w14:textId="41A97F94" w:rsidR="00455AF2" w:rsidRDefault="00D21734">
            <w:r>
              <w:rPr>
                <w:noProof/>
              </w:rPr>
              <w:drawing>
                <wp:inline distT="0" distB="0" distL="0" distR="0" wp14:anchorId="1E902E21" wp14:editId="0EB0CCC8">
                  <wp:extent cx="830580" cy="1198678"/>
                  <wp:effectExtent l="0" t="0" r="7620" b="1905"/>
                  <wp:docPr id="8967345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734591" name="Picture 8967345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7644" cy="122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32F87869" w14:textId="563F5BFD" w:rsidR="00455AF2" w:rsidRDefault="00455AF2"/>
        </w:tc>
        <w:tc>
          <w:tcPr>
            <w:tcW w:w="2877" w:type="dxa"/>
          </w:tcPr>
          <w:p w14:paraId="0130164F" w14:textId="6CC82BA5" w:rsidR="00455AF2" w:rsidRDefault="00455AF2"/>
        </w:tc>
      </w:tr>
      <w:tr w:rsidR="00317B66" w14:paraId="5702EF04" w14:textId="77777777" w:rsidTr="00D21734">
        <w:tc>
          <w:tcPr>
            <w:tcW w:w="2878" w:type="dxa"/>
          </w:tcPr>
          <w:p w14:paraId="72B4FE48" w14:textId="44E5D822" w:rsidR="00455AF2" w:rsidRDefault="00317B66">
            <w:r>
              <w:rPr>
                <w:noProof/>
              </w:rPr>
              <w:drawing>
                <wp:inline distT="0" distB="0" distL="0" distR="0" wp14:anchorId="40A1737B" wp14:editId="423B6BB7">
                  <wp:extent cx="1079620" cy="1059180"/>
                  <wp:effectExtent l="0" t="0" r="6350" b="7620"/>
                  <wp:docPr id="14961608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160845" name="Picture 14961608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15" cy="106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248C0CF4" w14:textId="6C7373A3" w:rsidR="00455AF2" w:rsidRDefault="00455AF2"/>
        </w:tc>
        <w:tc>
          <w:tcPr>
            <w:tcW w:w="2877" w:type="dxa"/>
          </w:tcPr>
          <w:p w14:paraId="2BD9A104" w14:textId="242832EC" w:rsidR="00455AF2" w:rsidRDefault="00455AF2"/>
        </w:tc>
      </w:tr>
      <w:tr w:rsidR="00317B66" w14:paraId="1E9A5BA8" w14:textId="77777777" w:rsidTr="00D21734">
        <w:tc>
          <w:tcPr>
            <w:tcW w:w="2878" w:type="dxa"/>
          </w:tcPr>
          <w:p w14:paraId="2698611E" w14:textId="32C3FFB9" w:rsidR="00455AF2" w:rsidRDefault="00D21734">
            <w:r>
              <w:rPr>
                <w:noProof/>
              </w:rPr>
              <w:drawing>
                <wp:inline distT="0" distB="0" distL="0" distR="0" wp14:anchorId="24362E08" wp14:editId="7C432046">
                  <wp:extent cx="1538289" cy="1173480"/>
                  <wp:effectExtent l="0" t="0" r="5080" b="7620"/>
                  <wp:docPr id="5989252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925281" name="Picture 5989252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21" cy="118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3ED28E9F" w14:textId="35364135" w:rsidR="00455AF2" w:rsidRDefault="00455AF2"/>
        </w:tc>
        <w:tc>
          <w:tcPr>
            <w:tcW w:w="2877" w:type="dxa"/>
          </w:tcPr>
          <w:p w14:paraId="2EB6319F" w14:textId="7D704DF1" w:rsidR="00455AF2" w:rsidRDefault="00455AF2"/>
        </w:tc>
      </w:tr>
      <w:tr w:rsidR="00317B66" w14:paraId="5BFCD661" w14:textId="77777777" w:rsidTr="00D21734">
        <w:tc>
          <w:tcPr>
            <w:tcW w:w="2878" w:type="dxa"/>
          </w:tcPr>
          <w:p w14:paraId="30BF9764" w14:textId="13E5FA8B" w:rsidR="00D21734" w:rsidRDefault="00D21734">
            <w:r>
              <w:rPr>
                <w:noProof/>
              </w:rPr>
              <w:drawing>
                <wp:inline distT="0" distB="0" distL="0" distR="0" wp14:anchorId="78C9552C" wp14:editId="6664D3B0">
                  <wp:extent cx="1158240" cy="1123363"/>
                  <wp:effectExtent l="0" t="0" r="3810" b="635"/>
                  <wp:docPr id="8541763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176394" name="Picture 8541763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47" cy="114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411FA661" w14:textId="77777777" w:rsidR="00D21734" w:rsidRDefault="00D21734"/>
        </w:tc>
        <w:tc>
          <w:tcPr>
            <w:tcW w:w="2877" w:type="dxa"/>
          </w:tcPr>
          <w:p w14:paraId="763EA2EA" w14:textId="77777777" w:rsidR="00D21734" w:rsidRDefault="00D21734"/>
        </w:tc>
      </w:tr>
      <w:tr w:rsidR="00317B66" w14:paraId="528F4F84" w14:textId="77777777" w:rsidTr="00D21734">
        <w:tc>
          <w:tcPr>
            <w:tcW w:w="2878" w:type="dxa"/>
          </w:tcPr>
          <w:p w14:paraId="1E9618C4" w14:textId="56EE9288" w:rsidR="00D21734" w:rsidRDefault="00D2173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783D3B" wp14:editId="7CB1C8B5">
                  <wp:extent cx="1606043" cy="1127760"/>
                  <wp:effectExtent l="0" t="0" r="0" b="0"/>
                  <wp:docPr id="6632398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239851" name="Picture 6632398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38" cy="114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7F40CEDF" w14:textId="77777777" w:rsidR="00D21734" w:rsidRDefault="00D21734"/>
        </w:tc>
        <w:tc>
          <w:tcPr>
            <w:tcW w:w="2877" w:type="dxa"/>
          </w:tcPr>
          <w:p w14:paraId="744D3FA3" w14:textId="77777777" w:rsidR="00D21734" w:rsidRDefault="00D21734"/>
        </w:tc>
      </w:tr>
      <w:tr w:rsidR="00317B66" w14:paraId="2153AC5B" w14:textId="77777777" w:rsidTr="00D21734">
        <w:tc>
          <w:tcPr>
            <w:tcW w:w="2878" w:type="dxa"/>
          </w:tcPr>
          <w:p w14:paraId="1F52ABE6" w14:textId="24BF59EE" w:rsidR="00D21734" w:rsidRDefault="00D21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9C657" wp14:editId="49830B3C">
                  <wp:extent cx="1300302" cy="1097280"/>
                  <wp:effectExtent l="0" t="0" r="0" b="7620"/>
                  <wp:docPr id="10547803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80357" name="Picture 10547803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202" cy="110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41996082" w14:textId="77777777" w:rsidR="00D21734" w:rsidRDefault="00D21734"/>
        </w:tc>
        <w:tc>
          <w:tcPr>
            <w:tcW w:w="2877" w:type="dxa"/>
          </w:tcPr>
          <w:p w14:paraId="34183FC8" w14:textId="77777777" w:rsidR="00D21734" w:rsidRDefault="00D21734"/>
        </w:tc>
      </w:tr>
      <w:tr w:rsidR="006717C5" w14:paraId="65F3FE12" w14:textId="77777777" w:rsidTr="00D21734">
        <w:tc>
          <w:tcPr>
            <w:tcW w:w="2878" w:type="dxa"/>
          </w:tcPr>
          <w:p w14:paraId="716B266A" w14:textId="6FEC618C" w:rsidR="00D21734" w:rsidRDefault="00D21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671931" wp14:editId="74F52439">
                  <wp:extent cx="1150620" cy="1117214"/>
                  <wp:effectExtent l="0" t="0" r="0" b="6985"/>
                  <wp:docPr id="54263185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631850" name="Picture 5426318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19" cy="113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36AD9D3B" w14:textId="77777777" w:rsidR="00D21734" w:rsidRDefault="00D21734"/>
        </w:tc>
        <w:tc>
          <w:tcPr>
            <w:tcW w:w="2877" w:type="dxa"/>
          </w:tcPr>
          <w:p w14:paraId="3D75A97D" w14:textId="77777777" w:rsidR="00D21734" w:rsidRDefault="00D21734"/>
        </w:tc>
      </w:tr>
      <w:tr w:rsidR="00317B66" w14:paraId="60DBE59A" w14:textId="77777777" w:rsidTr="00D21734">
        <w:tc>
          <w:tcPr>
            <w:tcW w:w="2878" w:type="dxa"/>
          </w:tcPr>
          <w:p w14:paraId="3EEF6A72" w14:textId="0C57541C" w:rsidR="00D21734" w:rsidRDefault="00D21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263A8" wp14:editId="0C10F37E">
                  <wp:extent cx="1182654" cy="1082040"/>
                  <wp:effectExtent l="0" t="0" r="0" b="3810"/>
                  <wp:docPr id="2526986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698683" name="Picture 2526986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97" cy="109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14:paraId="01D376F4" w14:textId="77777777" w:rsidR="00D21734" w:rsidRDefault="00D21734"/>
        </w:tc>
        <w:tc>
          <w:tcPr>
            <w:tcW w:w="2877" w:type="dxa"/>
          </w:tcPr>
          <w:p w14:paraId="28871275" w14:textId="77777777" w:rsidR="00D21734" w:rsidRDefault="00D21734"/>
        </w:tc>
      </w:tr>
    </w:tbl>
    <w:p w14:paraId="6C15221E" w14:textId="77777777" w:rsidR="007C2946" w:rsidRDefault="007C2946"/>
    <w:p w14:paraId="6B827AE4" w14:textId="77777777" w:rsidR="00643472" w:rsidRDefault="00643472"/>
    <w:p w14:paraId="3A004850" w14:textId="77777777" w:rsidR="00643472" w:rsidRDefault="00643472"/>
    <w:p w14:paraId="1A6DD4B0" w14:textId="77777777" w:rsidR="00643472" w:rsidRDefault="00643472"/>
    <w:p w14:paraId="483BDF88" w14:textId="77777777" w:rsidR="00643472" w:rsidRDefault="00643472"/>
    <w:p w14:paraId="30818036" w14:textId="77777777" w:rsidR="00643472" w:rsidRDefault="00643472"/>
    <w:p w14:paraId="3A971640" w14:textId="77777777" w:rsidR="00643472" w:rsidRDefault="00643472"/>
    <w:p w14:paraId="3D6590D2" w14:textId="77777777" w:rsidR="00643472" w:rsidRDefault="00643472"/>
    <w:p w14:paraId="2D6E68C9" w14:textId="77777777" w:rsidR="00643472" w:rsidRDefault="00643472"/>
    <w:p w14:paraId="1C9F3CCF" w14:textId="77777777" w:rsidR="00643472" w:rsidRDefault="00643472"/>
    <w:p w14:paraId="46B88F58" w14:textId="77777777" w:rsidR="00643472" w:rsidRDefault="00643472"/>
    <w:p w14:paraId="491F3222" w14:textId="77777777" w:rsidR="00643472" w:rsidRDefault="00643472"/>
    <w:p w14:paraId="6DCF0C9E" w14:textId="2920FA7B" w:rsidR="007C2946" w:rsidRDefault="00643472" w:rsidP="007C2946">
      <w:pPr>
        <w:pStyle w:val="Heading1"/>
      </w:pPr>
      <w:r>
        <w:lastRenderedPageBreak/>
        <w:t xml:space="preserve">8. </w:t>
      </w:r>
      <w:r w:rsidR="007C2946">
        <w:t>Introduction to Measurement Units: Inches, Feet, and Fractions</w:t>
      </w:r>
    </w:p>
    <w:p w14:paraId="3B23EC9B" w14:textId="77777777" w:rsidR="007C2946" w:rsidRDefault="007C2946" w:rsidP="007C2946">
      <w:pPr>
        <w:pStyle w:val="Heading2"/>
      </w:pPr>
      <w:r>
        <w:t>1. What Is an Inch?</w:t>
      </w:r>
    </w:p>
    <w:p w14:paraId="6C38BCAA" w14:textId="77777777" w:rsidR="007C2946" w:rsidRDefault="007C2946" w:rsidP="007C2946">
      <w:r>
        <w:t>An inch (in) is a small unit of length. It's commonly used to measure short distances like the width of a board or the length of a screw. There are 12 inches in one foot.</w:t>
      </w:r>
      <w:r>
        <w:br/>
      </w:r>
      <w:r>
        <w:br/>
        <w:t>Most tape measures break inches down into fractions (like 1/2", 1/4", 1/8", 1/16") to allow for very precise measurements.</w:t>
      </w:r>
    </w:p>
    <w:p w14:paraId="57AAB51A" w14:textId="77777777" w:rsidR="007C2946" w:rsidRDefault="007C2946" w:rsidP="007C2946">
      <w:pPr>
        <w:pStyle w:val="Heading2"/>
      </w:pPr>
      <w:r>
        <w:t>2. What Is a Foot?</w:t>
      </w:r>
    </w:p>
    <w:p w14:paraId="4AF27D49" w14:textId="77777777" w:rsidR="007C2946" w:rsidRDefault="007C2946" w:rsidP="007C2946">
      <w:r>
        <w:t>A foot (ft or ′) is a bigger unit of measurement. One foot equals 12 inches. For example, a standard 2x4 board might be 8 feet long, or 8′ = 96 inches.</w:t>
      </w:r>
      <w:r>
        <w:br/>
      </w:r>
      <w:r>
        <w:br/>
        <w:t>Feet are often used when measuring walls, floors, or other larger objects.</w:t>
      </w:r>
    </w:p>
    <w:p w14:paraId="53BD475D" w14:textId="77777777" w:rsidR="007C2946" w:rsidRDefault="007C2946" w:rsidP="007C2946">
      <w:pPr>
        <w:pStyle w:val="Heading2"/>
      </w:pPr>
      <w:r>
        <w:t>3. Understanding Fractions on a Tape Measure</w:t>
      </w:r>
    </w:p>
    <w:p w14:paraId="1F679F91" w14:textId="77777777" w:rsidR="007C2946" w:rsidRDefault="007C2946" w:rsidP="007C2946">
      <w:r>
        <w:t>Fractions help you measure parts of an inch. Here's a quick breakdown: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C2946" w14:paraId="1C6BD933" w14:textId="77777777" w:rsidTr="001C69C0">
        <w:tc>
          <w:tcPr>
            <w:tcW w:w="2880" w:type="dxa"/>
          </w:tcPr>
          <w:p w14:paraId="65613CEA" w14:textId="77777777" w:rsidR="007C2946" w:rsidRDefault="007C2946" w:rsidP="001C69C0">
            <w:r>
              <w:t>Fraction</w:t>
            </w:r>
          </w:p>
        </w:tc>
        <w:tc>
          <w:tcPr>
            <w:tcW w:w="2880" w:type="dxa"/>
          </w:tcPr>
          <w:p w14:paraId="5E6AC289" w14:textId="77777777" w:rsidR="007C2946" w:rsidRDefault="007C2946" w:rsidP="001C69C0">
            <w:r>
              <w:t>Decimal</w:t>
            </w:r>
          </w:p>
        </w:tc>
        <w:tc>
          <w:tcPr>
            <w:tcW w:w="2880" w:type="dxa"/>
          </w:tcPr>
          <w:p w14:paraId="40B5E054" w14:textId="77777777" w:rsidR="007C2946" w:rsidRDefault="007C2946" w:rsidP="001C69C0">
            <w:r>
              <w:t>Description</w:t>
            </w:r>
          </w:p>
        </w:tc>
      </w:tr>
      <w:tr w:rsidR="007C2946" w14:paraId="04342B68" w14:textId="77777777" w:rsidTr="001C69C0">
        <w:tc>
          <w:tcPr>
            <w:tcW w:w="2880" w:type="dxa"/>
          </w:tcPr>
          <w:p w14:paraId="70783578" w14:textId="77777777" w:rsidR="007C2946" w:rsidRDefault="007C2946" w:rsidP="001C69C0">
            <w:r>
              <w:t>1/2″</w:t>
            </w:r>
          </w:p>
        </w:tc>
        <w:tc>
          <w:tcPr>
            <w:tcW w:w="2880" w:type="dxa"/>
          </w:tcPr>
          <w:p w14:paraId="4EA8226C" w14:textId="77777777" w:rsidR="007C2946" w:rsidRDefault="007C2946" w:rsidP="001C69C0">
            <w:r>
              <w:t>0.5</w:t>
            </w:r>
          </w:p>
        </w:tc>
        <w:tc>
          <w:tcPr>
            <w:tcW w:w="2880" w:type="dxa"/>
          </w:tcPr>
          <w:p w14:paraId="233D5D62" w14:textId="77777777" w:rsidR="007C2946" w:rsidRDefault="007C2946" w:rsidP="001C69C0">
            <w:r>
              <w:t>Half of an inch</w:t>
            </w:r>
          </w:p>
        </w:tc>
      </w:tr>
      <w:tr w:rsidR="007C2946" w14:paraId="3D80C4B5" w14:textId="77777777" w:rsidTr="001C69C0">
        <w:tc>
          <w:tcPr>
            <w:tcW w:w="2880" w:type="dxa"/>
          </w:tcPr>
          <w:p w14:paraId="6071EE1A" w14:textId="77777777" w:rsidR="007C2946" w:rsidRDefault="007C2946" w:rsidP="001C69C0">
            <w:r>
              <w:t>1/4″</w:t>
            </w:r>
          </w:p>
        </w:tc>
        <w:tc>
          <w:tcPr>
            <w:tcW w:w="2880" w:type="dxa"/>
          </w:tcPr>
          <w:p w14:paraId="0DC83390" w14:textId="77777777" w:rsidR="007C2946" w:rsidRDefault="007C2946" w:rsidP="001C69C0">
            <w:r>
              <w:t>0.25</w:t>
            </w:r>
          </w:p>
        </w:tc>
        <w:tc>
          <w:tcPr>
            <w:tcW w:w="2880" w:type="dxa"/>
          </w:tcPr>
          <w:p w14:paraId="546EE62A" w14:textId="77777777" w:rsidR="007C2946" w:rsidRDefault="007C2946" w:rsidP="001C69C0">
            <w:r>
              <w:t>Quarter of an inch</w:t>
            </w:r>
          </w:p>
        </w:tc>
      </w:tr>
      <w:tr w:rsidR="007C2946" w14:paraId="7BBB48E5" w14:textId="77777777" w:rsidTr="001C69C0">
        <w:tc>
          <w:tcPr>
            <w:tcW w:w="2880" w:type="dxa"/>
          </w:tcPr>
          <w:p w14:paraId="1007195E" w14:textId="77777777" w:rsidR="007C2946" w:rsidRDefault="007C2946" w:rsidP="001C69C0">
            <w:r>
              <w:t>1/8″</w:t>
            </w:r>
          </w:p>
        </w:tc>
        <w:tc>
          <w:tcPr>
            <w:tcW w:w="2880" w:type="dxa"/>
          </w:tcPr>
          <w:p w14:paraId="7B64D4CE" w14:textId="77777777" w:rsidR="007C2946" w:rsidRDefault="007C2946" w:rsidP="001C69C0">
            <w:r>
              <w:t>0.125</w:t>
            </w:r>
          </w:p>
        </w:tc>
        <w:tc>
          <w:tcPr>
            <w:tcW w:w="2880" w:type="dxa"/>
          </w:tcPr>
          <w:p w14:paraId="6644E2BD" w14:textId="77777777" w:rsidR="007C2946" w:rsidRDefault="007C2946" w:rsidP="001C69C0">
            <w:r>
              <w:t>One-eighth of an inch</w:t>
            </w:r>
          </w:p>
        </w:tc>
      </w:tr>
      <w:tr w:rsidR="007C2946" w14:paraId="3E3E1CCA" w14:textId="77777777" w:rsidTr="001C69C0">
        <w:tc>
          <w:tcPr>
            <w:tcW w:w="2880" w:type="dxa"/>
          </w:tcPr>
          <w:p w14:paraId="5AE86A08" w14:textId="77777777" w:rsidR="007C2946" w:rsidRDefault="007C2946" w:rsidP="001C69C0">
            <w:r>
              <w:t>1/16″</w:t>
            </w:r>
          </w:p>
        </w:tc>
        <w:tc>
          <w:tcPr>
            <w:tcW w:w="2880" w:type="dxa"/>
          </w:tcPr>
          <w:p w14:paraId="2138A407" w14:textId="77777777" w:rsidR="007C2946" w:rsidRDefault="007C2946" w:rsidP="001C69C0">
            <w:r>
              <w:t>0.0625</w:t>
            </w:r>
          </w:p>
        </w:tc>
        <w:tc>
          <w:tcPr>
            <w:tcW w:w="2880" w:type="dxa"/>
          </w:tcPr>
          <w:p w14:paraId="14F96255" w14:textId="77777777" w:rsidR="007C2946" w:rsidRDefault="007C2946" w:rsidP="001C69C0">
            <w:r>
              <w:t>One-sixteenth of an inch</w:t>
            </w:r>
          </w:p>
        </w:tc>
      </w:tr>
    </w:tbl>
    <w:p w14:paraId="6FE336EA" w14:textId="77777777" w:rsidR="007C2946" w:rsidRDefault="007C2946" w:rsidP="007C2946">
      <w:pPr>
        <w:pStyle w:val="Heading2"/>
      </w:pPr>
      <w:r>
        <w:t>Quick Tips</w:t>
      </w:r>
    </w:p>
    <w:p w14:paraId="7ABE9E6C" w14:textId="77777777" w:rsidR="007C2946" w:rsidRDefault="007C2946" w:rsidP="007C2946">
      <w:r>
        <w:t>- 1 foot = 12 inches</w:t>
      </w:r>
      <w:r>
        <w:br/>
        <w:t>- Always start measuring from the zero mark on the tape, not the metal tab end.</w:t>
      </w:r>
      <w:r>
        <w:br/>
        <w:t>- Learn to recognize fractions visually—this helps speed up your work.</w:t>
      </w:r>
    </w:p>
    <w:p w14:paraId="469734B6" w14:textId="455FF830" w:rsidR="007C2946" w:rsidRDefault="007C2946" w:rsidP="007C2946">
      <w:r>
        <w:br w:type="page"/>
      </w:r>
      <w:r w:rsidRPr="007C2946">
        <w:rPr>
          <w:color w:val="1F497D" w:themeColor="text2"/>
        </w:rPr>
        <w:lastRenderedPageBreak/>
        <w:t>Practice Questions</w:t>
      </w:r>
    </w:p>
    <w:p w14:paraId="31CDF413" w14:textId="77777777" w:rsidR="007C2946" w:rsidRDefault="007C2946" w:rsidP="007C2946">
      <w:r>
        <w:t>1. How many inches are in 3 feet?</w:t>
      </w:r>
    </w:p>
    <w:p w14:paraId="45193B18" w14:textId="77777777" w:rsidR="007C2946" w:rsidRDefault="007C2946" w:rsidP="007C2946">
      <w:r>
        <w:t>2. What is half of 1 inch written as a fraction?</w:t>
      </w:r>
    </w:p>
    <w:p w14:paraId="73FCD86A" w14:textId="77777777" w:rsidR="007C2946" w:rsidRDefault="007C2946" w:rsidP="007C2946">
      <w:r>
        <w:t>3. On a tape measure, what fraction comes after 1/4″?</w:t>
      </w:r>
    </w:p>
    <w:p w14:paraId="46074C66" w14:textId="77777777" w:rsidR="007C2946" w:rsidRDefault="007C2946" w:rsidP="007C2946">
      <w:r>
        <w:t>4. Convert 2 feet into inches.</w:t>
      </w:r>
    </w:p>
    <w:p w14:paraId="210AC27E" w14:textId="77777777" w:rsidR="007C2946" w:rsidRDefault="007C2946" w:rsidP="007C2946">
      <w:r>
        <w:t>5. You measure a piece of wood and it is 1 foot and 6 inches long. How many total inches is that?</w:t>
      </w:r>
    </w:p>
    <w:p w14:paraId="34D422A8" w14:textId="77777777" w:rsidR="007C2946" w:rsidRDefault="007C2946" w:rsidP="007C2946">
      <w:r>
        <w:t>6. Label the following fractions from smallest to largest: 1/8″, 1/2″, 1/4″, 1/16″</w:t>
      </w:r>
    </w:p>
    <w:p w14:paraId="49425A6D" w14:textId="77777777" w:rsidR="007C2946" w:rsidRDefault="007C2946" w:rsidP="007C2946">
      <w:r>
        <w:t>7. Circle the correct answer: 12 inches = (a) 1 foot (b) 2 feet (c) 6 inches</w:t>
      </w:r>
    </w:p>
    <w:p w14:paraId="1193E7CF" w14:textId="77777777" w:rsidR="007C2946" w:rsidRDefault="007C2946" w:rsidP="007C2946">
      <w:r>
        <w:t>8. A board is 36 inches long. How many feet is that?</w:t>
      </w:r>
    </w:p>
    <w:p w14:paraId="7230AC5D" w14:textId="77777777" w:rsidR="007C2946" w:rsidRDefault="007C2946" w:rsidP="007C2946">
      <w:r>
        <w:t>9. If you cut a 1-foot board in half, how many inches is each piece?</w:t>
      </w:r>
    </w:p>
    <w:p w14:paraId="50516684" w14:textId="77777777" w:rsidR="007C2946" w:rsidRDefault="007C2946" w:rsidP="007C2946">
      <w:r>
        <w:t>10. What is the smallest fraction typically found on a standard tape measure?</w:t>
      </w:r>
    </w:p>
    <w:p w14:paraId="5DD6C42C" w14:textId="77777777" w:rsidR="007C2946" w:rsidRDefault="007C2946" w:rsidP="007C2946">
      <w:r>
        <w:br w:type="page"/>
      </w:r>
    </w:p>
    <w:p w14:paraId="1330AD3F" w14:textId="77777777" w:rsidR="007C2946" w:rsidRDefault="007C2946" w:rsidP="007C2946">
      <w:pPr>
        <w:pStyle w:val="Heading1"/>
      </w:pPr>
      <w:r>
        <w:lastRenderedPageBreak/>
        <w:t>Answer Key</w:t>
      </w:r>
    </w:p>
    <w:p w14:paraId="4D72F485" w14:textId="77777777" w:rsidR="007C2946" w:rsidRDefault="007C2946" w:rsidP="007C2946">
      <w:r>
        <w:t>1. 36 inches</w:t>
      </w:r>
    </w:p>
    <w:p w14:paraId="4E1B79B8" w14:textId="77777777" w:rsidR="007C2946" w:rsidRDefault="007C2946" w:rsidP="007C2946">
      <w:r>
        <w:t>2. 1/2″</w:t>
      </w:r>
    </w:p>
    <w:p w14:paraId="0F1954CC" w14:textId="77777777" w:rsidR="007C2946" w:rsidRDefault="007C2946" w:rsidP="007C2946">
      <w:r>
        <w:t>3. 3/8″</w:t>
      </w:r>
    </w:p>
    <w:p w14:paraId="59D6DE7D" w14:textId="77777777" w:rsidR="007C2946" w:rsidRDefault="007C2946" w:rsidP="007C2946">
      <w:r>
        <w:t>4. 24 inches</w:t>
      </w:r>
    </w:p>
    <w:p w14:paraId="23224D16" w14:textId="77777777" w:rsidR="007C2946" w:rsidRDefault="007C2946" w:rsidP="007C2946">
      <w:r>
        <w:t>5. 18 inches</w:t>
      </w:r>
    </w:p>
    <w:p w14:paraId="75F3F924" w14:textId="77777777" w:rsidR="007C2946" w:rsidRDefault="007C2946" w:rsidP="007C2946">
      <w:r>
        <w:t>6. 1/16″, 1/8″, 1/4″, 1/2″</w:t>
      </w:r>
    </w:p>
    <w:p w14:paraId="2BA9C41A" w14:textId="77777777" w:rsidR="007C2946" w:rsidRDefault="007C2946" w:rsidP="007C2946">
      <w:r>
        <w:t>7. (a) 1 foot</w:t>
      </w:r>
    </w:p>
    <w:p w14:paraId="2AD4F42F" w14:textId="77777777" w:rsidR="007C2946" w:rsidRDefault="007C2946" w:rsidP="007C2946">
      <w:r>
        <w:t>8. 3 feet</w:t>
      </w:r>
    </w:p>
    <w:p w14:paraId="46A887A4" w14:textId="77777777" w:rsidR="007C2946" w:rsidRDefault="007C2946" w:rsidP="007C2946">
      <w:r>
        <w:t>9. 6 inches</w:t>
      </w:r>
    </w:p>
    <w:p w14:paraId="4A686CE1" w14:textId="77777777" w:rsidR="007C2946" w:rsidRDefault="007C2946" w:rsidP="007C2946">
      <w:r>
        <w:t>10. 1/16″</w:t>
      </w:r>
    </w:p>
    <w:p w14:paraId="7CEFACF1" w14:textId="1B584221" w:rsidR="00455AF2" w:rsidRDefault="00000000">
      <w:r>
        <w:br w:type="page"/>
      </w:r>
    </w:p>
    <w:p w14:paraId="11CA8CDE" w14:textId="77D3B47F" w:rsidR="00455AF2" w:rsidRDefault="00DE1133">
      <w:pPr>
        <w:pStyle w:val="Heading2"/>
      </w:pPr>
      <w:r>
        <w:lastRenderedPageBreak/>
        <w:t>9. Creative Reflection: Draw Your Dream Tool or Workshop</w:t>
      </w:r>
    </w:p>
    <w:p w14:paraId="0503BE7C" w14:textId="0FEBA390" w:rsidR="00455AF2" w:rsidRDefault="00000000">
      <w:r>
        <w:t>Instructions: In the space below, draw your own dream tool or the workshop you’d love to build. Add labels or notes.</w:t>
      </w:r>
    </w:p>
    <w:p w14:paraId="28713268" w14:textId="77777777" w:rsidR="007C2946" w:rsidRDefault="007C2946"/>
    <w:p w14:paraId="4DC8B9EA" w14:textId="77777777" w:rsidR="007C2946" w:rsidRDefault="007C2946"/>
    <w:p w14:paraId="65B5B484" w14:textId="77777777" w:rsidR="007C2946" w:rsidRDefault="007C2946"/>
    <w:p w14:paraId="1D00FCD5" w14:textId="77777777" w:rsidR="007C2946" w:rsidRDefault="007C2946"/>
    <w:p w14:paraId="1FD68C25" w14:textId="77777777" w:rsidR="007C2946" w:rsidRDefault="007C2946"/>
    <w:p w14:paraId="7FAEF136" w14:textId="77777777" w:rsidR="007C2946" w:rsidRDefault="007C2946"/>
    <w:p w14:paraId="498529AD" w14:textId="77777777" w:rsidR="007C2946" w:rsidRDefault="007C2946"/>
    <w:p w14:paraId="58879B36" w14:textId="77777777" w:rsidR="007C2946" w:rsidRDefault="007C2946"/>
    <w:p w14:paraId="56FC6569" w14:textId="77777777" w:rsidR="007C2946" w:rsidRDefault="007C2946"/>
    <w:p w14:paraId="315AB89D" w14:textId="77777777" w:rsidR="007C2946" w:rsidRDefault="007C2946"/>
    <w:p w14:paraId="60C02F26" w14:textId="77777777" w:rsidR="007C2946" w:rsidRDefault="007C2946"/>
    <w:p w14:paraId="1CB73905" w14:textId="77777777" w:rsidR="007C2946" w:rsidRDefault="007C2946"/>
    <w:p w14:paraId="465992C8" w14:textId="77777777" w:rsidR="007C2946" w:rsidRDefault="007C2946"/>
    <w:p w14:paraId="1D62A38E" w14:textId="77777777" w:rsidR="007C2946" w:rsidRDefault="007C2946"/>
    <w:p w14:paraId="0771B373" w14:textId="77777777" w:rsidR="007C2946" w:rsidRDefault="007C2946"/>
    <w:p w14:paraId="3B6CFDD7" w14:textId="77777777" w:rsidR="007C2946" w:rsidRDefault="007C2946"/>
    <w:p w14:paraId="0BF0B8EB" w14:textId="77777777" w:rsidR="007C2946" w:rsidRDefault="007C2946"/>
    <w:p w14:paraId="7A5D3727" w14:textId="77777777" w:rsidR="007C2946" w:rsidRDefault="007C2946"/>
    <w:p w14:paraId="2A6CF9A8" w14:textId="77777777" w:rsidR="007C2946" w:rsidRDefault="007C2946"/>
    <w:p w14:paraId="26415774" w14:textId="77777777" w:rsidR="007C2946" w:rsidRDefault="007C2946"/>
    <w:p w14:paraId="201C5C82" w14:textId="77777777" w:rsidR="007C2946" w:rsidRDefault="007C2946"/>
    <w:p w14:paraId="06C89DF9" w14:textId="77777777" w:rsidR="007C2946" w:rsidRDefault="007C2946"/>
    <w:p w14:paraId="79BE8F90" w14:textId="77777777" w:rsidR="007C2946" w:rsidRDefault="007C2946"/>
    <w:p w14:paraId="10D0D995" w14:textId="77777777" w:rsidR="007C2946" w:rsidRDefault="007C2946"/>
    <w:p w14:paraId="6D221384" w14:textId="2665C41B" w:rsidR="00F54129" w:rsidRDefault="00DE1133" w:rsidP="00F54129">
      <w:pPr>
        <w:pStyle w:val="Heading1"/>
      </w:pPr>
      <w:r>
        <w:lastRenderedPageBreak/>
        <w:t>10.</w:t>
      </w:r>
      <w:r w:rsidR="00F54129">
        <w:t xml:space="preserve"> Build Your Carpenter’s Identity Board</w:t>
      </w:r>
    </w:p>
    <w:p w14:paraId="5437B41C" w14:textId="7225E3E7" w:rsidR="00F54129" w:rsidRDefault="00F54129" w:rsidP="00F54129"/>
    <w:p w14:paraId="78056A3D" w14:textId="77777777" w:rsidR="00F54129" w:rsidRDefault="00F54129" w:rsidP="00F54129">
      <w:pPr>
        <w:pStyle w:val="Heading2"/>
      </w:pPr>
      <w:r>
        <w:t>Objective</w:t>
      </w:r>
    </w:p>
    <w:p w14:paraId="02C99EB9" w14:textId="77777777" w:rsidR="00F54129" w:rsidRDefault="00F54129" w:rsidP="00F54129">
      <w:r>
        <w:t>Students will create a visual “identity board” that represents their introduction to carpentry, including their goals, favorite tools, safety reminders, and basic terminology they’ve learned so far.</w:t>
      </w:r>
    </w:p>
    <w:p w14:paraId="0BDADCBA" w14:textId="77777777" w:rsidR="00F54129" w:rsidRDefault="00F54129" w:rsidP="00F54129">
      <w:pPr>
        <w:pStyle w:val="Heading2"/>
      </w:pPr>
      <w:r>
        <w:t>Materials Needed</w:t>
      </w:r>
    </w:p>
    <w:p w14:paraId="665283EB" w14:textId="77777777" w:rsidR="00F54129" w:rsidRDefault="00F54129" w:rsidP="00F54129">
      <w:pPr>
        <w:pStyle w:val="ListBullet"/>
      </w:pPr>
      <w:r>
        <w:t>Poster board or construction paper (11"x17")</w:t>
      </w:r>
    </w:p>
    <w:p w14:paraId="069BAF9F" w14:textId="77777777" w:rsidR="00F54129" w:rsidRDefault="00F54129" w:rsidP="00F54129">
      <w:pPr>
        <w:pStyle w:val="ListBullet"/>
      </w:pPr>
      <w:r>
        <w:t>Glue sticks or tape</w:t>
      </w:r>
    </w:p>
    <w:p w14:paraId="1DAD287A" w14:textId="77777777" w:rsidR="00F54129" w:rsidRDefault="00F54129" w:rsidP="00F54129">
      <w:pPr>
        <w:pStyle w:val="ListBullet"/>
      </w:pPr>
      <w:r>
        <w:t>Magazines (trades, DIY, construction)</w:t>
      </w:r>
    </w:p>
    <w:p w14:paraId="16F68F43" w14:textId="77777777" w:rsidR="00F54129" w:rsidRDefault="00F54129" w:rsidP="00F54129">
      <w:pPr>
        <w:pStyle w:val="ListBullet"/>
      </w:pPr>
      <w:r>
        <w:t>Printed images of tools, job sites, safety gear (optional)</w:t>
      </w:r>
    </w:p>
    <w:p w14:paraId="0BE2C6FF" w14:textId="77777777" w:rsidR="00F54129" w:rsidRDefault="00F54129" w:rsidP="00F54129">
      <w:pPr>
        <w:pStyle w:val="ListBullet"/>
      </w:pPr>
      <w:r>
        <w:t>Scissors and markers</w:t>
      </w:r>
    </w:p>
    <w:p w14:paraId="15F8ED52" w14:textId="77777777" w:rsidR="00F54129" w:rsidRDefault="00F54129" w:rsidP="00F54129">
      <w:pPr>
        <w:pStyle w:val="ListBullet"/>
      </w:pPr>
      <w:r>
        <w:t>Handout: List of basic carpentry terms and safety rules (for reference)</w:t>
      </w:r>
    </w:p>
    <w:p w14:paraId="09B51D9D" w14:textId="77777777" w:rsidR="00F54129" w:rsidRDefault="00F54129" w:rsidP="00F54129">
      <w:pPr>
        <w:pStyle w:val="Heading2"/>
      </w:pPr>
      <w:r>
        <w:t>Instructions</w:t>
      </w:r>
    </w:p>
    <w:p w14:paraId="043DB3B4" w14:textId="77777777" w:rsidR="00F54129" w:rsidRDefault="00F54129" w:rsidP="00F54129">
      <w:pPr>
        <w:pStyle w:val="ListNumber"/>
      </w:pPr>
      <w:r>
        <w:t>Title Section: Write your name and the title 'My Carpentry Journey Begins'.</w:t>
      </w:r>
    </w:p>
    <w:p w14:paraId="4E23C58D" w14:textId="77777777" w:rsidR="00F54129" w:rsidRDefault="00F54129" w:rsidP="00F54129">
      <w:pPr>
        <w:pStyle w:val="ListNumber"/>
      </w:pPr>
      <w:r>
        <w:t>Career Corner: Add images or words that represent carpentry jobs you’re interested in.</w:t>
      </w:r>
    </w:p>
    <w:p w14:paraId="4D5E7ECD" w14:textId="58A2B491" w:rsidR="00F54129" w:rsidRDefault="00F54129" w:rsidP="00F54129">
      <w:pPr>
        <w:pStyle w:val="ListNumber"/>
      </w:pPr>
      <w:r>
        <w:t>Tool Zone: Choose 5 basic tools, draw or paste them, and label each.</w:t>
      </w:r>
    </w:p>
    <w:p w14:paraId="3D334A60" w14:textId="77777777" w:rsidR="00F54129" w:rsidRDefault="00F54129" w:rsidP="00F54129">
      <w:pPr>
        <w:pStyle w:val="ListNumber"/>
      </w:pPr>
      <w:r>
        <w:t>Safety Reminder: Write or illustrate one important safety rule you’ll always remember.</w:t>
      </w:r>
    </w:p>
    <w:p w14:paraId="73B91EC9" w14:textId="77777777" w:rsidR="00F54129" w:rsidRDefault="00F54129" w:rsidP="00F54129">
      <w:pPr>
        <w:pStyle w:val="ListNumber"/>
      </w:pPr>
      <w:r>
        <w:t>Vocabulary Zone: Include at least 3 new carpentry terms and definitions you’ve learned.</w:t>
      </w:r>
    </w:p>
    <w:p w14:paraId="1FDF0406" w14:textId="77777777" w:rsidR="00F54129" w:rsidRDefault="00F54129" w:rsidP="00F54129">
      <w:pPr>
        <w:pStyle w:val="ListNumber"/>
      </w:pPr>
      <w:r>
        <w:t>Goal Box: Write one personal goal for the course.</w:t>
      </w:r>
    </w:p>
    <w:p w14:paraId="49AA2F86" w14:textId="77777777" w:rsidR="00F54129" w:rsidRDefault="00F54129" w:rsidP="00F54129">
      <w:pPr>
        <w:pStyle w:val="Heading2"/>
      </w:pPr>
      <w:r>
        <w:t>Outcomes</w:t>
      </w:r>
    </w:p>
    <w:p w14:paraId="20EDFD40" w14:textId="77777777" w:rsidR="00F54129" w:rsidRDefault="00F54129" w:rsidP="00F54129">
      <w:pPr>
        <w:pStyle w:val="ListBullet"/>
      </w:pPr>
      <w:r>
        <w:t>Students deepen understanding of course material.</w:t>
      </w:r>
    </w:p>
    <w:p w14:paraId="6519445C" w14:textId="77777777" w:rsidR="00F54129" w:rsidRDefault="00F54129" w:rsidP="00F54129">
      <w:pPr>
        <w:pStyle w:val="ListBullet"/>
      </w:pPr>
      <w:r>
        <w:t>Encourages personal reflection and motivation.</w:t>
      </w:r>
    </w:p>
    <w:p w14:paraId="2D212F58" w14:textId="77777777" w:rsidR="00F54129" w:rsidRDefault="00F54129" w:rsidP="007C2946"/>
    <w:p w14:paraId="74B25C81" w14:textId="77777777" w:rsidR="007C2946" w:rsidRDefault="007C2946"/>
    <w:p w14:paraId="32EFABAF" w14:textId="77777777" w:rsidR="007C2946" w:rsidRDefault="007C2946"/>
    <w:sectPr w:rsidR="007C2946" w:rsidSect="000933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05E2C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BA0B31"/>
    <w:multiLevelType w:val="hybridMultilevel"/>
    <w:tmpl w:val="289C5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B70EF"/>
    <w:multiLevelType w:val="hybridMultilevel"/>
    <w:tmpl w:val="0C22C80C"/>
    <w:lvl w:ilvl="0" w:tplc="8B64EED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731D5B"/>
    <w:multiLevelType w:val="hybridMultilevel"/>
    <w:tmpl w:val="C5B6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565066">
    <w:abstractNumId w:val="8"/>
  </w:num>
  <w:num w:numId="2" w16cid:durableId="1188759915">
    <w:abstractNumId w:val="6"/>
  </w:num>
  <w:num w:numId="3" w16cid:durableId="994913466">
    <w:abstractNumId w:val="5"/>
  </w:num>
  <w:num w:numId="4" w16cid:durableId="464665244">
    <w:abstractNumId w:val="4"/>
  </w:num>
  <w:num w:numId="5" w16cid:durableId="2141919598">
    <w:abstractNumId w:val="7"/>
  </w:num>
  <w:num w:numId="6" w16cid:durableId="1202327745">
    <w:abstractNumId w:val="3"/>
  </w:num>
  <w:num w:numId="7" w16cid:durableId="423956762">
    <w:abstractNumId w:val="2"/>
  </w:num>
  <w:num w:numId="8" w16cid:durableId="1251306485">
    <w:abstractNumId w:val="1"/>
  </w:num>
  <w:num w:numId="9" w16cid:durableId="411898925">
    <w:abstractNumId w:val="0"/>
  </w:num>
  <w:num w:numId="10" w16cid:durableId="1984461205">
    <w:abstractNumId w:val="9"/>
  </w:num>
  <w:num w:numId="11" w16cid:durableId="69471135">
    <w:abstractNumId w:val="10"/>
  </w:num>
  <w:num w:numId="12" w16cid:durableId="19479989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112"/>
    <w:rsid w:val="00034616"/>
    <w:rsid w:val="0006063C"/>
    <w:rsid w:val="00093375"/>
    <w:rsid w:val="0015074B"/>
    <w:rsid w:val="0016696D"/>
    <w:rsid w:val="0029639D"/>
    <w:rsid w:val="00317B66"/>
    <w:rsid w:val="00326F90"/>
    <w:rsid w:val="00455AF2"/>
    <w:rsid w:val="00602C4C"/>
    <w:rsid w:val="00643472"/>
    <w:rsid w:val="006717C5"/>
    <w:rsid w:val="007C2946"/>
    <w:rsid w:val="00AA1D8D"/>
    <w:rsid w:val="00B47730"/>
    <w:rsid w:val="00CB0664"/>
    <w:rsid w:val="00D21734"/>
    <w:rsid w:val="00DE1133"/>
    <w:rsid w:val="00F54129"/>
    <w:rsid w:val="00F9483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816B6E"/>
  <w14:defaultImageDpi w14:val="300"/>
  <w15:docId w15:val="{7C783620-7AD7-4B85-9DED-D066C4801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Boone Tim</cp:lastModifiedBy>
  <cp:revision>8</cp:revision>
  <dcterms:created xsi:type="dcterms:W3CDTF">2025-06-11T14:41:00Z</dcterms:created>
  <dcterms:modified xsi:type="dcterms:W3CDTF">2025-08-06T14:54:00Z</dcterms:modified>
  <cp:category/>
</cp:coreProperties>
</file>