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60B37" w14:textId="2016D347" w:rsidR="00A50486" w:rsidRPr="00CB23A0" w:rsidRDefault="00A50486" w:rsidP="00A50486">
      <w:pPr>
        <w:pStyle w:val="Heading2"/>
        <w:ind w:left="360"/>
        <w:jc w:val="center"/>
        <w:rPr>
          <w:sz w:val="36"/>
          <w:szCs w:val="36"/>
          <w:u w:val="single"/>
        </w:rPr>
      </w:pPr>
      <w:r w:rsidRPr="00CB23A0">
        <w:rPr>
          <w:sz w:val="36"/>
          <w:szCs w:val="36"/>
          <w:u w:val="single"/>
        </w:rPr>
        <w:t xml:space="preserve">Week </w:t>
      </w:r>
      <w:r>
        <w:rPr>
          <w:sz w:val="36"/>
          <w:szCs w:val="36"/>
          <w:u w:val="single"/>
        </w:rPr>
        <w:t>6</w:t>
      </w:r>
      <w:r w:rsidRPr="00CB23A0">
        <w:rPr>
          <w:sz w:val="36"/>
          <w:szCs w:val="36"/>
          <w:u w:val="single"/>
        </w:rPr>
        <w:t xml:space="preserve"> Worksheets.</w:t>
      </w:r>
    </w:p>
    <w:p w14:paraId="1897C182" w14:textId="1A586A0B" w:rsidR="00A50486" w:rsidRDefault="00000000" w:rsidP="00A50486">
      <w:pPr>
        <w:pStyle w:val="Heading1"/>
        <w:numPr>
          <w:ilvl w:val="0"/>
          <w:numId w:val="11"/>
        </w:numPr>
      </w:pPr>
      <w:r>
        <w:t xml:space="preserve"> </w:t>
      </w:r>
      <w:r w:rsidR="00A50486">
        <w:t>Fasteners.</w:t>
      </w:r>
    </w:p>
    <w:p w14:paraId="008802D0" w14:textId="77777777" w:rsidR="00A50486" w:rsidRPr="00A50486" w:rsidRDefault="00A50486" w:rsidP="00A50486"/>
    <w:p w14:paraId="791461AC" w14:textId="77777777" w:rsidR="00A50486" w:rsidRPr="00A50486" w:rsidRDefault="00A50486" w:rsidP="00A50486">
      <w:pPr>
        <w:rPr>
          <w:b/>
          <w:bCs/>
        </w:rPr>
      </w:pPr>
      <w:r w:rsidRPr="00A50486">
        <w:rPr>
          <w:b/>
          <w:bCs/>
        </w:rPr>
        <w:t>What Are Fasteners?</w:t>
      </w:r>
    </w:p>
    <w:p w14:paraId="1DF40A6F" w14:textId="77777777" w:rsidR="00A50486" w:rsidRPr="00A50486" w:rsidRDefault="00A50486" w:rsidP="00A50486">
      <w:r w:rsidRPr="00A50486">
        <w:t>Fasteners are hardware devices used to mechanically join or secure two or more objects together. They’re essential in carpentry, construction, and furniture building.</w:t>
      </w:r>
    </w:p>
    <w:p w14:paraId="3640FD0C" w14:textId="036CB735" w:rsidR="00A50486" w:rsidRPr="00A50486" w:rsidRDefault="00A50486" w:rsidP="00A50486"/>
    <w:p w14:paraId="096FBE25" w14:textId="77777777" w:rsidR="007B3729" w:rsidRDefault="007B3729" w:rsidP="007B3729">
      <w:pPr>
        <w:pStyle w:val="Heading1"/>
      </w:pPr>
      <w:r>
        <w:t>Common Types of Fasteners</w:t>
      </w:r>
    </w:p>
    <w:p w14:paraId="7A9A8186" w14:textId="77777777" w:rsidR="007B3729" w:rsidRPr="007B3729" w:rsidRDefault="007B3729" w:rsidP="007B3729"/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2335"/>
        <w:gridCol w:w="4230"/>
        <w:gridCol w:w="4140"/>
      </w:tblGrid>
      <w:tr w:rsidR="007B3729" w14:paraId="61E98B07" w14:textId="77777777" w:rsidTr="007B3729">
        <w:tc>
          <w:tcPr>
            <w:tcW w:w="2335" w:type="dxa"/>
          </w:tcPr>
          <w:p w14:paraId="1EDE563A" w14:textId="77777777" w:rsidR="007B3729" w:rsidRPr="007B3729" w:rsidRDefault="007B3729" w:rsidP="00543E67">
            <w:pPr>
              <w:rPr>
                <w:b/>
                <w:bCs/>
              </w:rPr>
            </w:pPr>
            <w:r w:rsidRPr="007B3729">
              <w:rPr>
                <w:b/>
                <w:bCs/>
              </w:rPr>
              <w:t>Fastener</w:t>
            </w:r>
          </w:p>
        </w:tc>
        <w:tc>
          <w:tcPr>
            <w:tcW w:w="4230" w:type="dxa"/>
          </w:tcPr>
          <w:p w14:paraId="529EBF2B" w14:textId="77777777" w:rsidR="007B3729" w:rsidRPr="007B3729" w:rsidRDefault="007B3729" w:rsidP="00543E67">
            <w:pPr>
              <w:rPr>
                <w:b/>
                <w:bCs/>
              </w:rPr>
            </w:pPr>
            <w:r w:rsidRPr="007B3729">
              <w:rPr>
                <w:b/>
                <w:bCs/>
              </w:rPr>
              <w:t>Description</w:t>
            </w:r>
          </w:p>
        </w:tc>
        <w:tc>
          <w:tcPr>
            <w:tcW w:w="4140" w:type="dxa"/>
          </w:tcPr>
          <w:p w14:paraId="2F18B521" w14:textId="77777777" w:rsidR="007B3729" w:rsidRPr="007B3729" w:rsidRDefault="007B3729" w:rsidP="00543E67">
            <w:pPr>
              <w:rPr>
                <w:b/>
                <w:bCs/>
              </w:rPr>
            </w:pPr>
            <w:r w:rsidRPr="007B3729">
              <w:rPr>
                <w:b/>
                <w:bCs/>
              </w:rPr>
              <w:t>Common Uses</w:t>
            </w:r>
          </w:p>
        </w:tc>
      </w:tr>
      <w:tr w:rsidR="007B3729" w14:paraId="4D1562EC" w14:textId="77777777" w:rsidTr="007B3729">
        <w:tc>
          <w:tcPr>
            <w:tcW w:w="2335" w:type="dxa"/>
          </w:tcPr>
          <w:p w14:paraId="578775CA" w14:textId="77777777" w:rsidR="007B3729" w:rsidRDefault="007B3729" w:rsidP="00543E67">
            <w:r>
              <w:t>Nails</w:t>
            </w:r>
          </w:p>
        </w:tc>
        <w:tc>
          <w:tcPr>
            <w:tcW w:w="4230" w:type="dxa"/>
          </w:tcPr>
          <w:p w14:paraId="02BEB5F5" w14:textId="77777777" w:rsidR="007B3729" w:rsidRDefault="007B3729" w:rsidP="00543E67">
            <w:r>
              <w:t>Thin metal shafts with a flat head; driven with a hammer or nail gun</w:t>
            </w:r>
          </w:p>
        </w:tc>
        <w:tc>
          <w:tcPr>
            <w:tcW w:w="4140" w:type="dxa"/>
          </w:tcPr>
          <w:p w14:paraId="695716DF" w14:textId="77777777" w:rsidR="007B3729" w:rsidRDefault="007B3729" w:rsidP="00543E67">
            <w:r>
              <w:t>Framing, trim work, sheathing</w:t>
            </w:r>
          </w:p>
        </w:tc>
      </w:tr>
      <w:tr w:rsidR="007B3729" w14:paraId="5E41D8DA" w14:textId="77777777" w:rsidTr="007B3729">
        <w:tc>
          <w:tcPr>
            <w:tcW w:w="2335" w:type="dxa"/>
          </w:tcPr>
          <w:p w14:paraId="4880D685" w14:textId="77777777" w:rsidR="007B3729" w:rsidRDefault="007B3729" w:rsidP="00543E67">
            <w:r>
              <w:t>Screws</w:t>
            </w:r>
          </w:p>
        </w:tc>
        <w:tc>
          <w:tcPr>
            <w:tcW w:w="4230" w:type="dxa"/>
          </w:tcPr>
          <w:p w14:paraId="11B27D8B" w14:textId="77777777" w:rsidR="007B3729" w:rsidRDefault="007B3729" w:rsidP="00543E67">
            <w:r>
              <w:t>Have threads for gripping wood or other materials; driven with screwdriver/drill</w:t>
            </w:r>
          </w:p>
        </w:tc>
        <w:tc>
          <w:tcPr>
            <w:tcW w:w="4140" w:type="dxa"/>
          </w:tcPr>
          <w:p w14:paraId="0786ED14" w14:textId="77777777" w:rsidR="007B3729" w:rsidRDefault="007B3729" w:rsidP="00543E67">
            <w:r>
              <w:t>Cabinets, furniture, decking</w:t>
            </w:r>
          </w:p>
        </w:tc>
      </w:tr>
      <w:tr w:rsidR="007B3729" w14:paraId="3BB85064" w14:textId="77777777" w:rsidTr="007B3729">
        <w:tc>
          <w:tcPr>
            <w:tcW w:w="2335" w:type="dxa"/>
          </w:tcPr>
          <w:p w14:paraId="1F291311" w14:textId="77777777" w:rsidR="007B3729" w:rsidRDefault="007B3729" w:rsidP="00543E67">
            <w:r>
              <w:t>Nuts and bolts</w:t>
            </w:r>
          </w:p>
        </w:tc>
        <w:tc>
          <w:tcPr>
            <w:tcW w:w="4230" w:type="dxa"/>
          </w:tcPr>
          <w:p w14:paraId="05CD2DEC" w14:textId="77777777" w:rsidR="007B3729" w:rsidRDefault="007B3729" w:rsidP="00543E67">
            <w:r>
              <w:t>Bolts go through material and are secured with nuts on the opposite side</w:t>
            </w:r>
          </w:p>
        </w:tc>
        <w:tc>
          <w:tcPr>
            <w:tcW w:w="4140" w:type="dxa"/>
          </w:tcPr>
          <w:p w14:paraId="2B6779CC" w14:textId="77777777" w:rsidR="007B3729" w:rsidRDefault="007B3729" w:rsidP="00543E67">
            <w:r>
              <w:t>Structural joints, heavy-duty builds</w:t>
            </w:r>
          </w:p>
        </w:tc>
      </w:tr>
      <w:tr w:rsidR="007B3729" w14:paraId="37E34D8A" w14:textId="77777777" w:rsidTr="007B3729">
        <w:tc>
          <w:tcPr>
            <w:tcW w:w="2335" w:type="dxa"/>
          </w:tcPr>
          <w:p w14:paraId="28F0D888" w14:textId="77777777" w:rsidR="007B3729" w:rsidRDefault="007B3729" w:rsidP="00543E67">
            <w:r>
              <w:t>Lag Screws</w:t>
            </w:r>
          </w:p>
        </w:tc>
        <w:tc>
          <w:tcPr>
            <w:tcW w:w="4230" w:type="dxa"/>
          </w:tcPr>
          <w:p w14:paraId="3AAFA8D5" w14:textId="77777777" w:rsidR="007B3729" w:rsidRDefault="007B3729" w:rsidP="00543E67">
            <w:r>
              <w:t>Heavy-duty screws with hex heads, used with pilot holes</w:t>
            </w:r>
          </w:p>
        </w:tc>
        <w:tc>
          <w:tcPr>
            <w:tcW w:w="4140" w:type="dxa"/>
          </w:tcPr>
          <w:p w14:paraId="7FECBB88" w14:textId="77777777" w:rsidR="007B3729" w:rsidRDefault="007B3729" w:rsidP="00543E67">
            <w:r>
              <w:t>Decks, beams, outdoor framing</w:t>
            </w:r>
          </w:p>
        </w:tc>
      </w:tr>
      <w:tr w:rsidR="007B3729" w14:paraId="2EAE0456" w14:textId="77777777" w:rsidTr="007B3729">
        <w:tc>
          <w:tcPr>
            <w:tcW w:w="2335" w:type="dxa"/>
          </w:tcPr>
          <w:p w14:paraId="262267CC" w14:textId="77777777" w:rsidR="007B3729" w:rsidRDefault="007B3729" w:rsidP="00543E67">
            <w:r>
              <w:t>Brads</w:t>
            </w:r>
          </w:p>
        </w:tc>
        <w:tc>
          <w:tcPr>
            <w:tcW w:w="4230" w:type="dxa"/>
          </w:tcPr>
          <w:p w14:paraId="10F4CD96" w14:textId="77777777" w:rsidR="007B3729" w:rsidRDefault="007B3729" w:rsidP="00543E67">
            <w:r>
              <w:t>Small, thin nails with small heads</w:t>
            </w:r>
          </w:p>
        </w:tc>
        <w:tc>
          <w:tcPr>
            <w:tcW w:w="4140" w:type="dxa"/>
          </w:tcPr>
          <w:p w14:paraId="1A7FAA1E" w14:textId="77777777" w:rsidR="007B3729" w:rsidRDefault="007B3729" w:rsidP="00543E67">
            <w:r>
              <w:t>Finish work, trim, delicate assemblies</w:t>
            </w:r>
          </w:p>
        </w:tc>
      </w:tr>
      <w:tr w:rsidR="007B3729" w14:paraId="797EA2AA" w14:textId="77777777" w:rsidTr="007B3729">
        <w:tc>
          <w:tcPr>
            <w:tcW w:w="2335" w:type="dxa"/>
          </w:tcPr>
          <w:p w14:paraId="64E91D00" w14:textId="77777777" w:rsidR="007B3729" w:rsidRDefault="007B3729" w:rsidP="00543E67">
            <w:r>
              <w:t>Staples</w:t>
            </w:r>
          </w:p>
        </w:tc>
        <w:tc>
          <w:tcPr>
            <w:tcW w:w="4230" w:type="dxa"/>
          </w:tcPr>
          <w:p w14:paraId="5E0A66F5" w14:textId="77777777" w:rsidR="007B3729" w:rsidRDefault="007B3729" w:rsidP="00543E67">
            <w:r>
              <w:t>U-shaped fasteners used with staple guns</w:t>
            </w:r>
          </w:p>
        </w:tc>
        <w:tc>
          <w:tcPr>
            <w:tcW w:w="4140" w:type="dxa"/>
          </w:tcPr>
          <w:p w14:paraId="501CBCAA" w14:textId="77777777" w:rsidR="007B3729" w:rsidRDefault="007B3729" w:rsidP="00543E67">
            <w:r>
              <w:t>Upholstery, paneling, lightweight materials</w:t>
            </w:r>
          </w:p>
        </w:tc>
      </w:tr>
      <w:tr w:rsidR="007B3729" w14:paraId="589411C7" w14:textId="77777777" w:rsidTr="007B3729">
        <w:tc>
          <w:tcPr>
            <w:tcW w:w="2335" w:type="dxa"/>
          </w:tcPr>
          <w:p w14:paraId="0A335CF5" w14:textId="77777777" w:rsidR="007B3729" w:rsidRDefault="007B3729" w:rsidP="00543E67">
            <w:r>
              <w:t>Wood Dowels</w:t>
            </w:r>
          </w:p>
        </w:tc>
        <w:tc>
          <w:tcPr>
            <w:tcW w:w="4230" w:type="dxa"/>
          </w:tcPr>
          <w:p w14:paraId="6F81C698" w14:textId="77777777" w:rsidR="007B3729" w:rsidRDefault="007B3729" w:rsidP="00543E67">
            <w:r>
              <w:t>Cylindrical wooden rods used in joinery</w:t>
            </w:r>
          </w:p>
        </w:tc>
        <w:tc>
          <w:tcPr>
            <w:tcW w:w="4140" w:type="dxa"/>
          </w:tcPr>
          <w:p w14:paraId="60AC99C5" w14:textId="77777777" w:rsidR="007B3729" w:rsidRDefault="007B3729" w:rsidP="00543E67">
            <w:r>
              <w:t>Cabinetry, furniture joints</w:t>
            </w:r>
          </w:p>
        </w:tc>
      </w:tr>
      <w:tr w:rsidR="007B3729" w14:paraId="1FBE7841" w14:textId="77777777" w:rsidTr="007B3729">
        <w:tc>
          <w:tcPr>
            <w:tcW w:w="2335" w:type="dxa"/>
          </w:tcPr>
          <w:p w14:paraId="437AD8C2" w14:textId="77777777" w:rsidR="007B3729" w:rsidRDefault="007B3729" w:rsidP="00543E67">
            <w:r>
              <w:t>Pocket Screws</w:t>
            </w:r>
          </w:p>
        </w:tc>
        <w:tc>
          <w:tcPr>
            <w:tcW w:w="4230" w:type="dxa"/>
          </w:tcPr>
          <w:p w14:paraId="5ADA5FAB" w14:textId="77777777" w:rsidR="007B3729" w:rsidRDefault="007B3729" w:rsidP="00543E67">
            <w:r>
              <w:t>Angled screws used in pre-drilled pocket holes</w:t>
            </w:r>
          </w:p>
        </w:tc>
        <w:tc>
          <w:tcPr>
            <w:tcW w:w="4140" w:type="dxa"/>
          </w:tcPr>
          <w:p w14:paraId="0695111F" w14:textId="77777777" w:rsidR="007B3729" w:rsidRDefault="007B3729" w:rsidP="00543E67">
            <w:r>
              <w:t>Hidden joints in furniture and cabinetry</w:t>
            </w:r>
          </w:p>
        </w:tc>
      </w:tr>
    </w:tbl>
    <w:p w14:paraId="3F56407B" w14:textId="1F38BFA6" w:rsidR="00A50486" w:rsidRDefault="00A50486" w:rsidP="007B3729"/>
    <w:p w14:paraId="0C3E2B09" w14:textId="77777777" w:rsidR="00A50486" w:rsidRDefault="00A50486" w:rsidP="00A50486"/>
    <w:p w14:paraId="28D8D497" w14:textId="77777777" w:rsidR="007B3729" w:rsidRDefault="007B3729" w:rsidP="00A50486"/>
    <w:p w14:paraId="0A0F50B3" w14:textId="77777777" w:rsidR="007B3729" w:rsidRDefault="007B3729" w:rsidP="00A50486"/>
    <w:p w14:paraId="39814F87" w14:textId="77777777" w:rsidR="007B3729" w:rsidRDefault="007B3729" w:rsidP="00A50486"/>
    <w:p w14:paraId="74130D1F" w14:textId="77777777" w:rsidR="007B3729" w:rsidRDefault="007B3729" w:rsidP="00A50486"/>
    <w:p w14:paraId="75856DB2" w14:textId="77777777" w:rsidR="007B3729" w:rsidRDefault="007B3729" w:rsidP="00A50486"/>
    <w:p w14:paraId="1C9D6FEF" w14:textId="77777777" w:rsidR="00A50486" w:rsidRPr="00A50486" w:rsidRDefault="00A50486" w:rsidP="00A50486"/>
    <w:p w14:paraId="6AF4836D" w14:textId="7E4E2559" w:rsidR="00A50486" w:rsidRPr="00A50486" w:rsidRDefault="00A50486" w:rsidP="00A50486">
      <w:pPr>
        <w:rPr>
          <w:b/>
          <w:bCs/>
          <w:color w:val="4F81BD" w:themeColor="accent1"/>
          <w:sz w:val="24"/>
          <w:szCs w:val="24"/>
        </w:rPr>
      </w:pPr>
      <w:r w:rsidRPr="00A50486">
        <w:rPr>
          <w:b/>
          <w:bCs/>
          <w:color w:val="4F81BD" w:themeColor="accent1"/>
          <w:sz w:val="24"/>
          <w:szCs w:val="24"/>
        </w:rPr>
        <w:lastRenderedPageBreak/>
        <w:t>Fastener Material Types</w:t>
      </w:r>
      <w:r>
        <w:rPr>
          <w:b/>
          <w:bCs/>
          <w:color w:val="4F81BD" w:themeColor="accent1"/>
          <w:sz w:val="24"/>
          <w:szCs w:val="24"/>
        </w:rPr>
        <w:t>.</w:t>
      </w:r>
    </w:p>
    <w:p w14:paraId="4162D725" w14:textId="77777777" w:rsidR="00A50486" w:rsidRPr="00A50486" w:rsidRDefault="00A50486" w:rsidP="00A50486">
      <w:pPr>
        <w:numPr>
          <w:ilvl w:val="0"/>
          <w:numId w:val="12"/>
        </w:numPr>
      </w:pPr>
      <w:r w:rsidRPr="00A50486">
        <w:rPr>
          <w:b/>
          <w:bCs/>
        </w:rPr>
        <w:t>Steel (most common)</w:t>
      </w:r>
      <w:r w:rsidRPr="00A50486">
        <w:t xml:space="preserve"> – strong and economical</w:t>
      </w:r>
    </w:p>
    <w:p w14:paraId="07E48BAC" w14:textId="77777777" w:rsidR="00A50486" w:rsidRPr="00A50486" w:rsidRDefault="00A50486" w:rsidP="00A50486">
      <w:pPr>
        <w:numPr>
          <w:ilvl w:val="0"/>
          <w:numId w:val="12"/>
        </w:numPr>
      </w:pPr>
      <w:r w:rsidRPr="00A50486">
        <w:rPr>
          <w:b/>
          <w:bCs/>
        </w:rPr>
        <w:t>Galvanized</w:t>
      </w:r>
      <w:r w:rsidRPr="00A50486">
        <w:t xml:space="preserve"> – zinc-coated for rust resistance </w:t>
      </w:r>
      <w:r w:rsidRPr="00A50486">
        <w:rPr>
          <w:i/>
          <w:iCs/>
        </w:rPr>
        <w:t>(great for outdoor use)</w:t>
      </w:r>
    </w:p>
    <w:p w14:paraId="65CF082B" w14:textId="77777777" w:rsidR="00A50486" w:rsidRPr="00A50486" w:rsidRDefault="00A50486" w:rsidP="00A50486">
      <w:pPr>
        <w:numPr>
          <w:ilvl w:val="0"/>
          <w:numId w:val="12"/>
        </w:numPr>
      </w:pPr>
      <w:r w:rsidRPr="00A50486">
        <w:rPr>
          <w:b/>
          <w:bCs/>
        </w:rPr>
        <w:t>Stainless Steel</w:t>
      </w:r>
      <w:r w:rsidRPr="00A50486">
        <w:t xml:space="preserve"> – rust-proof and durable, but more expensive</w:t>
      </w:r>
    </w:p>
    <w:p w14:paraId="12839BD4" w14:textId="3615FB44" w:rsidR="00A50486" w:rsidRDefault="00A50486" w:rsidP="00A50486">
      <w:pPr>
        <w:numPr>
          <w:ilvl w:val="0"/>
          <w:numId w:val="12"/>
        </w:numPr>
      </w:pPr>
      <w:r w:rsidRPr="00A50486">
        <w:rPr>
          <w:b/>
          <w:bCs/>
        </w:rPr>
        <w:t>Brass/Copper</w:t>
      </w:r>
      <w:r w:rsidRPr="00A50486">
        <w:t xml:space="preserve"> – decorative and corrosion-resistant</w:t>
      </w:r>
    </w:p>
    <w:p w14:paraId="529C118A" w14:textId="77777777" w:rsidR="00A50486" w:rsidRPr="00A50486" w:rsidRDefault="00A50486" w:rsidP="00A50486">
      <w:pPr>
        <w:ind w:left="720"/>
      </w:pPr>
    </w:p>
    <w:p w14:paraId="5DFDE191" w14:textId="146490BF" w:rsidR="00A50486" w:rsidRPr="00A50486" w:rsidRDefault="00A50486" w:rsidP="00A50486">
      <w:pPr>
        <w:rPr>
          <w:b/>
          <w:bCs/>
          <w:color w:val="4F81BD" w:themeColor="accent1"/>
          <w:sz w:val="24"/>
          <w:szCs w:val="24"/>
        </w:rPr>
      </w:pPr>
      <w:r w:rsidRPr="00A50486">
        <w:rPr>
          <w:b/>
          <w:bCs/>
          <w:color w:val="4F81BD" w:themeColor="accent1"/>
          <w:sz w:val="24"/>
          <w:szCs w:val="24"/>
        </w:rPr>
        <w:t>Tips for Choosing the Right Fastener</w:t>
      </w:r>
      <w:r>
        <w:rPr>
          <w:b/>
          <w:bCs/>
          <w:color w:val="4F81BD" w:themeColor="accent1"/>
          <w:sz w:val="24"/>
          <w:szCs w:val="24"/>
        </w:rPr>
        <w:t>.</w:t>
      </w:r>
    </w:p>
    <w:p w14:paraId="6FC35170" w14:textId="77777777" w:rsidR="00A50486" w:rsidRPr="00A50486" w:rsidRDefault="00A50486" w:rsidP="00A50486">
      <w:pPr>
        <w:numPr>
          <w:ilvl w:val="0"/>
          <w:numId w:val="13"/>
        </w:numPr>
      </w:pPr>
      <w:r w:rsidRPr="00A50486">
        <w:t xml:space="preserve">Match fastener </w:t>
      </w:r>
      <w:r w:rsidRPr="00A50486">
        <w:rPr>
          <w:b/>
          <w:bCs/>
        </w:rPr>
        <w:t>length</w:t>
      </w:r>
      <w:r w:rsidRPr="00A50486">
        <w:t xml:space="preserve"> to the material thickness</w:t>
      </w:r>
    </w:p>
    <w:p w14:paraId="331826C1" w14:textId="77777777" w:rsidR="00A50486" w:rsidRPr="00A50486" w:rsidRDefault="00A50486" w:rsidP="00A50486">
      <w:pPr>
        <w:numPr>
          <w:ilvl w:val="0"/>
          <w:numId w:val="13"/>
        </w:numPr>
      </w:pPr>
      <w:r w:rsidRPr="00A50486">
        <w:t xml:space="preserve">Use </w:t>
      </w:r>
      <w:r w:rsidRPr="00A50486">
        <w:rPr>
          <w:b/>
          <w:bCs/>
        </w:rPr>
        <w:t>coated or galvanized</w:t>
      </w:r>
      <w:r w:rsidRPr="00A50486">
        <w:t xml:space="preserve"> fasteners for outdoor use</w:t>
      </w:r>
    </w:p>
    <w:p w14:paraId="409397B3" w14:textId="77777777" w:rsidR="00A50486" w:rsidRPr="00A50486" w:rsidRDefault="00A50486" w:rsidP="00A50486">
      <w:pPr>
        <w:numPr>
          <w:ilvl w:val="0"/>
          <w:numId w:val="13"/>
        </w:numPr>
      </w:pPr>
      <w:r w:rsidRPr="00A50486">
        <w:t>Pre-drill pilot holes for hard woods or long screws to prevent splitting</w:t>
      </w:r>
    </w:p>
    <w:p w14:paraId="792F82D8" w14:textId="77777777" w:rsidR="00A50486" w:rsidRPr="00A50486" w:rsidRDefault="00A50486" w:rsidP="00A50486">
      <w:pPr>
        <w:numPr>
          <w:ilvl w:val="0"/>
          <w:numId w:val="13"/>
        </w:numPr>
      </w:pPr>
      <w:r w:rsidRPr="00A50486">
        <w:t xml:space="preserve">Use </w:t>
      </w:r>
      <w:r w:rsidRPr="00A50486">
        <w:rPr>
          <w:b/>
          <w:bCs/>
        </w:rPr>
        <w:t>washers</w:t>
      </w:r>
      <w:r w:rsidRPr="00A50486">
        <w:t xml:space="preserve"> with bolts for better load distribution</w:t>
      </w:r>
    </w:p>
    <w:p w14:paraId="2EBB89FD" w14:textId="77777777" w:rsidR="00A50486" w:rsidRPr="00A50486" w:rsidRDefault="00A50486" w:rsidP="00A50486">
      <w:pPr>
        <w:numPr>
          <w:ilvl w:val="0"/>
          <w:numId w:val="13"/>
        </w:numPr>
      </w:pPr>
      <w:r w:rsidRPr="00A50486">
        <w:t xml:space="preserve">Choose </w:t>
      </w:r>
      <w:r w:rsidRPr="00A50486">
        <w:rPr>
          <w:b/>
          <w:bCs/>
        </w:rPr>
        <w:t>appropriate head types</w:t>
      </w:r>
      <w:r w:rsidRPr="00A50486">
        <w:t xml:space="preserve"> (flat, pan, hex, etc.) for appearance and tool access</w:t>
      </w:r>
    </w:p>
    <w:p w14:paraId="2068B264" w14:textId="6E01F0E1" w:rsidR="00A50486" w:rsidRDefault="00A50486" w:rsidP="00A50486"/>
    <w:p w14:paraId="50B81AE2" w14:textId="77777777" w:rsidR="00A50486" w:rsidRDefault="00A50486" w:rsidP="00A50486"/>
    <w:p w14:paraId="1B70DB78" w14:textId="77777777" w:rsidR="00A50486" w:rsidRDefault="00A50486" w:rsidP="00A50486"/>
    <w:p w14:paraId="457FC9F4" w14:textId="77777777" w:rsidR="00A50486" w:rsidRDefault="00A50486" w:rsidP="00A50486"/>
    <w:p w14:paraId="303B225C" w14:textId="77777777" w:rsidR="00A50486" w:rsidRDefault="00A50486" w:rsidP="00A50486"/>
    <w:p w14:paraId="4953297B" w14:textId="77777777" w:rsidR="00A50486" w:rsidRDefault="00A50486" w:rsidP="00A50486"/>
    <w:p w14:paraId="2A5C2CBB" w14:textId="77777777" w:rsidR="00A50486" w:rsidRDefault="00A50486" w:rsidP="00A50486"/>
    <w:p w14:paraId="2A34EC6B" w14:textId="77777777" w:rsidR="00A50486" w:rsidRDefault="00A50486" w:rsidP="00A50486"/>
    <w:p w14:paraId="049D2497" w14:textId="77777777" w:rsidR="00A50486" w:rsidRDefault="00A50486" w:rsidP="00A50486"/>
    <w:p w14:paraId="35988853" w14:textId="77777777" w:rsidR="00A50486" w:rsidRDefault="00A50486" w:rsidP="00A50486"/>
    <w:p w14:paraId="5E602390" w14:textId="77777777" w:rsidR="00A50486" w:rsidRDefault="00A50486" w:rsidP="00A50486"/>
    <w:p w14:paraId="464EB768" w14:textId="77777777" w:rsidR="00A50486" w:rsidRDefault="00A50486" w:rsidP="00A50486"/>
    <w:p w14:paraId="044C44EC" w14:textId="77777777" w:rsidR="00A50486" w:rsidRPr="00A50486" w:rsidRDefault="00A50486" w:rsidP="00A50486"/>
    <w:p w14:paraId="28C3976C" w14:textId="2859D045" w:rsidR="006042F6" w:rsidRDefault="00000000" w:rsidP="00A50486">
      <w:pPr>
        <w:pStyle w:val="Heading1"/>
        <w:numPr>
          <w:ilvl w:val="0"/>
          <w:numId w:val="11"/>
        </w:numPr>
      </w:pPr>
      <w:r>
        <w:lastRenderedPageBreak/>
        <w:t>Fasteners Quick Quiz</w:t>
      </w:r>
    </w:p>
    <w:p w14:paraId="7E3DEA7E" w14:textId="77777777" w:rsidR="00A50486" w:rsidRDefault="00A50486">
      <w:pPr>
        <w:rPr>
          <w:rFonts w:ascii="Segoe UI Emoji" w:hAnsi="Segoe UI Emoji" w:cs="Segoe UI Emoji"/>
        </w:rPr>
      </w:pPr>
    </w:p>
    <w:p w14:paraId="7294E5A5" w14:textId="3DC30905" w:rsidR="006042F6" w:rsidRDefault="00000000">
      <w:r>
        <w:t xml:space="preserve">Instructions: Match each fastener description to its correct name. </w:t>
      </w:r>
    </w:p>
    <w:p w14:paraId="0A32FC1B" w14:textId="77777777" w:rsidR="006042F6" w:rsidRDefault="00000000">
      <w:r>
        <w:t>A. Nail</w:t>
      </w:r>
      <w:r>
        <w:br/>
        <w:t>B. Screw</w:t>
      </w:r>
      <w:r>
        <w:br/>
        <w:t>C. Bolt</w:t>
      </w:r>
      <w:r>
        <w:br/>
        <w:t>D. Wood Glue</w:t>
      </w:r>
      <w:r>
        <w:br/>
        <w:t>E. Dowel</w:t>
      </w:r>
    </w:p>
    <w:p w14:paraId="60FE3BD9" w14:textId="77777777" w:rsidR="006042F6" w:rsidRDefault="00000000">
      <w:r>
        <w:t>1. _____ Used with a nut to hold pieces tightly together; often used in furniture.</w:t>
      </w:r>
    </w:p>
    <w:p w14:paraId="144ADBD6" w14:textId="77777777" w:rsidR="006042F6" w:rsidRDefault="00000000">
      <w:r>
        <w:t>2. _____ Thin metal shaft with a flat or pointed tip, driven by hammer.</w:t>
      </w:r>
    </w:p>
    <w:p w14:paraId="16E058B7" w14:textId="77777777" w:rsidR="006042F6" w:rsidRDefault="00000000">
      <w:r>
        <w:t>3. _____ Adhesive used to join two surfaces of wood permanently.</w:t>
      </w:r>
    </w:p>
    <w:p w14:paraId="37B83242" w14:textId="77777777" w:rsidR="006042F6" w:rsidRDefault="00000000">
      <w:r>
        <w:t>4. _____ Cylindrical wooden rod used in joinery for hidden connections.</w:t>
      </w:r>
    </w:p>
    <w:p w14:paraId="306CD649" w14:textId="77777777" w:rsidR="006042F6" w:rsidRDefault="00000000">
      <w:r>
        <w:t>5. _____ Twisted metal fastener that holds tight when driven with a driver tool.</w:t>
      </w:r>
    </w:p>
    <w:p w14:paraId="4020DF14" w14:textId="77777777" w:rsidR="006042F6" w:rsidRDefault="00000000">
      <w:r>
        <w:br/>
        <w:t>⭐ Bonus: Which fastener would you use to attach two wooden boards for a shelf and why?</w:t>
      </w:r>
    </w:p>
    <w:p w14:paraId="4835F818" w14:textId="168A660F" w:rsidR="006042F6" w:rsidRDefault="006042F6"/>
    <w:p w14:paraId="0E08C275" w14:textId="77777777" w:rsidR="00BF0B17" w:rsidRDefault="00BF0B17"/>
    <w:p w14:paraId="2ECD500B" w14:textId="77777777" w:rsidR="00BF0B17" w:rsidRDefault="00BF0B17"/>
    <w:p w14:paraId="170AFEE3" w14:textId="77777777" w:rsidR="00BF0B17" w:rsidRDefault="00BF0B17"/>
    <w:p w14:paraId="23F78B94" w14:textId="77777777" w:rsidR="00BF0B17" w:rsidRDefault="00BF0B17"/>
    <w:p w14:paraId="5C20DE38" w14:textId="77777777" w:rsidR="00BF0B17" w:rsidRDefault="00BF0B17"/>
    <w:p w14:paraId="6C95C63E" w14:textId="77777777" w:rsidR="00A50486" w:rsidRDefault="00A50486"/>
    <w:p w14:paraId="4E747B38" w14:textId="77777777" w:rsidR="00A50486" w:rsidRDefault="00A50486"/>
    <w:p w14:paraId="75CD1B0C" w14:textId="77777777" w:rsidR="00A50486" w:rsidRDefault="00A50486"/>
    <w:p w14:paraId="2E45BD35" w14:textId="77777777" w:rsidR="00A50486" w:rsidRDefault="00A50486"/>
    <w:p w14:paraId="5892565A" w14:textId="77777777" w:rsidR="00A50486" w:rsidRDefault="00A50486"/>
    <w:p w14:paraId="1BE5716B" w14:textId="77777777" w:rsidR="00A50486" w:rsidRDefault="00A50486"/>
    <w:p w14:paraId="530258A2" w14:textId="77777777" w:rsidR="00A50486" w:rsidRDefault="00A50486"/>
    <w:p w14:paraId="6775FFF2" w14:textId="08B23342" w:rsidR="00A50486" w:rsidRDefault="00A50486" w:rsidP="001F7C64">
      <w:pPr>
        <w:pStyle w:val="Heading2"/>
        <w:numPr>
          <w:ilvl w:val="0"/>
          <w:numId w:val="11"/>
        </w:numPr>
      </w:pPr>
      <w:r>
        <w:lastRenderedPageBreak/>
        <w:t>Creative Joinery Sketch Challenge</w:t>
      </w:r>
      <w:r w:rsidR="001F7C64">
        <w:t>.</w:t>
      </w:r>
    </w:p>
    <w:p w14:paraId="3E790C5D" w14:textId="77777777" w:rsidR="001F7C64" w:rsidRPr="001F7C64" w:rsidRDefault="001F7C64" w:rsidP="001F7C64"/>
    <w:p w14:paraId="34E8C793" w14:textId="44DC1E95" w:rsidR="00A50486" w:rsidRDefault="00A50486" w:rsidP="00A50486">
      <w:r>
        <w:t>Design a simple wooden item using at least TWO types of joints. Label each joint and explain why you chose it.</w:t>
      </w:r>
      <w:r w:rsidR="001F7C64">
        <w:t xml:space="preserve"> </w:t>
      </w:r>
    </w:p>
    <w:p w14:paraId="613D1204" w14:textId="77777777" w:rsidR="00A50486" w:rsidRDefault="00A50486" w:rsidP="00A50486">
      <w:r>
        <w:t>Sketch Area:</w:t>
      </w:r>
    </w:p>
    <w:p w14:paraId="0A8EE17E" w14:textId="77777777" w:rsidR="001F7C64" w:rsidRDefault="00A50486" w:rsidP="00A50486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B580EA7" w14:textId="77777777" w:rsidR="001F7C64" w:rsidRDefault="001F7C64" w:rsidP="00A50486"/>
    <w:p w14:paraId="36282D8B" w14:textId="77777777" w:rsidR="001F7C64" w:rsidRDefault="001F7C64" w:rsidP="00A50486"/>
    <w:p w14:paraId="35A6BA2B" w14:textId="77777777" w:rsidR="001F7C64" w:rsidRDefault="001F7C64" w:rsidP="00A50486"/>
    <w:p w14:paraId="4A4EF71E" w14:textId="77777777" w:rsidR="001F7C64" w:rsidRDefault="001F7C64" w:rsidP="00A50486"/>
    <w:p w14:paraId="7EE90575" w14:textId="5840D597" w:rsidR="00A50486" w:rsidRDefault="00A50486" w:rsidP="00A50486">
      <w:r>
        <w:br/>
      </w:r>
      <w:r>
        <w:br/>
      </w:r>
    </w:p>
    <w:p w14:paraId="4C8349D2" w14:textId="77777777" w:rsidR="00A50486" w:rsidRDefault="00A50486" w:rsidP="00A50486">
      <w:r>
        <w:t>Explain your design:</w:t>
      </w:r>
    </w:p>
    <w:p w14:paraId="7FE25471" w14:textId="77777777" w:rsidR="00A50486" w:rsidRDefault="00A50486" w:rsidP="00A50486"/>
    <w:p w14:paraId="22FA55C7" w14:textId="77777777" w:rsidR="001F7C64" w:rsidRDefault="001F7C64" w:rsidP="00A50486"/>
    <w:p w14:paraId="002351A4" w14:textId="77777777" w:rsidR="001F7C64" w:rsidRDefault="001F7C64" w:rsidP="00A50486"/>
    <w:p w14:paraId="1E69063A" w14:textId="77777777" w:rsidR="001F7C64" w:rsidRPr="00BF0B17" w:rsidRDefault="001F7C64" w:rsidP="00A50486"/>
    <w:p w14:paraId="28CE5CC7" w14:textId="77777777" w:rsidR="00A50486" w:rsidRDefault="00A50486" w:rsidP="00A50486"/>
    <w:p w14:paraId="70A6B4E4" w14:textId="77777777" w:rsidR="00A50486" w:rsidRDefault="00A50486"/>
    <w:p w14:paraId="566B7CF5" w14:textId="77777777" w:rsidR="00BF0B17" w:rsidRDefault="00BF0B17"/>
    <w:p w14:paraId="13AF376A" w14:textId="77777777" w:rsidR="00BF0B17" w:rsidRDefault="00BF0B17"/>
    <w:p w14:paraId="0EA8C526" w14:textId="77777777" w:rsidR="00BF0B17" w:rsidRDefault="00BF0B17"/>
    <w:p w14:paraId="24139A2E" w14:textId="2F51375B" w:rsidR="00BF0B17" w:rsidRPr="001F7C64" w:rsidRDefault="00BF0B17" w:rsidP="001F7C64">
      <w:pPr>
        <w:pStyle w:val="ListParagraph"/>
        <w:numPr>
          <w:ilvl w:val="0"/>
          <w:numId w:val="11"/>
        </w:numPr>
        <w:rPr>
          <w:b/>
          <w:bCs/>
          <w:color w:val="4F81BD" w:themeColor="accent1"/>
          <w:sz w:val="24"/>
          <w:szCs w:val="24"/>
        </w:rPr>
      </w:pPr>
      <w:r w:rsidRPr="001F7C64">
        <w:rPr>
          <w:b/>
          <w:bCs/>
          <w:color w:val="4F81BD" w:themeColor="accent1"/>
          <w:sz w:val="24"/>
          <w:szCs w:val="24"/>
        </w:rPr>
        <w:lastRenderedPageBreak/>
        <w:t>Build Sample Joints</w:t>
      </w:r>
      <w:r w:rsidR="001F7C64" w:rsidRPr="001F7C64">
        <w:rPr>
          <w:b/>
          <w:bCs/>
          <w:color w:val="4F81BD" w:themeColor="accent1"/>
          <w:sz w:val="24"/>
          <w:szCs w:val="24"/>
        </w:rPr>
        <w:t>.</w:t>
      </w:r>
    </w:p>
    <w:p w14:paraId="1F0E8B63" w14:textId="07BAE28D" w:rsidR="00BF0B17" w:rsidRPr="001F7C64" w:rsidRDefault="00BF0B17" w:rsidP="00BF0B17">
      <w:pPr>
        <w:rPr>
          <w:b/>
          <w:bCs/>
          <w:color w:val="4F81BD" w:themeColor="accent1"/>
        </w:rPr>
      </w:pPr>
      <w:r w:rsidRPr="001F7C64">
        <w:rPr>
          <w:b/>
          <w:bCs/>
          <w:color w:val="4F81BD" w:themeColor="accent1"/>
        </w:rPr>
        <w:t>Objective</w:t>
      </w:r>
    </w:p>
    <w:p w14:paraId="0C06230B" w14:textId="77777777" w:rsidR="00BF0B17" w:rsidRPr="00BF0B17" w:rsidRDefault="00BF0B17" w:rsidP="00BF0B17">
      <w:r w:rsidRPr="00BF0B17">
        <w:t>Build and evaluate at least two types of basic wood joints from home, and reflect on the process and strength of each.</w:t>
      </w:r>
    </w:p>
    <w:p w14:paraId="627B1ACF" w14:textId="41592C7A" w:rsidR="00BF0B17" w:rsidRPr="001F7C64" w:rsidRDefault="00BF0B17" w:rsidP="00BF0B17">
      <w:pPr>
        <w:rPr>
          <w:b/>
          <w:bCs/>
          <w:color w:val="4F81BD" w:themeColor="accent1"/>
        </w:rPr>
      </w:pPr>
      <w:r w:rsidRPr="001F7C64">
        <w:rPr>
          <w:b/>
          <w:bCs/>
          <w:color w:val="4F81BD" w:themeColor="accent1"/>
        </w:rPr>
        <w:t>Instructions</w:t>
      </w:r>
    </w:p>
    <w:p w14:paraId="27C071C9" w14:textId="3D7F5111" w:rsidR="00BF0B17" w:rsidRPr="00BF0B17" w:rsidRDefault="00BF0B17" w:rsidP="00BF0B17">
      <w:r w:rsidRPr="00BF0B17">
        <w:t>Follow these steps. Use the checklist below to track your progress.</w:t>
      </w:r>
    </w:p>
    <w:p w14:paraId="1CD9E5CB" w14:textId="77777777" w:rsidR="00BF0B17" w:rsidRPr="001F7C64" w:rsidRDefault="00BF0B17" w:rsidP="00BF0B17">
      <w:pPr>
        <w:rPr>
          <w:b/>
          <w:bCs/>
          <w:color w:val="4F81BD" w:themeColor="accent1"/>
        </w:rPr>
      </w:pPr>
      <w:r w:rsidRPr="001F7C64">
        <w:rPr>
          <w:rFonts w:ascii="Segoe UI Emoji" w:hAnsi="Segoe UI Emoji" w:cs="Segoe UI Emoji"/>
          <w:b/>
          <w:bCs/>
          <w:color w:val="4F81BD" w:themeColor="accent1"/>
        </w:rPr>
        <w:t>✅</w:t>
      </w:r>
      <w:r w:rsidRPr="001F7C64">
        <w:rPr>
          <w:b/>
          <w:bCs/>
          <w:color w:val="4F81BD" w:themeColor="accent1"/>
        </w:rPr>
        <w:t xml:space="preserve"> Student Checklist</w:t>
      </w:r>
    </w:p>
    <w:p w14:paraId="6E5151F1" w14:textId="173B68D0" w:rsidR="00BF0B17" w:rsidRP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Watch the short video demo on wood joints</w:t>
      </w:r>
    </w:p>
    <w:p w14:paraId="40C18968" w14:textId="77777777" w:rsidR="00BF0B17" w:rsidRP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Gather your materials: 3–4 small wood pieces, glue or screws, dowels (optional), tools (clamp, screwdriver, etc.).</w:t>
      </w:r>
    </w:p>
    <w:p w14:paraId="5BC12230" w14:textId="77777777" w:rsidR="00BF0B17" w:rsidRP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Build 2 sample joints (choose from: Butt, Lap, or Dowel).</w:t>
      </w:r>
    </w:p>
    <w:p w14:paraId="1B496940" w14:textId="77777777" w:rsidR="00BF0B17" w:rsidRP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Label each joint with its name and fastening method.</w:t>
      </w:r>
    </w:p>
    <w:p w14:paraId="6A577F9C" w14:textId="77777777" w:rsidR="00BF0B17" w:rsidRP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Take a picture of each joint.</w:t>
      </w:r>
    </w:p>
    <w:p w14:paraId="39C768D3" w14:textId="4A546FBC" w:rsidR="00BF0B17" w:rsidRDefault="00BF0B17" w:rsidP="001F7C64">
      <w:pPr>
        <w:spacing w:after="0" w:line="240" w:lineRule="auto"/>
      </w:pPr>
      <w:r w:rsidRPr="00BF0B17">
        <w:rPr>
          <w:rFonts w:ascii="Segoe UI Symbol" w:hAnsi="Segoe UI Symbol" w:cs="Segoe UI Symbol"/>
        </w:rPr>
        <w:t>☐</w:t>
      </w:r>
      <w:r w:rsidRPr="00BF0B17">
        <w:t xml:space="preserve"> Complete the reflection questions</w:t>
      </w:r>
      <w:r>
        <w:t>.</w:t>
      </w:r>
    </w:p>
    <w:p w14:paraId="2AFD8536" w14:textId="77777777" w:rsidR="008315DE" w:rsidRDefault="008315DE" w:rsidP="001F7C64">
      <w:pPr>
        <w:spacing w:after="0" w:line="240" w:lineRule="auto"/>
      </w:pPr>
    </w:p>
    <w:p w14:paraId="35CA7F48" w14:textId="77777777" w:rsidR="001F7C64" w:rsidRPr="00BF0B17" w:rsidRDefault="001F7C64" w:rsidP="001F7C64">
      <w:pPr>
        <w:spacing w:after="0" w:line="240" w:lineRule="auto"/>
      </w:pPr>
    </w:p>
    <w:p w14:paraId="320D48BC" w14:textId="71D2F545" w:rsidR="00BF0B17" w:rsidRPr="001F7C64" w:rsidRDefault="00BF0B17" w:rsidP="00BF0B17">
      <w:pPr>
        <w:rPr>
          <w:b/>
          <w:bCs/>
          <w:color w:val="4F81BD" w:themeColor="accent1"/>
        </w:rPr>
      </w:pPr>
      <w:r w:rsidRPr="001F7C64">
        <w:rPr>
          <w:b/>
          <w:bCs/>
          <w:color w:val="4F81BD" w:themeColor="accent1"/>
        </w:rPr>
        <w:t>Reflection Questions</w:t>
      </w:r>
    </w:p>
    <w:p w14:paraId="42AC2538" w14:textId="77777777" w:rsidR="00BF0B17" w:rsidRPr="00BF0B17" w:rsidRDefault="00BF0B17" w:rsidP="00BF0B17">
      <w:r w:rsidRPr="00BF0B17">
        <w:t>1. Which joint felt strongest during your build? Why?</w:t>
      </w:r>
    </w:p>
    <w:p w14:paraId="52BCD847" w14:textId="77777777" w:rsidR="001F7C64" w:rsidRDefault="001F7C64" w:rsidP="00BF0B17"/>
    <w:p w14:paraId="2FF00B87" w14:textId="77777777" w:rsidR="008315DE" w:rsidRDefault="008315DE" w:rsidP="00BF0B17"/>
    <w:p w14:paraId="796EF438" w14:textId="77777777" w:rsidR="001F7C64" w:rsidRDefault="001F7C64" w:rsidP="00BF0B17"/>
    <w:p w14:paraId="49F53227" w14:textId="31C1F8B5" w:rsidR="00BF0B17" w:rsidRPr="00BF0B17" w:rsidRDefault="00BF0B17" w:rsidP="00BF0B17">
      <w:r w:rsidRPr="00BF0B17">
        <w:t>2. Which joint was easiest to make? Why?</w:t>
      </w:r>
    </w:p>
    <w:p w14:paraId="6A9C703A" w14:textId="77777777" w:rsidR="001F7C64" w:rsidRDefault="001F7C64" w:rsidP="00BF0B17"/>
    <w:p w14:paraId="6F8ED919" w14:textId="77777777" w:rsidR="008315DE" w:rsidRDefault="008315DE" w:rsidP="00BF0B17"/>
    <w:p w14:paraId="317EB494" w14:textId="77777777" w:rsidR="001F7C64" w:rsidRDefault="001F7C64" w:rsidP="00BF0B17"/>
    <w:p w14:paraId="39A9A749" w14:textId="309BF896" w:rsidR="00BF0B17" w:rsidRPr="00BF0B17" w:rsidRDefault="00BF0B17" w:rsidP="00BF0B17">
      <w:r w:rsidRPr="00BF0B17">
        <w:t>3. Where do you think each joint could be used in real life?</w:t>
      </w:r>
    </w:p>
    <w:p w14:paraId="67F8B5C2" w14:textId="77777777" w:rsidR="00BF0B17" w:rsidRDefault="00BF0B17" w:rsidP="001F7C64"/>
    <w:p w14:paraId="1F6AB248" w14:textId="77777777" w:rsidR="001F7C64" w:rsidRDefault="001F7C64" w:rsidP="001F7C64"/>
    <w:p w14:paraId="7C89E48E" w14:textId="77777777" w:rsidR="001F7C64" w:rsidRDefault="001F7C64" w:rsidP="001F7C64"/>
    <w:p w14:paraId="3F679EA1" w14:textId="77777777" w:rsidR="001F7C64" w:rsidRDefault="001F7C64" w:rsidP="001F7C64"/>
    <w:p w14:paraId="4D0721D2" w14:textId="75B95BC6" w:rsidR="00BF0B17" w:rsidRDefault="00BF0B17" w:rsidP="008315DE">
      <w:pPr>
        <w:pStyle w:val="Heading1"/>
        <w:numPr>
          <w:ilvl w:val="0"/>
          <w:numId w:val="11"/>
        </w:numPr>
      </w:pPr>
      <w:r>
        <w:lastRenderedPageBreak/>
        <w:t xml:space="preserve"> Glue Strength Test</w:t>
      </w:r>
    </w:p>
    <w:p w14:paraId="691CEFE0" w14:textId="77777777" w:rsidR="00BF0B17" w:rsidRDefault="00BF0B17" w:rsidP="00BF0B17"/>
    <w:p w14:paraId="162B621C" w14:textId="7A957BE3" w:rsidR="00BF0B17" w:rsidRDefault="00BF0B17" w:rsidP="00BF0B17">
      <w:pPr>
        <w:pStyle w:val="Heading2"/>
      </w:pPr>
      <w:r>
        <w:t>Objective</w:t>
      </w:r>
    </w:p>
    <w:p w14:paraId="195F77B5" w14:textId="77777777" w:rsidR="00BF0B17" w:rsidRDefault="00BF0B17" w:rsidP="00BF0B17">
      <w:r>
        <w:t>Conduct a glue strength challenge at home and determine when glue alone is sufficient compared to nails or screws.</w:t>
      </w:r>
    </w:p>
    <w:p w14:paraId="7E8022AE" w14:textId="53BEA49B" w:rsidR="00BF0B17" w:rsidRDefault="00BF0B17" w:rsidP="00BF0B17">
      <w:pPr>
        <w:pStyle w:val="Heading2"/>
      </w:pPr>
      <w:r>
        <w:t>Instructions</w:t>
      </w:r>
    </w:p>
    <w:p w14:paraId="14BF7BCD" w14:textId="77777777" w:rsidR="00BF0B17" w:rsidRDefault="00BF0B17" w:rsidP="00BF0B17">
      <w:r>
        <w:t>Follow the instructions below to complete your glue strength test. Use the checklist to keep track of your progress.</w:t>
      </w:r>
    </w:p>
    <w:p w14:paraId="10FD346D" w14:textId="77777777" w:rsidR="00BF0B17" w:rsidRDefault="00BF0B17" w:rsidP="00BF0B17">
      <w:pPr>
        <w:pStyle w:val="Heading2"/>
      </w:pPr>
      <w:r>
        <w:rPr>
          <w:rFonts w:ascii="Segoe UI Emoji" w:hAnsi="Segoe UI Emoji" w:cs="Segoe UI Emoji"/>
        </w:rPr>
        <w:t>✅</w:t>
      </w:r>
      <w:r>
        <w:t xml:space="preserve"> Student Checklist</w:t>
      </w:r>
    </w:p>
    <w:p w14:paraId="5CD101FA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Watch the instructional video on how to apply wood glue and prepare test joints (link provided by instructor).</w:t>
      </w:r>
    </w:p>
    <w:p w14:paraId="5945BF7E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Gather materials: 2 small wood pieces, wood glue, clamps (or heavy books), and a way to test strength (weights, books, or hand pull).</w:t>
      </w:r>
    </w:p>
    <w:p w14:paraId="63D01F49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Apply glue to join two pieces of wood. Clamp and allow to dry for at least 30 minutes.</w:t>
      </w:r>
    </w:p>
    <w:p w14:paraId="424D1D8B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Test the strength of the joint using weights or by carefully pulling the pieces apart.</w:t>
      </w:r>
    </w:p>
    <w:p w14:paraId="23733829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Take a photo or video of your test.</w:t>
      </w:r>
    </w:p>
    <w:p w14:paraId="163E4E7F" w14:textId="77777777" w:rsidR="00BF0B17" w:rsidRDefault="00BF0B17" w:rsidP="008315DE">
      <w:pPr>
        <w:spacing w:after="0" w:line="240" w:lineRule="auto"/>
      </w:pPr>
      <w:r>
        <w:rPr>
          <w:rFonts w:ascii="Segoe UI Symbol" w:hAnsi="Segoe UI Symbol" w:cs="Segoe UI Symbol"/>
        </w:rPr>
        <w:t>☐</w:t>
      </w:r>
      <w:r>
        <w:t xml:space="preserve"> Complete the reflection questions and upload your results to the class folder.</w:t>
      </w:r>
    </w:p>
    <w:p w14:paraId="63C19A43" w14:textId="77777777" w:rsidR="008315DE" w:rsidRDefault="008315DE" w:rsidP="008315DE">
      <w:pPr>
        <w:spacing w:after="0" w:line="240" w:lineRule="auto"/>
      </w:pPr>
    </w:p>
    <w:p w14:paraId="6B817490" w14:textId="002EB6B5" w:rsidR="008315DE" w:rsidRDefault="008315DE" w:rsidP="008315DE">
      <w:pPr>
        <w:pStyle w:val="Heading2"/>
      </w:pPr>
      <w:r>
        <w:t>How to Apply Wood Glue</w:t>
      </w:r>
    </w:p>
    <w:p w14:paraId="6061A4A8" w14:textId="77777777" w:rsidR="008315DE" w:rsidRDefault="008315DE" w:rsidP="008315DE">
      <w:r>
        <w:t>Follow these steps to apply wood glue properly and create strong joints:</w:t>
      </w:r>
    </w:p>
    <w:p w14:paraId="1CF6B40C" w14:textId="77777777" w:rsidR="008315DE" w:rsidRDefault="008315DE" w:rsidP="008315DE">
      <w:pPr>
        <w:spacing w:after="0" w:line="240" w:lineRule="auto"/>
      </w:pPr>
      <w:r>
        <w:t>1. Dry Fit First – Assemble the pieces without glue to check fit and alignment.</w:t>
      </w:r>
    </w:p>
    <w:p w14:paraId="3F66033B" w14:textId="77777777" w:rsidR="008315DE" w:rsidRDefault="008315DE" w:rsidP="008315DE">
      <w:pPr>
        <w:spacing w:after="0" w:line="240" w:lineRule="auto"/>
      </w:pPr>
      <w:r>
        <w:t>2. Surface Prep – Ensure surfaces are clean, dry, and smooth. Sand if necessary.</w:t>
      </w:r>
    </w:p>
    <w:p w14:paraId="4796C43A" w14:textId="77777777" w:rsidR="008315DE" w:rsidRDefault="008315DE" w:rsidP="008315DE">
      <w:pPr>
        <w:spacing w:after="0" w:line="240" w:lineRule="auto"/>
      </w:pPr>
      <w:r>
        <w:t>3. Apply the Glue – Apply a thin, even bead of glue and spread it across the surface.</w:t>
      </w:r>
    </w:p>
    <w:p w14:paraId="7DF2BE15" w14:textId="77777777" w:rsidR="008315DE" w:rsidRDefault="008315DE" w:rsidP="008315DE">
      <w:pPr>
        <w:spacing w:after="0" w:line="240" w:lineRule="auto"/>
      </w:pPr>
      <w:r>
        <w:t>4. Clamp the Joint – Use clamps with moderate pressure; clean off excess glue with a damp cloth.</w:t>
      </w:r>
    </w:p>
    <w:p w14:paraId="647323BD" w14:textId="77777777" w:rsidR="008315DE" w:rsidRDefault="008315DE" w:rsidP="008315DE">
      <w:pPr>
        <w:spacing w:after="0" w:line="240" w:lineRule="auto"/>
      </w:pPr>
      <w:r>
        <w:t>5. Wait for Curing – Clamp for at least 30 minutes (longer for strong bonds). Full cure: up to 24 hours.</w:t>
      </w:r>
    </w:p>
    <w:p w14:paraId="302EEA18" w14:textId="1EB02AC2" w:rsidR="008315DE" w:rsidRDefault="008315DE" w:rsidP="008315DE">
      <w:pPr>
        <w:pStyle w:val="Heading2"/>
      </w:pPr>
      <w:r>
        <w:t>Preparing Test Joints</w:t>
      </w:r>
    </w:p>
    <w:p w14:paraId="12D76BCB" w14:textId="77777777" w:rsidR="008315DE" w:rsidRDefault="008315DE" w:rsidP="008315DE">
      <w:r>
        <w:t>Use test joints to practice gluing techniques or check glue strength before final assembly.</w:t>
      </w:r>
    </w:p>
    <w:p w14:paraId="6D4F12C0" w14:textId="77777777" w:rsidR="008315DE" w:rsidRDefault="008315DE" w:rsidP="008315DE">
      <w:r>
        <w:t>Common Test Joint Types:</w:t>
      </w:r>
    </w:p>
    <w:p w14:paraId="0D8F3EF2" w14:textId="2D58C600" w:rsidR="008315DE" w:rsidRDefault="008315DE" w:rsidP="00810FB1">
      <w:pPr>
        <w:pStyle w:val="ListParagraph"/>
        <w:numPr>
          <w:ilvl w:val="0"/>
          <w:numId w:val="14"/>
        </w:numPr>
      </w:pPr>
      <w:r w:rsidRPr="00810FB1">
        <w:rPr>
          <w:b/>
          <w:bCs/>
        </w:rPr>
        <w:t>Edge-to-Edge Joint</w:t>
      </w:r>
      <w:r>
        <w:t>: Glue long edges together to create a wider panel.</w:t>
      </w:r>
    </w:p>
    <w:p w14:paraId="4B6E92AB" w14:textId="32184102" w:rsidR="008315DE" w:rsidRDefault="008315DE" w:rsidP="00810FB1">
      <w:pPr>
        <w:pStyle w:val="ListParagraph"/>
        <w:numPr>
          <w:ilvl w:val="0"/>
          <w:numId w:val="14"/>
        </w:numPr>
      </w:pPr>
      <w:r w:rsidRPr="00810FB1">
        <w:rPr>
          <w:b/>
          <w:bCs/>
        </w:rPr>
        <w:t>Butt Joint</w:t>
      </w:r>
      <w:r>
        <w:t>: One board glued flat to another’s face or edge.</w:t>
      </w:r>
    </w:p>
    <w:p w14:paraId="6BFD9245" w14:textId="1D02F575" w:rsidR="008315DE" w:rsidRDefault="008315DE" w:rsidP="00810FB1">
      <w:pPr>
        <w:pStyle w:val="ListParagraph"/>
        <w:numPr>
          <w:ilvl w:val="0"/>
          <w:numId w:val="14"/>
        </w:numPr>
      </w:pPr>
      <w:r w:rsidRPr="00810FB1">
        <w:rPr>
          <w:b/>
          <w:bCs/>
        </w:rPr>
        <w:t>Miter Joint</w:t>
      </w:r>
      <w:r>
        <w:t>: Two angled cuts (e.g., 45°) joined together.</w:t>
      </w:r>
    </w:p>
    <w:p w14:paraId="79E14D56" w14:textId="334B790C" w:rsidR="008315DE" w:rsidRDefault="008315DE" w:rsidP="00810FB1">
      <w:pPr>
        <w:pStyle w:val="ListParagraph"/>
        <w:numPr>
          <w:ilvl w:val="0"/>
          <w:numId w:val="14"/>
        </w:numPr>
      </w:pPr>
      <w:r w:rsidRPr="00810FB1">
        <w:rPr>
          <w:b/>
          <w:bCs/>
        </w:rPr>
        <w:t>Lap Joint</w:t>
      </w:r>
      <w:r>
        <w:t xml:space="preserve">: </w:t>
      </w:r>
      <w:proofErr w:type="gramStart"/>
      <w:r>
        <w:t>One piece</w:t>
      </w:r>
      <w:proofErr w:type="gramEnd"/>
      <w:r>
        <w:t xml:space="preserve"> overlaps another partially to increase surface contact.</w:t>
      </w:r>
    </w:p>
    <w:p w14:paraId="5360C837" w14:textId="77777777" w:rsidR="008315DE" w:rsidRPr="00810FB1" w:rsidRDefault="008315DE" w:rsidP="008315DE">
      <w:pPr>
        <w:rPr>
          <w:b/>
          <w:bCs/>
          <w:color w:val="4F81BD" w:themeColor="accent1"/>
          <w:sz w:val="24"/>
          <w:szCs w:val="24"/>
        </w:rPr>
      </w:pPr>
      <w:r w:rsidRPr="00810FB1">
        <w:rPr>
          <w:b/>
          <w:bCs/>
          <w:color w:val="4F81BD" w:themeColor="accent1"/>
          <w:sz w:val="24"/>
          <w:szCs w:val="24"/>
        </w:rPr>
        <w:t>Steps to Prepare Test Joints:</w:t>
      </w:r>
    </w:p>
    <w:p w14:paraId="42EDB614" w14:textId="77777777" w:rsidR="008315DE" w:rsidRDefault="008315DE" w:rsidP="008315DE">
      <w:r>
        <w:t>1. Cut small wood samples (4–6 inches) for each type of joint.</w:t>
      </w:r>
    </w:p>
    <w:p w14:paraId="346EFDC6" w14:textId="77777777" w:rsidR="008315DE" w:rsidRDefault="008315DE" w:rsidP="008315DE">
      <w:r>
        <w:t>2. Apply glue and clamp each joint as described above.</w:t>
      </w:r>
    </w:p>
    <w:p w14:paraId="210A6CF9" w14:textId="77777777" w:rsidR="008315DE" w:rsidRDefault="008315DE" w:rsidP="008315DE">
      <w:r>
        <w:lastRenderedPageBreak/>
        <w:t>3. Label each joint type clearly.</w:t>
      </w:r>
    </w:p>
    <w:p w14:paraId="28035058" w14:textId="77777777" w:rsidR="008315DE" w:rsidRDefault="008315DE" w:rsidP="008315DE">
      <w:r>
        <w:t>4. After curing, test strength by gently pulling or applying pressure.</w:t>
      </w:r>
    </w:p>
    <w:p w14:paraId="4883E5DB" w14:textId="77777777" w:rsidR="008315DE" w:rsidRDefault="008315DE" w:rsidP="008315DE">
      <w:pPr>
        <w:spacing w:after="0" w:line="240" w:lineRule="auto"/>
      </w:pPr>
    </w:p>
    <w:p w14:paraId="5E4C9959" w14:textId="77777777" w:rsidR="00810FB1" w:rsidRDefault="00810FB1" w:rsidP="008315DE">
      <w:pPr>
        <w:spacing w:after="0" w:line="240" w:lineRule="auto"/>
      </w:pPr>
    </w:p>
    <w:p w14:paraId="16BE646A" w14:textId="77777777" w:rsidR="00810FB1" w:rsidRDefault="00810FB1" w:rsidP="008315DE">
      <w:pPr>
        <w:spacing w:after="0" w:line="240" w:lineRule="auto"/>
      </w:pPr>
    </w:p>
    <w:p w14:paraId="3CF45856" w14:textId="77777777" w:rsidR="00810FB1" w:rsidRDefault="00810FB1" w:rsidP="008315DE">
      <w:pPr>
        <w:spacing w:after="0" w:line="240" w:lineRule="auto"/>
      </w:pPr>
    </w:p>
    <w:p w14:paraId="2D62C2A6" w14:textId="77777777" w:rsidR="00810FB1" w:rsidRDefault="00810FB1" w:rsidP="008315DE">
      <w:pPr>
        <w:spacing w:after="0" w:line="240" w:lineRule="auto"/>
      </w:pPr>
    </w:p>
    <w:p w14:paraId="6F560A31" w14:textId="4109CAEB" w:rsidR="00BF0B17" w:rsidRDefault="00BF0B17" w:rsidP="00BF0B17">
      <w:pPr>
        <w:pStyle w:val="Heading2"/>
      </w:pPr>
      <w:r>
        <w:t>Reflection Questions</w:t>
      </w:r>
    </w:p>
    <w:p w14:paraId="49AB51E6" w14:textId="77777777" w:rsidR="00810FB1" w:rsidRPr="00810FB1" w:rsidRDefault="00810FB1" w:rsidP="00810FB1"/>
    <w:p w14:paraId="52D1F282" w14:textId="77777777" w:rsidR="00BF0B17" w:rsidRDefault="00BF0B17" w:rsidP="00BF0B17">
      <w:r>
        <w:t>1. How well did your glued joint hold up during testing?</w:t>
      </w:r>
    </w:p>
    <w:p w14:paraId="58C01CCA" w14:textId="77777777" w:rsidR="00810FB1" w:rsidRDefault="00810FB1" w:rsidP="00BF0B17"/>
    <w:p w14:paraId="5A851776" w14:textId="40D2241C" w:rsidR="00BF0B17" w:rsidRDefault="00BF0B17" w:rsidP="00BF0B17">
      <w:r>
        <w:t>2. Did it break easily or hold strong under pressure?</w:t>
      </w:r>
    </w:p>
    <w:p w14:paraId="47B91CEE" w14:textId="77777777" w:rsidR="00810FB1" w:rsidRDefault="00810FB1" w:rsidP="00BF0B17"/>
    <w:p w14:paraId="7E6FFFD0" w14:textId="5D1D4A52" w:rsidR="00BF0B17" w:rsidRDefault="00BF0B17" w:rsidP="00BF0B17">
      <w:r>
        <w:t>3. In what situations do you think glue alone is enough?</w:t>
      </w:r>
    </w:p>
    <w:p w14:paraId="0EEB7949" w14:textId="77777777" w:rsidR="00810FB1" w:rsidRDefault="00810FB1" w:rsidP="008C0330"/>
    <w:p w14:paraId="392EA1EF" w14:textId="2397BAF1" w:rsidR="00BF0B17" w:rsidRDefault="00BF0B17" w:rsidP="008C0330">
      <w:r>
        <w:t>4. When would you recommend adding screws or nails?</w:t>
      </w:r>
    </w:p>
    <w:p w14:paraId="24DF437A" w14:textId="77777777" w:rsidR="00810FB1" w:rsidRDefault="00810FB1" w:rsidP="008C0330"/>
    <w:p w14:paraId="58B55120" w14:textId="77777777" w:rsidR="00810FB1" w:rsidRDefault="00810FB1" w:rsidP="008C0330"/>
    <w:p w14:paraId="00FE35E4" w14:textId="77777777" w:rsidR="00810FB1" w:rsidRDefault="00810FB1" w:rsidP="008C0330"/>
    <w:p w14:paraId="6E2AF7C2" w14:textId="77777777" w:rsidR="00810FB1" w:rsidRDefault="00810FB1" w:rsidP="008C0330"/>
    <w:p w14:paraId="386A96E9" w14:textId="77777777" w:rsidR="00810FB1" w:rsidRDefault="00810FB1" w:rsidP="008C0330"/>
    <w:p w14:paraId="7661AA50" w14:textId="77777777" w:rsidR="00810FB1" w:rsidRDefault="00810FB1" w:rsidP="008C0330"/>
    <w:p w14:paraId="0AD571DE" w14:textId="77777777" w:rsidR="00810FB1" w:rsidRDefault="00810FB1" w:rsidP="008C0330"/>
    <w:p w14:paraId="355D6E5B" w14:textId="77777777" w:rsidR="00810FB1" w:rsidRDefault="00810FB1" w:rsidP="008C0330"/>
    <w:p w14:paraId="51A5B74F" w14:textId="77777777" w:rsidR="00810FB1" w:rsidRDefault="00810FB1" w:rsidP="008C0330"/>
    <w:p w14:paraId="1934C186" w14:textId="77777777" w:rsidR="00810FB1" w:rsidRDefault="00810FB1" w:rsidP="008C0330"/>
    <w:p w14:paraId="10FB510A" w14:textId="77777777" w:rsidR="00810FB1" w:rsidRDefault="00810FB1" w:rsidP="008C0330"/>
    <w:p w14:paraId="5D241EBA" w14:textId="77777777" w:rsidR="00810FB1" w:rsidRDefault="00810FB1" w:rsidP="008C0330"/>
    <w:p w14:paraId="25325D61" w14:textId="77777777" w:rsidR="00810FB1" w:rsidRPr="00810FB1" w:rsidRDefault="00810FB1" w:rsidP="00810FB1">
      <w:pPr>
        <w:rPr>
          <w:b/>
          <w:bCs/>
          <w:color w:val="4F81BD" w:themeColor="accent1"/>
          <w:sz w:val="24"/>
          <w:szCs w:val="24"/>
        </w:rPr>
      </w:pPr>
      <w:r w:rsidRPr="00810FB1">
        <w:rPr>
          <w:b/>
          <w:bCs/>
          <w:color w:val="4F81BD" w:themeColor="accent1"/>
          <w:sz w:val="24"/>
          <w:szCs w:val="24"/>
        </w:rPr>
        <w:lastRenderedPageBreak/>
        <w:t>Project Rubric: Wood Glue and Joint Preparation</w:t>
      </w:r>
    </w:p>
    <w:p w14:paraId="18351B99" w14:textId="77777777" w:rsidR="00810FB1" w:rsidRPr="00810FB1" w:rsidRDefault="00810FB1" w:rsidP="00810FB1">
      <w:r w:rsidRPr="00810FB1">
        <w:t>Use this rubric to assess student understanding and execution of glued wood joints.</w:t>
      </w:r>
    </w:p>
    <w:tbl>
      <w:tblPr>
        <w:tblStyle w:val="TableGrid"/>
        <w:tblW w:w="10705" w:type="dxa"/>
        <w:tblLook w:val="04A0" w:firstRow="1" w:lastRow="0" w:firstColumn="1" w:lastColumn="0" w:noHBand="0" w:noVBand="1"/>
      </w:tblPr>
      <w:tblGrid>
        <w:gridCol w:w="2160"/>
        <w:gridCol w:w="2695"/>
        <w:gridCol w:w="2610"/>
        <w:gridCol w:w="3240"/>
      </w:tblGrid>
      <w:tr w:rsidR="00810FB1" w:rsidRPr="00810FB1" w14:paraId="24AAF41B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6964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Criteria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ECA2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Excellent (4)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CB62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Good (3)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41DA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Needs Improvement (1–2)</w:t>
            </w:r>
          </w:p>
        </w:tc>
      </w:tr>
      <w:tr w:rsidR="00810FB1" w:rsidRPr="00810FB1" w14:paraId="7F92CBAD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7438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Joint Accuracy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72F7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All joints correctly named and match their descriptions.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59C7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Most joints named correctly; minor confusion.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9FE6F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Few or no joints labeled correctly or unclear answers.</w:t>
            </w:r>
          </w:p>
        </w:tc>
      </w:tr>
      <w:tr w:rsidR="00810FB1" w:rsidRPr="00810FB1" w14:paraId="4F640F35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A681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Gluing Technique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8A0A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Glue applied evenly with proper clamp pressure; no excess.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800B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Minor glue inconsistencies; mostly well clamped.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FABD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Messy or uneven glue; poor clamping technique.</w:t>
            </w:r>
          </w:p>
        </w:tc>
      </w:tr>
      <w:tr w:rsidR="00810FB1" w:rsidRPr="00810FB1" w14:paraId="57EBB983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4955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Construction Effort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1CFD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Neat cuts and clean assembly; clear attention to detail.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F1152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Some rough edges or misalignment but functional.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3090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Sloppy construction; lacks care or completion.</w:t>
            </w:r>
          </w:p>
        </w:tc>
      </w:tr>
      <w:tr w:rsidR="00810FB1" w:rsidRPr="00810FB1" w14:paraId="088DA430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AF16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Safety Practices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96F6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Followed all safety rules; wore proper PPE; cleaned up.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4F81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Minor safety reminders needed.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F688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Disregarded safety expectations or cleanup.</w:t>
            </w:r>
          </w:p>
        </w:tc>
      </w:tr>
      <w:tr w:rsidR="00810FB1" w:rsidRPr="00810FB1" w14:paraId="372140AC" w14:textId="77777777" w:rsidTr="00810FB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84AD" w14:textId="77777777" w:rsidR="00810FB1" w:rsidRPr="00810FB1" w:rsidRDefault="00810FB1" w:rsidP="00810FB1">
            <w:pPr>
              <w:spacing w:after="200" w:line="276" w:lineRule="auto"/>
              <w:rPr>
                <w:b/>
                <w:bCs/>
              </w:rPr>
            </w:pPr>
            <w:r w:rsidRPr="00810FB1">
              <w:rPr>
                <w:b/>
                <w:bCs/>
              </w:rPr>
              <w:t>Reflection Quality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C661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Thoughtful and complete answers to all reflection questions.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2F6F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Most questions answered with basic understanding.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9802" w14:textId="77777777" w:rsidR="00810FB1" w:rsidRPr="00810FB1" w:rsidRDefault="00810FB1" w:rsidP="00810FB1">
            <w:pPr>
              <w:spacing w:after="200" w:line="276" w:lineRule="auto"/>
            </w:pPr>
            <w:r w:rsidRPr="00810FB1">
              <w:t>Incomplete or vague reflection responses.</w:t>
            </w:r>
          </w:p>
        </w:tc>
      </w:tr>
    </w:tbl>
    <w:p w14:paraId="11BAC5F4" w14:textId="77777777" w:rsidR="00810FB1" w:rsidRPr="00810FB1" w:rsidRDefault="00810FB1" w:rsidP="00810FB1">
      <w:r w:rsidRPr="00810FB1">
        <w:br/>
        <w:t>Total Score: ____ / 20</w:t>
      </w:r>
    </w:p>
    <w:p w14:paraId="4548CF59" w14:textId="77777777" w:rsidR="00810FB1" w:rsidRPr="00810FB1" w:rsidRDefault="00810FB1" w:rsidP="00810FB1">
      <w:r w:rsidRPr="00810FB1">
        <w:t>Comments:</w:t>
      </w:r>
    </w:p>
    <w:p w14:paraId="04AD28B0" w14:textId="77777777" w:rsidR="00810FB1" w:rsidRDefault="00810FB1" w:rsidP="008C0330"/>
    <w:p w14:paraId="7012647E" w14:textId="77777777" w:rsidR="00810FB1" w:rsidRDefault="00810FB1" w:rsidP="008C0330"/>
    <w:p w14:paraId="5FD3452B" w14:textId="77777777" w:rsidR="00810FB1" w:rsidRDefault="00810FB1" w:rsidP="008C0330"/>
    <w:p w14:paraId="030EAA46" w14:textId="77777777" w:rsidR="00810FB1" w:rsidRDefault="00810FB1" w:rsidP="008C0330"/>
    <w:p w14:paraId="71013FA3" w14:textId="77777777" w:rsidR="00810FB1" w:rsidRDefault="00810FB1" w:rsidP="008C0330"/>
    <w:p w14:paraId="2BD6F0D4" w14:textId="77777777" w:rsidR="00810FB1" w:rsidRPr="00BF0B17" w:rsidRDefault="00810FB1" w:rsidP="008C0330"/>
    <w:p w14:paraId="30B5CB65" w14:textId="77777777" w:rsidR="008C0330" w:rsidRDefault="008C0330" w:rsidP="008C0330">
      <w:pPr>
        <w:pStyle w:val="Heading1"/>
        <w:rPr>
          <w:rFonts w:ascii="Segoe UI Emoji" w:hAnsi="Segoe UI Emoji" w:cs="Segoe UI Emoji"/>
        </w:rPr>
      </w:pPr>
    </w:p>
    <w:p w14:paraId="05CAE808" w14:textId="77777777" w:rsidR="008C0330" w:rsidRPr="008C0330" w:rsidRDefault="008C0330" w:rsidP="008C0330"/>
    <w:p w14:paraId="794DA3B9" w14:textId="34630DB7" w:rsidR="008C0330" w:rsidRDefault="008C0330" w:rsidP="00810FB1">
      <w:pPr>
        <w:pStyle w:val="Heading1"/>
        <w:numPr>
          <w:ilvl w:val="0"/>
          <w:numId w:val="11"/>
        </w:numPr>
      </w:pPr>
      <w:r>
        <w:lastRenderedPageBreak/>
        <w:t>Project Plan: Build a Small Stool or Crate</w:t>
      </w:r>
    </w:p>
    <w:p w14:paraId="2E177B95" w14:textId="77777777" w:rsidR="008C0330" w:rsidRDefault="008C0330" w:rsidP="008C0330"/>
    <w:p w14:paraId="55ECDB18" w14:textId="669CB40E" w:rsidR="008C0330" w:rsidRDefault="008C0330" w:rsidP="008C0330">
      <w:pPr>
        <w:pStyle w:val="Heading2"/>
      </w:pPr>
      <w:r>
        <w:t>Objective</w:t>
      </w:r>
    </w:p>
    <w:p w14:paraId="7A9E0AFF" w14:textId="77777777" w:rsidR="008C0330" w:rsidRDefault="008C0330" w:rsidP="008C0330">
      <w:r>
        <w:t>Apply your skills in measuring, cutting, joining, and finishing to build a small stool or crate.</w:t>
      </w:r>
    </w:p>
    <w:p w14:paraId="1C18CC54" w14:textId="3ACCF657" w:rsidR="008C0330" w:rsidRDefault="008C0330" w:rsidP="008C0330">
      <w:pPr>
        <w:pStyle w:val="Heading2"/>
      </w:pPr>
      <w:r>
        <w:t>Materials Needed</w:t>
      </w:r>
    </w:p>
    <w:p w14:paraId="7E63775F" w14:textId="5965E0FF" w:rsidR="008C0330" w:rsidRDefault="00614AE4" w:rsidP="008C0330">
      <w:r>
        <w:rPr>
          <w:noProof/>
        </w:rPr>
        <w:drawing>
          <wp:anchor distT="0" distB="0" distL="114300" distR="114300" simplePos="0" relativeHeight="251658240" behindDoc="1" locked="0" layoutInCell="1" allowOverlap="1" wp14:anchorId="5D835889" wp14:editId="3475789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20340" cy="1813560"/>
            <wp:effectExtent l="0" t="0" r="3810" b="0"/>
            <wp:wrapNone/>
            <wp:docPr id="303569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69997" name="Picture 3035699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30">
        <w:br/>
        <w:t xml:space="preserve">• Wood pieces </w:t>
      </w:r>
      <w:r w:rsidR="008C0330" w:rsidRPr="00810FB1">
        <w:rPr>
          <w:i/>
          <w:iCs/>
        </w:rPr>
        <w:t>(based on your design</w:t>
      </w:r>
      <w:r w:rsidR="008C0330">
        <w:t>)</w:t>
      </w:r>
      <w:r w:rsidR="008C0330">
        <w:br/>
        <w:t>• Screws or nails</w:t>
      </w:r>
      <w:r w:rsidR="008C0330">
        <w:br/>
        <w:t>• Wood glue</w:t>
      </w:r>
      <w:r w:rsidR="008C0330">
        <w:br/>
        <w:t>• Drill or screwdriver</w:t>
      </w:r>
      <w:r w:rsidR="008C0330">
        <w:br/>
        <w:t>• Measuring tape or ruler</w:t>
      </w:r>
      <w:r w:rsidR="008C0330">
        <w:br/>
        <w:t>• Saw (hand saw or circular saw)</w:t>
      </w:r>
      <w:r w:rsidR="008C0330">
        <w:br/>
        <w:t>• Clamps (optional)</w:t>
      </w:r>
      <w:r w:rsidR="008C0330">
        <w:br/>
        <w:t>• Sandpaper</w:t>
      </w:r>
      <w:r w:rsidR="008C0330">
        <w:br/>
        <w:t>• Wood finish or paint (optional)</w:t>
      </w:r>
      <w:r w:rsidR="008C0330">
        <w:br/>
      </w:r>
    </w:p>
    <w:p w14:paraId="48E774F1" w14:textId="77777777" w:rsidR="008C0330" w:rsidRDefault="008C0330" w:rsidP="008C0330">
      <w:pPr>
        <w:pStyle w:val="Heading2"/>
      </w:pPr>
      <w:r>
        <w:rPr>
          <w:rFonts w:ascii="Segoe UI Emoji" w:hAnsi="Segoe UI Emoji" w:cs="Segoe UI Emoji"/>
        </w:rPr>
        <w:t>✅</w:t>
      </w:r>
      <w:r>
        <w:t xml:space="preserve"> Project Steps &amp; Checklist</w:t>
      </w:r>
    </w:p>
    <w:p w14:paraId="727E1E16" w14:textId="6DB6932F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Sketch your design and take measurements.</w:t>
      </w:r>
    </w:p>
    <w:p w14:paraId="6B551858" w14:textId="146C93CD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Create a cut list based on your design.</w:t>
      </w:r>
    </w:p>
    <w:p w14:paraId="3A93C69B" w14:textId="419B4CF2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Measure and mark your wood pieces.</w:t>
      </w:r>
    </w:p>
    <w:p w14:paraId="5236EBAB" w14:textId="72DE2832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Cut the wood using a handsaw or circular saw.</w:t>
      </w:r>
    </w:p>
    <w:p w14:paraId="1FFBE447" w14:textId="5757D696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Assemble the pieces using appropriate joinery (butt joints, glue, screws).</w:t>
      </w:r>
    </w:p>
    <w:p w14:paraId="1D713383" w14:textId="5CCF66B0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Clamp and let glue dry, if used.</w:t>
      </w:r>
    </w:p>
    <w:p w14:paraId="1AD1F984" w14:textId="39C25641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Sand all surfaces for a smooth finish.</w:t>
      </w:r>
    </w:p>
    <w:p w14:paraId="045DF707" w14:textId="73ECAAEB" w:rsidR="008C0330" w:rsidRDefault="008C0330" w:rsidP="008C0330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Apply paint or wood finish (optional).</w:t>
      </w:r>
    </w:p>
    <w:p w14:paraId="44BE6F98" w14:textId="6D5F6B36" w:rsidR="008C0330" w:rsidRDefault="008C0330" w:rsidP="008C0330">
      <w:pPr>
        <w:pStyle w:val="Heading2"/>
      </w:pPr>
      <w:r>
        <w:t>Reflection Questions</w:t>
      </w:r>
    </w:p>
    <w:p w14:paraId="58CBE2F9" w14:textId="77777777" w:rsidR="008C0330" w:rsidRDefault="008C0330" w:rsidP="008C0330">
      <w:r>
        <w:t>1. What part of the project was the most challenging?</w:t>
      </w:r>
    </w:p>
    <w:p w14:paraId="392CB36B" w14:textId="77777777" w:rsidR="00810FB1" w:rsidRDefault="00810FB1" w:rsidP="008C0330"/>
    <w:p w14:paraId="4CA0F094" w14:textId="00A0F03B" w:rsidR="008C0330" w:rsidRDefault="008C0330" w:rsidP="008C0330">
      <w:r>
        <w:t>2. What did you enjoy most about the build?</w:t>
      </w:r>
    </w:p>
    <w:p w14:paraId="2D470137" w14:textId="77777777" w:rsidR="00810FB1" w:rsidRDefault="00810FB1" w:rsidP="008C0330"/>
    <w:p w14:paraId="3828C7D0" w14:textId="02EBDB41" w:rsidR="008C0330" w:rsidRDefault="008C0330" w:rsidP="008C0330">
      <w:r>
        <w:t>3. If you could do it again, what would you change or improve?</w:t>
      </w:r>
    </w:p>
    <w:p w14:paraId="1ABC72DD" w14:textId="77777777" w:rsidR="00BF0B17" w:rsidRDefault="00BF0B17" w:rsidP="00BF0B17"/>
    <w:p w14:paraId="47EDE54C" w14:textId="77777777" w:rsidR="00810FB1" w:rsidRDefault="00810FB1" w:rsidP="00BF0B17"/>
    <w:p w14:paraId="3C95B025" w14:textId="561B7DB6" w:rsidR="000D056D" w:rsidRPr="000D056D" w:rsidRDefault="00BF0B17" w:rsidP="000D056D">
      <w:pPr>
        <w:rPr>
          <w:b/>
          <w:bCs/>
          <w:sz w:val="24"/>
          <w:szCs w:val="24"/>
        </w:rPr>
      </w:pPr>
      <w:r>
        <w:lastRenderedPageBreak/>
        <w:br/>
      </w:r>
      <w:r w:rsidR="000D056D" w:rsidRPr="000D056D">
        <w:rPr>
          <w:b/>
          <w:bCs/>
          <w:color w:val="4F81BD" w:themeColor="accent1"/>
          <w:sz w:val="24"/>
          <w:szCs w:val="24"/>
        </w:rPr>
        <w:t>Rubric: Small Stool or Crate Project</w:t>
      </w:r>
    </w:p>
    <w:p w14:paraId="55934877" w14:textId="77777777" w:rsidR="000D056D" w:rsidRPr="000D056D" w:rsidRDefault="000D056D" w:rsidP="000D056D">
      <w:r w:rsidRPr="000D056D">
        <w:t>This rubric evaluates performance in design, construction, and craftsmanship.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60"/>
        <w:gridCol w:w="2695"/>
        <w:gridCol w:w="3060"/>
        <w:gridCol w:w="2880"/>
      </w:tblGrid>
      <w:tr w:rsidR="000D056D" w:rsidRPr="000D056D" w14:paraId="2C0417A9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F2F2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Criteria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EF1A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Excellent (4)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9356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Good (3)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0A61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Needs Improvement (1–2)</w:t>
            </w:r>
          </w:p>
        </w:tc>
      </w:tr>
      <w:tr w:rsidR="000D056D" w:rsidRPr="000D056D" w14:paraId="3B782951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C81DE" w14:textId="1BE4F923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 xml:space="preserve">Planning </w:t>
            </w:r>
            <w:r>
              <w:rPr>
                <w:b/>
                <w:bCs/>
              </w:rPr>
              <w:t>and</w:t>
            </w:r>
            <w:r w:rsidRPr="000D056D">
              <w:rPr>
                <w:b/>
                <w:bCs/>
              </w:rPr>
              <w:t xml:space="preserve"> Measurements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EE276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Detailed and accurate measurements; thoughtful design and layout.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A747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Mostly accurate measurements; design is functional.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238A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Measurement errors; unclear or incomplete planning.</w:t>
            </w:r>
          </w:p>
        </w:tc>
      </w:tr>
      <w:tr w:rsidR="000D056D" w:rsidRPr="000D056D" w14:paraId="04B99591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ED82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Cutting Accuracy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48FA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Cuts are clean, precise, and square.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D73DD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Minor imperfections; generally clean cuts.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C558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Rough, uneven, or misaligned cuts.</w:t>
            </w:r>
          </w:p>
        </w:tc>
      </w:tr>
      <w:tr w:rsidR="000D056D" w:rsidRPr="000D056D" w14:paraId="06A1BEF0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91EC" w14:textId="43BE0788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 xml:space="preserve">Joinery </w:t>
            </w:r>
            <w:r>
              <w:rPr>
                <w:b/>
                <w:bCs/>
              </w:rPr>
              <w:t xml:space="preserve">and </w:t>
            </w:r>
            <w:r w:rsidRPr="000D056D">
              <w:rPr>
                <w:b/>
                <w:bCs/>
              </w:rPr>
              <w:t>Assembly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F80D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Joints are secure, well-aligned, and show strong construction.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0B73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Some joints slightly misaligned but overall stable.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1705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Loose, weak, or misaligned joints; poor construction.</w:t>
            </w:r>
          </w:p>
        </w:tc>
      </w:tr>
      <w:tr w:rsidR="000D056D" w:rsidRPr="000D056D" w14:paraId="40D870D3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9F70" w14:textId="77777777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>Finishing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302C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Smooth sanding and clean finish; no visible glue or defects.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7BDD0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Minor flaws in sanding or finish; mostly clean work.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9F7D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Finish is rough or incomplete; visible glue or defects.</w:t>
            </w:r>
          </w:p>
        </w:tc>
      </w:tr>
      <w:tr w:rsidR="000D056D" w:rsidRPr="000D056D" w14:paraId="4B9B38F0" w14:textId="77777777" w:rsidTr="000D056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3694" w14:textId="444B7E02" w:rsidR="000D056D" w:rsidRPr="000D056D" w:rsidRDefault="000D056D" w:rsidP="000D056D">
            <w:pPr>
              <w:spacing w:after="200" w:line="276" w:lineRule="auto"/>
              <w:rPr>
                <w:b/>
                <w:bCs/>
              </w:rPr>
            </w:pPr>
            <w:r w:rsidRPr="000D056D">
              <w:rPr>
                <w:b/>
                <w:bCs/>
              </w:rPr>
              <w:t xml:space="preserve">Work Habits </w:t>
            </w:r>
            <w:r>
              <w:rPr>
                <w:b/>
                <w:bCs/>
              </w:rPr>
              <w:t xml:space="preserve">and </w:t>
            </w:r>
            <w:r w:rsidRPr="000D056D">
              <w:rPr>
                <w:b/>
                <w:bCs/>
              </w:rPr>
              <w:t>Safety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A321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Worked independently, followed all safety rules, and maintained clean area.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2141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Followed most safety guidelines; few reminders needed.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5C2E" w14:textId="77777777" w:rsidR="000D056D" w:rsidRPr="000D056D" w:rsidRDefault="000D056D" w:rsidP="000D056D">
            <w:pPr>
              <w:spacing w:after="200" w:line="276" w:lineRule="auto"/>
            </w:pPr>
            <w:r w:rsidRPr="000D056D">
              <w:t>Unsafe behavior or poor workspace maintenance.</w:t>
            </w:r>
          </w:p>
        </w:tc>
      </w:tr>
    </w:tbl>
    <w:p w14:paraId="1CE41C11" w14:textId="77777777" w:rsidR="000D056D" w:rsidRPr="000D056D" w:rsidRDefault="000D056D" w:rsidP="000D056D">
      <w:r w:rsidRPr="000D056D">
        <w:br/>
        <w:t>Total Score: ____ / 20</w:t>
      </w:r>
    </w:p>
    <w:p w14:paraId="76157996" w14:textId="77777777" w:rsidR="000D056D" w:rsidRPr="000D056D" w:rsidRDefault="000D056D" w:rsidP="000D056D">
      <w:r w:rsidRPr="000D056D">
        <w:t>Comments:</w:t>
      </w:r>
    </w:p>
    <w:p w14:paraId="1FF5B9F4" w14:textId="54CA1393" w:rsidR="00BF0B17" w:rsidRDefault="00BF0B17" w:rsidP="00A50486">
      <w:r>
        <w:br/>
      </w:r>
      <w:r>
        <w:br/>
      </w:r>
      <w:r>
        <w:br/>
      </w:r>
      <w:r>
        <w:br/>
      </w:r>
      <w:r>
        <w:br/>
      </w:r>
    </w:p>
    <w:p w14:paraId="03CFDDB5" w14:textId="77777777" w:rsidR="00BF0B17" w:rsidRPr="00BF0B17" w:rsidRDefault="00BF0B17" w:rsidP="00BF0B17"/>
    <w:p w14:paraId="4D5A5B02" w14:textId="77777777" w:rsidR="00BF0B17" w:rsidRDefault="00BF0B17"/>
    <w:sectPr w:rsidR="00BF0B17" w:rsidSect="008C033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EA5532B"/>
    <w:multiLevelType w:val="hybridMultilevel"/>
    <w:tmpl w:val="AACA8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44F45"/>
    <w:multiLevelType w:val="multilevel"/>
    <w:tmpl w:val="B34C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B4DCD"/>
    <w:multiLevelType w:val="hybridMultilevel"/>
    <w:tmpl w:val="12BAB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C10D0"/>
    <w:multiLevelType w:val="multilevel"/>
    <w:tmpl w:val="5098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F27BA2"/>
    <w:multiLevelType w:val="hybridMultilevel"/>
    <w:tmpl w:val="53AC4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805645">
    <w:abstractNumId w:val="8"/>
  </w:num>
  <w:num w:numId="2" w16cid:durableId="1493837496">
    <w:abstractNumId w:val="6"/>
  </w:num>
  <w:num w:numId="3" w16cid:durableId="1955869914">
    <w:abstractNumId w:val="5"/>
  </w:num>
  <w:num w:numId="4" w16cid:durableId="283772442">
    <w:abstractNumId w:val="4"/>
  </w:num>
  <w:num w:numId="5" w16cid:durableId="829446168">
    <w:abstractNumId w:val="7"/>
  </w:num>
  <w:num w:numId="6" w16cid:durableId="418868861">
    <w:abstractNumId w:val="3"/>
  </w:num>
  <w:num w:numId="7" w16cid:durableId="219170689">
    <w:abstractNumId w:val="2"/>
  </w:num>
  <w:num w:numId="8" w16cid:durableId="781730815">
    <w:abstractNumId w:val="1"/>
  </w:num>
  <w:num w:numId="9" w16cid:durableId="1979528384">
    <w:abstractNumId w:val="0"/>
  </w:num>
  <w:num w:numId="10" w16cid:durableId="844057720">
    <w:abstractNumId w:val="9"/>
  </w:num>
  <w:num w:numId="11" w16cid:durableId="194655005">
    <w:abstractNumId w:val="13"/>
  </w:num>
  <w:num w:numId="12" w16cid:durableId="1375425833">
    <w:abstractNumId w:val="10"/>
  </w:num>
  <w:num w:numId="13" w16cid:durableId="481119984">
    <w:abstractNumId w:val="12"/>
  </w:num>
  <w:num w:numId="14" w16cid:durableId="170473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12"/>
    <w:rsid w:val="00034616"/>
    <w:rsid w:val="0006063C"/>
    <w:rsid w:val="000D056D"/>
    <w:rsid w:val="0015074B"/>
    <w:rsid w:val="001F7C64"/>
    <w:rsid w:val="0029639D"/>
    <w:rsid w:val="00326F90"/>
    <w:rsid w:val="006042F6"/>
    <w:rsid w:val="00614AE4"/>
    <w:rsid w:val="00667018"/>
    <w:rsid w:val="006F2B5D"/>
    <w:rsid w:val="007B3729"/>
    <w:rsid w:val="00810FB1"/>
    <w:rsid w:val="008315DE"/>
    <w:rsid w:val="008C0330"/>
    <w:rsid w:val="00A50486"/>
    <w:rsid w:val="00AA1D8D"/>
    <w:rsid w:val="00B47730"/>
    <w:rsid w:val="00BF0B17"/>
    <w:rsid w:val="00CB0664"/>
    <w:rsid w:val="00F9483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B1CD0B"/>
  <w14:defaultImageDpi w14:val="300"/>
  <w15:docId w15:val="{7C783620-7AD7-4B85-9DED-D066C480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1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1309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Boone Tim</cp:lastModifiedBy>
  <cp:revision>6</cp:revision>
  <dcterms:created xsi:type="dcterms:W3CDTF">2025-06-13T15:07:00Z</dcterms:created>
  <dcterms:modified xsi:type="dcterms:W3CDTF">2025-08-06T19:00:00Z</dcterms:modified>
  <cp:category/>
</cp:coreProperties>
</file>