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1ABB3" w14:textId="43E2E155" w:rsidR="00875B0B" w:rsidRPr="00611033" w:rsidRDefault="00875B0B" w:rsidP="00611033">
      <w:pPr>
        <w:pStyle w:val="Heading1"/>
        <w:jc w:val="center"/>
        <w:rPr>
          <w:sz w:val="36"/>
          <w:szCs w:val="36"/>
          <w:u w:val="single"/>
        </w:rPr>
      </w:pPr>
      <w:r w:rsidRPr="00611033">
        <w:rPr>
          <w:sz w:val="36"/>
          <w:szCs w:val="36"/>
          <w:u w:val="single"/>
        </w:rPr>
        <w:t>Week 2 Worksheets.</w:t>
      </w:r>
    </w:p>
    <w:p w14:paraId="45AE982E" w14:textId="6C4BB197" w:rsidR="00611033" w:rsidRDefault="00611033" w:rsidP="00611033">
      <w:pPr>
        <w:pStyle w:val="Heading2"/>
      </w:pPr>
      <w:r>
        <w:t>1.Journal Prompt</w:t>
      </w:r>
    </w:p>
    <w:p w14:paraId="5610E83D" w14:textId="77777777" w:rsidR="00611033" w:rsidRDefault="00611033" w:rsidP="00611033">
      <w:r>
        <w:t>Why does precision matter in carpentry?</w:t>
      </w:r>
    </w:p>
    <w:p w14:paraId="6DA9401A" w14:textId="77777777" w:rsidR="00611033" w:rsidRDefault="00611033" w:rsidP="00611033"/>
    <w:p w14:paraId="3E399C32" w14:textId="77777777" w:rsidR="00611033" w:rsidRDefault="00611033" w:rsidP="00611033"/>
    <w:p w14:paraId="3D89904E" w14:textId="77777777" w:rsidR="00611033" w:rsidRDefault="00611033" w:rsidP="00611033"/>
    <w:p w14:paraId="651CC0ED" w14:textId="77777777" w:rsidR="00611033" w:rsidRDefault="00611033" w:rsidP="00611033"/>
    <w:p w14:paraId="0AB1C605" w14:textId="77777777" w:rsidR="00611033" w:rsidRDefault="00611033" w:rsidP="00611033"/>
    <w:p w14:paraId="50198606" w14:textId="77777777" w:rsidR="00611033" w:rsidRDefault="00611033" w:rsidP="00611033"/>
    <w:p w14:paraId="3278857A" w14:textId="77777777" w:rsidR="00611033" w:rsidRDefault="00611033" w:rsidP="00611033"/>
    <w:p w14:paraId="68BE8EE5" w14:textId="77777777" w:rsidR="00611033" w:rsidRDefault="00611033" w:rsidP="00611033"/>
    <w:p w14:paraId="5C39883B" w14:textId="77777777" w:rsidR="00611033" w:rsidRDefault="00611033" w:rsidP="00611033"/>
    <w:p w14:paraId="0476683E" w14:textId="77777777" w:rsidR="00611033" w:rsidRDefault="00611033" w:rsidP="00611033"/>
    <w:p w14:paraId="3BF0637B" w14:textId="77777777" w:rsidR="00611033" w:rsidRDefault="00611033" w:rsidP="00611033"/>
    <w:p w14:paraId="7D8A65CD" w14:textId="77777777" w:rsidR="00611033" w:rsidRDefault="00611033" w:rsidP="00611033"/>
    <w:p w14:paraId="0E653CB0" w14:textId="77777777" w:rsidR="00611033" w:rsidRDefault="00611033" w:rsidP="00611033"/>
    <w:p w14:paraId="13F71689" w14:textId="77777777" w:rsidR="00611033" w:rsidRDefault="00611033" w:rsidP="00611033"/>
    <w:p w14:paraId="69C0F9AF" w14:textId="77777777" w:rsidR="00611033" w:rsidRDefault="00611033" w:rsidP="00611033"/>
    <w:p w14:paraId="0D78F0AC" w14:textId="77777777" w:rsidR="00611033" w:rsidRDefault="00611033" w:rsidP="00611033"/>
    <w:p w14:paraId="1DBB97B8" w14:textId="77777777" w:rsidR="00611033" w:rsidRDefault="00611033" w:rsidP="00611033"/>
    <w:p w14:paraId="2A2417B7" w14:textId="77777777" w:rsidR="00611033" w:rsidRDefault="00611033">
      <w:pPr>
        <w:pStyle w:val="Heading1"/>
      </w:pPr>
    </w:p>
    <w:p w14:paraId="758F39AE" w14:textId="77777777" w:rsidR="00611033" w:rsidRDefault="00611033" w:rsidP="00611033"/>
    <w:p w14:paraId="53568289" w14:textId="77777777" w:rsidR="00611033" w:rsidRPr="00611033" w:rsidRDefault="00611033" w:rsidP="00611033"/>
    <w:p w14:paraId="0181599A" w14:textId="77090F7A" w:rsidR="00DE790F" w:rsidRDefault="00611033">
      <w:pPr>
        <w:pStyle w:val="Heading1"/>
      </w:pPr>
      <w:r>
        <w:lastRenderedPageBreak/>
        <w:t>2. Worksheet: Label the Parts of a Tape Measure</w:t>
      </w:r>
    </w:p>
    <w:p w14:paraId="5A5725F0" w14:textId="77777777" w:rsidR="00DE790F" w:rsidRDefault="00000000">
      <w:r>
        <w:t>Instructions: Use the word bank to label each part of the tape measure in the image below.</w:t>
      </w:r>
    </w:p>
    <w:p w14:paraId="5C573C7B" w14:textId="77777777" w:rsidR="00DE790F" w:rsidRDefault="00000000">
      <w:r>
        <w:rPr>
          <w:noProof/>
        </w:rPr>
        <w:drawing>
          <wp:inline distT="0" distB="0" distL="0" distR="0" wp14:anchorId="4FD2BDF9" wp14:editId="62CEE38E">
            <wp:extent cx="5029200" cy="502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line_drawing_illustration_of_a_retractable_tape_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2D40" w14:textId="77777777" w:rsidR="00DE790F" w:rsidRDefault="00DE790F"/>
    <w:p w14:paraId="49ACBFAC" w14:textId="77777777" w:rsidR="00DE790F" w:rsidRDefault="00000000">
      <w:r>
        <w:t>Word Bank: Hook, Lock, Blade, Housing, Belt Clip, Measurement Markings</w:t>
      </w:r>
    </w:p>
    <w:p w14:paraId="03421802" w14:textId="77777777" w:rsidR="00DE790F" w:rsidRDefault="00000000">
      <w:r>
        <w:br w:type="page"/>
      </w:r>
    </w:p>
    <w:p w14:paraId="199FB522" w14:textId="703ACFC8" w:rsidR="00DE790F" w:rsidRDefault="00611033">
      <w:pPr>
        <w:pStyle w:val="Heading2"/>
      </w:pPr>
      <w:r>
        <w:lastRenderedPageBreak/>
        <w:t>3. Practice Activity</w:t>
      </w:r>
    </w:p>
    <w:p w14:paraId="67DAFCBD" w14:textId="77777777" w:rsidR="00E13C8C" w:rsidRPr="00E13C8C" w:rsidRDefault="00E13C8C" w:rsidP="00E13C8C"/>
    <w:p w14:paraId="1EF499DF" w14:textId="77777777" w:rsidR="00DE790F" w:rsidRDefault="00000000">
      <w:r>
        <w:t>Students: Practice measuring different objects around the room using a tape measure. Record your measurements below.</w:t>
      </w:r>
    </w:p>
    <w:p w14:paraId="28BFB331" w14:textId="77777777" w:rsidR="00DE790F" w:rsidRDefault="00000000">
      <w:r>
        <w:t>1. Object: ______________________  |  Length: ______________________</w:t>
      </w:r>
    </w:p>
    <w:p w14:paraId="5D4A1499" w14:textId="77777777" w:rsidR="00DE790F" w:rsidRDefault="00000000">
      <w:r>
        <w:t>2. Object: ______________________  |  Length: ______________________</w:t>
      </w:r>
    </w:p>
    <w:p w14:paraId="7E051B74" w14:textId="77777777" w:rsidR="00DE790F" w:rsidRDefault="00000000">
      <w:r>
        <w:t>3. Object: ______________________  |  Length: ______________________</w:t>
      </w:r>
    </w:p>
    <w:p w14:paraId="24FB243C" w14:textId="77777777" w:rsidR="00DE790F" w:rsidRDefault="00000000">
      <w:r>
        <w:t>4. Object: ______________________  |  Length: ______________________</w:t>
      </w:r>
    </w:p>
    <w:p w14:paraId="51A9C546" w14:textId="77777777" w:rsidR="00DE790F" w:rsidRDefault="00000000">
      <w:r>
        <w:t>5. Object: ______________________  |  Length: ______________________</w:t>
      </w:r>
    </w:p>
    <w:p w14:paraId="7901E019" w14:textId="77777777" w:rsidR="00DE790F" w:rsidRDefault="00000000">
      <w:r>
        <w:br w:type="page"/>
      </w:r>
    </w:p>
    <w:p w14:paraId="0A81C3C5" w14:textId="7528DEEE" w:rsidR="00E13C8C" w:rsidRDefault="00611033" w:rsidP="00E13C8C">
      <w:pPr>
        <w:pStyle w:val="Heading1"/>
      </w:pPr>
      <w:r>
        <w:lastRenderedPageBreak/>
        <w:t>4.</w:t>
      </w:r>
      <w:r w:rsidR="00E13C8C">
        <w:t xml:space="preserve"> Name That Square</w:t>
      </w:r>
    </w:p>
    <w:p w14:paraId="2F401331" w14:textId="77777777" w:rsidR="00E13C8C" w:rsidRDefault="00E13C8C" w:rsidP="00E13C8C">
      <w:r>
        <w:t>Instructions: Look at each square tool below. Write the correct name and describe its purpose.</w:t>
      </w:r>
    </w:p>
    <w:p w14:paraId="5A339913" w14:textId="77777777" w:rsidR="00E13C8C" w:rsidRDefault="00E13C8C" w:rsidP="00E13C8C"/>
    <w:p w14:paraId="30511636" w14:textId="7796A0E3" w:rsidR="00611033" w:rsidRDefault="00E13C8C" w:rsidP="00E13C8C">
      <w:r>
        <w:t xml:space="preserve">. </w:t>
      </w:r>
      <w:r w:rsidR="00611033">
        <w:rPr>
          <w:noProof/>
        </w:rPr>
        <w:drawing>
          <wp:inline distT="0" distB="0" distL="0" distR="0" wp14:anchorId="0C4408EB" wp14:editId="2916CCEE">
            <wp:extent cx="1524000" cy="1594827"/>
            <wp:effectExtent l="0" t="0" r="0" b="5715"/>
            <wp:docPr id="164546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6150" name="Picture 1645461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9541" cy="16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4C56" w14:textId="5E1A4189" w:rsidR="00E13C8C" w:rsidRDefault="00E13C8C" w:rsidP="00E13C8C">
      <w:r>
        <w:t>Name: ___________________________</w:t>
      </w:r>
    </w:p>
    <w:p w14:paraId="1F592A2E" w14:textId="77777777" w:rsidR="00E13C8C" w:rsidRDefault="00E13C8C" w:rsidP="00E13C8C">
      <w:r>
        <w:t>What it’s used for: __________________________________________________</w:t>
      </w:r>
    </w:p>
    <w:p w14:paraId="24AE881B" w14:textId="77777777" w:rsidR="00E13C8C" w:rsidRDefault="00E13C8C" w:rsidP="00E13C8C"/>
    <w:p w14:paraId="275F6963" w14:textId="77777777" w:rsidR="00611033" w:rsidRDefault="00611033" w:rsidP="00E13C8C">
      <w:r>
        <w:rPr>
          <w:noProof/>
        </w:rPr>
        <w:drawing>
          <wp:inline distT="0" distB="0" distL="0" distR="0" wp14:anchorId="4826C485" wp14:editId="3563DD0D">
            <wp:extent cx="2971800" cy="1234758"/>
            <wp:effectExtent l="0" t="0" r="0" b="0"/>
            <wp:docPr id="4032207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20732" name="Picture 4032207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6955" cy="12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844C" w14:textId="532401A1" w:rsidR="00E13C8C" w:rsidRDefault="00E13C8C" w:rsidP="00E13C8C">
      <w:r>
        <w:t>Name: ___________________________</w:t>
      </w:r>
    </w:p>
    <w:p w14:paraId="31BB26E2" w14:textId="77777777" w:rsidR="00E13C8C" w:rsidRDefault="00E13C8C" w:rsidP="00E13C8C">
      <w:r>
        <w:t>What it’s used for: __________________________________________________</w:t>
      </w:r>
    </w:p>
    <w:p w14:paraId="7C54F494" w14:textId="77777777" w:rsidR="00E13C8C" w:rsidRDefault="00E13C8C" w:rsidP="00E13C8C"/>
    <w:p w14:paraId="145653A2" w14:textId="611D56B2" w:rsidR="00E13C8C" w:rsidRDefault="00611033" w:rsidP="00E13C8C">
      <w:r>
        <w:rPr>
          <w:noProof/>
        </w:rPr>
        <w:drawing>
          <wp:inline distT="0" distB="0" distL="0" distR="0" wp14:anchorId="1C57111C" wp14:editId="4BFF8C40">
            <wp:extent cx="2316480" cy="1454150"/>
            <wp:effectExtent l="0" t="0" r="7620" b="0"/>
            <wp:docPr id="13176531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53182" name="Picture 13176531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735" cy="14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33688" w14:textId="77777777" w:rsidR="00E13C8C" w:rsidRDefault="00E13C8C" w:rsidP="00E13C8C">
      <w:r>
        <w:t>Name: ___________________________</w:t>
      </w:r>
    </w:p>
    <w:p w14:paraId="07285C8C" w14:textId="0AAA9C01" w:rsidR="00E13C8C" w:rsidRDefault="00E13C8C">
      <w:r>
        <w:t>What it’s used for: __________________________________________________</w:t>
      </w:r>
    </w:p>
    <w:p w14:paraId="6CB34B5A" w14:textId="2EC6F6F0" w:rsidR="00CB22AE" w:rsidRDefault="00611033" w:rsidP="00CB22AE">
      <w:pPr>
        <w:pStyle w:val="Heading1"/>
      </w:pPr>
      <w:r>
        <w:lastRenderedPageBreak/>
        <w:t xml:space="preserve">5. </w:t>
      </w:r>
      <w:r w:rsidR="00CB22AE">
        <w:t xml:space="preserve"> Practice Marking 90° Lines</w:t>
      </w:r>
    </w:p>
    <w:p w14:paraId="355EB6CE" w14:textId="5E3E23E9" w:rsidR="00CB22AE" w:rsidRDefault="00CB22AE" w:rsidP="00CB22AE">
      <w:pPr>
        <w:pStyle w:val="Heading2"/>
      </w:pPr>
      <w:r>
        <w:t>Objective:</w:t>
      </w:r>
    </w:p>
    <w:p w14:paraId="0D97C119" w14:textId="77777777" w:rsidR="00CB22AE" w:rsidRDefault="00CB22AE" w:rsidP="00CB22AE">
      <w:r>
        <w:t>Students will use a square tool (</w:t>
      </w:r>
      <w:r w:rsidRPr="00611033">
        <w:rPr>
          <w:i/>
          <w:iCs/>
        </w:rPr>
        <w:t>such as a speed square or combination square)</w:t>
      </w:r>
      <w:r>
        <w:t xml:space="preserve"> to draw precise 90° lines—essential in almost all woodworking projects.</w:t>
      </w:r>
    </w:p>
    <w:p w14:paraId="11D7A1C5" w14:textId="0EC1CF41" w:rsidR="00CB22AE" w:rsidRDefault="00CB22AE" w:rsidP="00CB22AE">
      <w:pPr>
        <w:pStyle w:val="Heading2"/>
      </w:pPr>
      <w:r>
        <w:t>Materials Needed:</w:t>
      </w:r>
    </w:p>
    <w:p w14:paraId="1865B333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Pencil</w:t>
      </w:r>
    </w:p>
    <w:p w14:paraId="10985A96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Ruler or measuring tape</w:t>
      </w:r>
    </w:p>
    <w:p w14:paraId="3FD7E2AA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Speed square or combination square</w:t>
      </w:r>
    </w:p>
    <w:p w14:paraId="581F7A1C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Paper or small pieces of wood</w:t>
      </w:r>
    </w:p>
    <w:p w14:paraId="4A9C62A8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Flat work surface</w:t>
      </w:r>
    </w:p>
    <w:p w14:paraId="6C81A2BE" w14:textId="328FDD10" w:rsidR="00CB22AE" w:rsidRDefault="00611033" w:rsidP="00CB22AE">
      <w:pPr>
        <w:pStyle w:val="Heading2"/>
      </w:pPr>
      <w:r>
        <w:t>Instructions</w:t>
      </w:r>
      <w:r w:rsidR="00CB22AE">
        <w:t>:</w:t>
      </w:r>
    </w:p>
    <w:p w14:paraId="444D3973" w14:textId="77777777" w:rsidR="00CB22AE" w:rsidRDefault="00CB22AE" w:rsidP="00CB22AE">
      <w:r>
        <w:t xml:space="preserve">1. Start with a straight edge </w:t>
      </w:r>
      <w:r w:rsidRPr="00611033">
        <w:rPr>
          <w:i/>
          <w:iCs/>
        </w:rPr>
        <w:t>(the side of your paper or a wood scrap).</w:t>
      </w:r>
    </w:p>
    <w:p w14:paraId="61A1D64E" w14:textId="77777777" w:rsidR="00CB22AE" w:rsidRDefault="00CB22AE" w:rsidP="00CB22AE">
      <w:r>
        <w:t>2. Place the square tool against the edge so one arm sits flush.</w:t>
      </w:r>
    </w:p>
    <w:p w14:paraId="18A74CE6" w14:textId="77777777" w:rsidR="00CB22AE" w:rsidRDefault="00CB22AE" w:rsidP="00CB22AE">
      <w:r>
        <w:t>3. Use a pencil to draw a line along the other arm of the square—this creates a 90° angle.</w:t>
      </w:r>
    </w:p>
    <w:p w14:paraId="653DCFDF" w14:textId="77777777" w:rsidR="00CB22AE" w:rsidRDefault="00CB22AE" w:rsidP="00CB22AE">
      <w:r>
        <w:t>4. Repeat at different points and on different surfaces to build confidence.</w:t>
      </w:r>
    </w:p>
    <w:p w14:paraId="0F5C8052" w14:textId="7AE5D15A" w:rsidR="00CB22AE" w:rsidRDefault="00CB22AE" w:rsidP="00CB22AE">
      <w:pPr>
        <w:pStyle w:val="Heading2"/>
      </w:pPr>
      <w:r>
        <w:t>Skills Reinforced:</w:t>
      </w:r>
    </w:p>
    <w:p w14:paraId="6AB38940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Understanding right angles</w:t>
      </w:r>
    </w:p>
    <w:p w14:paraId="04A556B0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Tool positioning and handling</w:t>
      </w:r>
    </w:p>
    <w:p w14:paraId="55FB49C5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Accuracy in layout work</w:t>
      </w:r>
    </w:p>
    <w:p w14:paraId="2449EE5F" w14:textId="77777777" w:rsidR="00CB22AE" w:rsidRDefault="00CB22AE" w:rsidP="00611033">
      <w:pPr>
        <w:pStyle w:val="ListBullet"/>
        <w:numPr>
          <w:ilvl w:val="0"/>
          <w:numId w:val="0"/>
        </w:numPr>
      </w:pPr>
      <w:r>
        <w:t>• Preparing for real project cuts</w:t>
      </w:r>
    </w:p>
    <w:p w14:paraId="2B20123F" w14:textId="77777777" w:rsidR="00AE3E86" w:rsidRDefault="00AE3E86" w:rsidP="00611033">
      <w:pPr>
        <w:pStyle w:val="ListBullet"/>
        <w:numPr>
          <w:ilvl w:val="0"/>
          <w:numId w:val="0"/>
        </w:numPr>
      </w:pPr>
    </w:p>
    <w:p w14:paraId="36AD6CA7" w14:textId="1EC3FE89" w:rsidR="00AE3E86" w:rsidRDefault="00AE3E86" w:rsidP="00611033">
      <w:pPr>
        <w:pStyle w:val="ListBullet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60088AC2" wp14:editId="7919C394">
            <wp:extent cx="5486400" cy="8229600"/>
            <wp:effectExtent l="0" t="0" r="0" b="0"/>
            <wp:docPr id="831751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51650" name="Picture 8317516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ADFE" w14:textId="6C7103FE" w:rsidR="00CB22AE" w:rsidRDefault="00CB22AE" w:rsidP="00AE3E86">
      <w:r>
        <w:br w:type="page"/>
      </w:r>
      <w:r>
        <w:rPr>
          <w:rFonts w:ascii="Segoe UI Emoji" w:hAnsi="Segoe UI Emoji" w:cs="Segoe UI Emoji"/>
        </w:rPr>
        <w:lastRenderedPageBreak/>
        <w:t>✏️</w:t>
      </w:r>
      <w:r>
        <w:t xml:space="preserve"> Student Practice Area</w:t>
      </w:r>
    </w:p>
    <w:p w14:paraId="1E6D9C9A" w14:textId="77777777" w:rsidR="00CB22AE" w:rsidRDefault="00CB22AE" w:rsidP="00CB22AE">
      <w:r>
        <w:t>Use this space to draw several 90° angles using your square tool.</w:t>
      </w:r>
    </w:p>
    <w:p w14:paraId="1B4C2718" w14:textId="77777777" w:rsidR="00E47DC7" w:rsidRDefault="00E47DC7" w:rsidP="00CB22AE"/>
    <w:p w14:paraId="1B0E9426" w14:textId="77777777" w:rsidR="00E47DC7" w:rsidRDefault="00E47DC7" w:rsidP="00CB22AE"/>
    <w:p w14:paraId="1DA210FB" w14:textId="77777777" w:rsidR="00E47DC7" w:rsidRDefault="00E47DC7" w:rsidP="00CB22AE"/>
    <w:p w14:paraId="4FC03508" w14:textId="77777777" w:rsidR="00E47DC7" w:rsidRDefault="00E47DC7" w:rsidP="00CB22AE"/>
    <w:p w14:paraId="13337FCA" w14:textId="77777777" w:rsidR="00E47DC7" w:rsidRDefault="00E47DC7" w:rsidP="00CB22AE"/>
    <w:p w14:paraId="33FF5644" w14:textId="77777777" w:rsidR="00E47DC7" w:rsidRDefault="00E47DC7" w:rsidP="00CB22AE"/>
    <w:p w14:paraId="5E454A8C" w14:textId="77777777" w:rsidR="00E47DC7" w:rsidRDefault="00E47DC7" w:rsidP="00CB22AE"/>
    <w:p w14:paraId="5DD603FE" w14:textId="77777777" w:rsidR="00E47DC7" w:rsidRDefault="00E47DC7" w:rsidP="00CB22AE"/>
    <w:p w14:paraId="75E78311" w14:textId="77777777" w:rsidR="00E47DC7" w:rsidRDefault="00E47DC7" w:rsidP="00CB22AE"/>
    <w:p w14:paraId="7776AF78" w14:textId="77777777" w:rsidR="00E47DC7" w:rsidRDefault="00E47DC7" w:rsidP="00CB22AE"/>
    <w:p w14:paraId="091FB04F" w14:textId="77777777" w:rsidR="00E47DC7" w:rsidRDefault="00E47DC7" w:rsidP="00CB22AE"/>
    <w:p w14:paraId="75EC0649" w14:textId="77777777" w:rsidR="00E47DC7" w:rsidRDefault="00E47DC7" w:rsidP="00CB22AE"/>
    <w:p w14:paraId="4E8A6FCA" w14:textId="77777777" w:rsidR="00E47DC7" w:rsidRDefault="00E47DC7" w:rsidP="00CB22AE"/>
    <w:p w14:paraId="0E0F5CA0" w14:textId="77777777" w:rsidR="00E47DC7" w:rsidRDefault="00E47DC7" w:rsidP="00CB22AE"/>
    <w:p w14:paraId="70CC1BD6" w14:textId="77777777" w:rsidR="00E47DC7" w:rsidRDefault="00E47DC7" w:rsidP="00CB22AE"/>
    <w:p w14:paraId="0CF39BF2" w14:textId="77777777" w:rsidR="00E47DC7" w:rsidRDefault="00E47DC7" w:rsidP="00CB22AE"/>
    <w:p w14:paraId="6A125E32" w14:textId="77777777" w:rsidR="00E47DC7" w:rsidRDefault="00E47DC7" w:rsidP="00CB22AE"/>
    <w:p w14:paraId="750447F9" w14:textId="77777777" w:rsidR="00E47DC7" w:rsidRDefault="00E47DC7" w:rsidP="00CB22AE"/>
    <w:p w14:paraId="76926E73" w14:textId="77777777" w:rsidR="00E47DC7" w:rsidRDefault="00E47DC7" w:rsidP="00CB22AE"/>
    <w:p w14:paraId="34EB00DD" w14:textId="77777777" w:rsidR="00E47DC7" w:rsidRDefault="00E47DC7" w:rsidP="00CB22AE"/>
    <w:p w14:paraId="58E6D77F" w14:textId="77777777" w:rsidR="00E47DC7" w:rsidRDefault="00E47DC7" w:rsidP="00CB22AE"/>
    <w:p w14:paraId="5315C0C7" w14:textId="77777777" w:rsidR="00E47DC7" w:rsidRDefault="00E47DC7" w:rsidP="00CB22AE"/>
    <w:p w14:paraId="5B0AB938" w14:textId="77777777" w:rsidR="00E47DC7" w:rsidRDefault="00E47DC7" w:rsidP="00CB22AE"/>
    <w:p w14:paraId="0807EC58" w14:textId="77777777" w:rsidR="00E47DC7" w:rsidRDefault="00E47DC7" w:rsidP="00CB22AE"/>
    <w:p w14:paraId="60BD42BE" w14:textId="340E4347" w:rsidR="00B039EC" w:rsidRPr="00B039EC" w:rsidRDefault="00B039EC" w:rsidP="00B039EC">
      <w:pPr>
        <w:pStyle w:val="Title"/>
        <w:pBdr>
          <w:bottom w:val="none" w:sz="0" w:space="0" w:color="auto"/>
        </w:pBdr>
        <w:rPr>
          <w:b/>
          <w:bCs/>
          <w:color w:val="1F497D" w:themeColor="text2"/>
          <w:sz w:val="28"/>
          <w:szCs w:val="28"/>
        </w:rPr>
      </w:pPr>
      <w:r w:rsidRPr="00B039EC">
        <w:rPr>
          <w:b/>
          <w:bCs/>
          <w:color w:val="1F497D" w:themeColor="text2"/>
          <w:sz w:val="28"/>
          <w:szCs w:val="28"/>
        </w:rPr>
        <w:lastRenderedPageBreak/>
        <w:t>6. Using a Speed Square and Tape Measure for Layout</w:t>
      </w:r>
      <w:r>
        <w:rPr>
          <w:b/>
          <w:bCs/>
          <w:color w:val="1F497D" w:themeColor="text2"/>
          <w:sz w:val="28"/>
          <w:szCs w:val="28"/>
        </w:rPr>
        <w:t>.</w:t>
      </w:r>
    </w:p>
    <w:p w14:paraId="57B667B0" w14:textId="6B0F2BA5" w:rsidR="00B039EC" w:rsidRDefault="00B039EC" w:rsidP="00B039EC">
      <w:pPr>
        <w:pStyle w:val="Heading1"/>
      </w:pPr>
      <w:r>
        <w:t>Objective</w:t>
      </w:r>
    </w:p>
    <w:p w14:paraId="0BB49DA9" w14:textId="77777777" w:rsidR="00B039EC" w:rsidRDefault="00B039EC" w:rsidP="00B039EC">
      <w:r>
        <w:t>Practice using a speed square and tape measure to perform common carpentry layout tasks. This activity builds hands-on skills in marking straight lines, angles, and stud spacing.</w:t>
      </w:r>
    </w:p>
    <w:p w14:paraId="2B112441" w14:textId="6345093A" w:rsidR="00B039EC" w:rsidRDefault="00B039EC" w:rsidP="00B039EC">
      <w:pPr>
        <w:pStyle w:val="Heading1"/>
      </w:pPr>
      <w:r>
        <w:t>Materials Needed</w:t>
      </w:r>
    </w:p>
    <w:p w14:paraId="4BA88C82" w14:textId="56ACD369" w:rsidR="00B039EC" w:rsidRDefault="00B039EC" w:rsidP="00B039EC">
      <w:pPr>
        <w:pStyle w:val="ListBullet"/>
        <w:numPr>
          <w:ilvl w:val="0"/>
          <w:numId w:val="11"/>
        </w:numPr>
      </w:pPr>
      <w:r>
        <w:t>Speed square (or printed paper version)</w:t>
      </w:r>
    </w:p>
    <w:p w14:paraId="1C23283A" w14:textId="01A7C037" w:rsidR="00B039EC" w:rsidRDefault="00B039EC" w:rsidP="00B039EC">
      <w:pPr>
        <w:pStyle w:val="ListBullet"/>
        <w:numPr>
          <w:ilvl w:val="0"/>
          <w:numId w:val="11"/>
        </w:numPr>
      </w:pPr>
      <w:r>
        <w:t>Tape measure (or printed tape measure strip)</w:t>
      </w:r>
    </w:p>
    <w:p w14:paraId="0BCAFA1D" w14:textId="1B85BF78" w:rsidR="00B039EC" w:rsidRDefault="00B039EC" w:rsidP="00B039EC">
      <w:pPr>
        <w:pStyle w:val="ListBullet"/>
        <w:numPr>
          <w:ilvl w:val="0"/>
          <w:numId w:val="11"/>
        </w:numPr>
      </w:pPr>
      <w:r>
        <w:t>Pencil or pen</w:t>
      </w:r>
    </w:p>
    <w:p w14:paraId="04E9D121" w14:textId="750F2EFD" w:rsidR="00B039EC" w:rsidRDefault="00B039EC" w:rsidP="00B039EC">
      <w:pPr>
        <w:pStyle w:val="ListBullet"/>
        <w:numPr>
          <w:ilvl w:val="0"/>
          <w:numId w:val="11"/>
        </w:numPr>
      </w:pPr>
      <w:r>
        <w:t>2'x2' wood panel, cardboard, or foam board</w:t>
      </w:r>
    </w:p>
    <w:p w14:paraId="0D6406C9" w14:textId="1AE7B1E6" w:rsidR="00B039EC" w:rsidRDefault="00B039EC" w:rsidP="00B039EC">
      <w:pPr>
        <w:pStyle w:val="Heading1"/>
      </w:pPr>
      <w:r>
        <w:t>Instructions</w:t>
      </w:r>
    </w:p>
    <w:p w14:paraId="516510AE" w14:textId="7FF2447B" w:rsidR="00B039EC" w:rsidRDefault="00B039EC" w:rsidP="00B039EC">
      <w:pPr>
        <w:pStyle w:val="ListNumber"/>
        <w:numPr>
          <w:ilvl w:val="0"/>
          <w:numId w:val="14"/>
        </w:numPr>
      </w:pPr>
      <w:r>
        <w:t>Measure and mark three vertical lines spaced 16 inches apart across your board.</w:t>
      </w:r>
    </w:p>
    <w:p w14:paraId="2D3DBDE0" w14:textId="59CEC793" w:rsidR="00B039EC" w:rsidRDefault="00B039EC" w:rsidP="00B039EC">
      <w:pPr>
        <w:pStyle w:val="ListNumber"/>
        <w:numPr>
          <w:ilvl w:val="0"/>
          <w:numId w:val="14"/>
        </w:numPr>
      </w:pPr>
      <w:r>
        <w:t>Use the speed square to ensure each line is square (90°) to the bottom edge.</w:t>
      </w:r>
    </w:p>
    <w:p w14:paraId="34AA0BF9" w14:textId="6CCB329C" w:rsidR="00B039EC" w:rsidRDefault="00B039EC" w:rsidP="00B039EC">
      <w:pPr>
        <w:pStyle w:val="ListNumber"/>
        <w:numPr>
          <w:ilvl w:val="0"/>
          <w:numId w:val="14"/>
        </w:numPr>
      </w:pPr>
      <w:r>
        <w:t>From the top right corner, use the speed square to mark a 45° diagonal line.</w:t>
      </w:r>
    </w:p>
    <w:p w14:paraId="7A9A21E0" w14:textId="4A616D34" w:rsidR="00B039EC" w:rsidRDefault="00B039EC" w:rsidP="00B039EC">
      <w:pPr>
        <w:pStyle w:val="ListNumber"/>
        <w:numPr>
          <w:ilvl w:val="0"/>
          <w:numId w:val="14"/>
        </w:numPr>
      </w:pPr>
      <w:r>
        <w:t>Label your lines: A, B, C (the 16" OC lines) and D (the 45° angle).</w:t>
      </w:r>
    </w:p>
    <w:p w14:paraId="06128717" w14:textId="16A73856" w:rsidR="00B039EC" w:rsidRDefault="00B039EC" w:rsidP="00B039EC">
      <w:pPr>
        <w:pStyle w:val="ListNumber"/>
        <w:numPr>
          <w:ilvl w:val="0"/>
          <w:numId w:val="14"/>
        </w:numPr>
      </w:pPr>
      <w:r>
        <w:t>Take a photo of your board showing all layout marks.</w:t>
      </w:r>
    </w:p>
    <w:p w14:paraId="0FD52273" w14:textId="282909EB" w:rsidR="00B039EC" w:rsidRDefault="00B039EC" w:rsidP="00B039EC">
      <w:pPr>
        <w:pStyle w:val="ListNumber"/>
        <w:numPr>
          <w:ilvl w:val="0"/>
          <w:numId w:val="14"/>
        </w:numPr>
      </w:pPr>
      <w:r>
        <w:t>Write 2–3 sentences explaining how you used the speed square and tape measure.</w:t>
      </w:r>
    </w:p>
    <w:p w14:paraId="7E9745E1" w14:textId="77777777" w:rsidR="00B039EC" w:rsidRDefault="00B039EC" w:rsidP="00B039EC">
      <w:pPr>
        <w:pStyle w:val="Heading1"/>
      </w:pPr>
      <w:r>
        <w:t>📸 Submission</w:t>
      </w:r>
    </w:p>
    <w:p w14:paraId="0C60BA1C" w14:textId="494AD598" w:rsidR="00B039EC" w:rsidRDefault="00B039EC" w:rsidP="00B039EC">
      <w:r>
        <w:t>Share the photo with your instructor/parent for review.</w:t>
      </w:r>
    </w:p>
    <w:p w14:paraId="69A87B31" w14:textId="77777777" w:rsidR="00B039EC" w:rsidRDefault="00B039EC" w:rsidP="00B039EC">
      <w:pPr>
        <w:pStyle w:val="Heading1"/>
      </w:pPr>
      <w:r>
        <w:t>Evaluation Rubric</w:t>
      </w:r>
    </w:p>
    <w:tbl>
      <w:tblPr>
        <w:tblStyle w:val="TableGrid"/>
        <w:tblW w:w="10404" w:type="dxa"/>
        <w:tblLook w:val="04A0" w:firstRow="1" w:lastRow="0" w:firstColumn="1" w:lastColumn="0" w:noHBand="0" w:noVBand="1"/>
      </w:tblPr>
      <w:tblGrid>
        <w:gridCol w:w="1975"/>
        <w:gridCol w:w="2557"/>
        <w:gridCol w:w="2402"/>
        <w:gridCol w:w="3470"/>
      </w:tblGrid>
      <w:tr w:rsidR="00B039EC" w14:paraId="6D46FBCC" w14:textId="77777777" w:rsidTr="00F43848">
        <w:trPr>
          <w:trHeight w:val="254"/>
        </w:trPr>
        <w:tc>
          <w:tcPr>
            <w:tcW w:w="1975" w:type="dxa"/>
          </w:tcPr>
          <w:p w14:paraId="7F8B03A1" w14:textId="77777777" w:rsidR="00B039EC" w:rsidRPr="00F43848" w:rsidRDefault="00B039EC" w:rsidP="00F43848">
            <w:pPr>
              <w:jc w:val="center"/>
              <w:rPr>
                <w:b/>
                <w:bCs/>
              </w:rPr>
            </w:pPr>
            <w:r w:rsidRPr="00F43848">
              <w:rPr>
                <w:b/>
                <w:bCs/>
              </w:rPr>
              <w:t>Criteria</w:t>
            </w:r>
          </w:p>
        </w:tc>
        <w:tc>
          <w:tcPr>
            <w:tcW w:w="2557" w:type="dxa"/>
          </w:tcPr>
          <w:p w14:paraId="131728DC" w14:textId="77777777" w:rsidR="00B039EC" w:rsidRPr="00F43848" w:rsidRDefault="00B039EC" w:rsidP="00F43848">
            <w:pPr>
              <w:jc w:val="center"/>
              <w:rPr>
                <w:b/>
                <w:bCs/>
              </w:rPr>
            </w:pPr>
            <w:r w:rsidRPr="00F43848">
              <w:rPr>
                <w:b/>
                <w:bCs/>
              </w:rPr>
              <w:t>Excellent (5)</w:t>
            </w:r>
          </w:p>
        </w:tc>
        <w:tc>
          <w:tcPr>
            <w:tcW w:w="2402" w:type="dxa"/>
          </w:tcPr>
          <w:p w14:paraId="7A872CA7" w14:textId="77777777" w:rsidR="00B039EC" w:rsidRPr="00F43848" w:rsidRDefault="00B039EC" w:rsidP="00F43848">
            <w:pPr>
              <w:jc w:val="center"/>
              <w:rPr>
                <w:b/>
                <w:bCs/>
              </w:rPr>
            </w:pPr>
            <w:r w:rsidRPr="00F43848">
              <w:rPr>
                <w:b/>
                <w:bCs/>
              </w:rPr>
              <w:t>Good (3)</w:t>
            </w:r>
          </w:p>
        </w:tc>
        <w:tc>
          <w:tcPr>
            <w:tcW w:w="3470" w:type="dxa"/>
          </w:tcPr>
          <w:p w14:paraId="2EC8ED5E" w14:textId="77777777" w:rsidR="00B039EC" w:rsidRPr="00F43848" w:rsidRDefault="00B039EC" w:rsidP="00F43848">
            <w:pPr>
              <w:jc w:val="center"/>
              <w:rPr>
                <w:b/>
                <w:bCs/>
              </w:rPr>
            </w:pPr>
            <w:r w:rsidRPr="00F43848">
              <w:rPr>
                <w:b/>
                <w:bCs/>
              </w:rPr>
              <w:t>Needs Improvement (1)</w:t>
            </w:r>
          </w:p>
        </w:tc>
      </w:tr>
      <w:tr w:rsidR="00B039EC" w14:paraId="4BF9B42C" w14:textId="77777777" w:rsidTr="00F43848">
        <w:trPr>
          <w:trHeight w:val="1041"/>
        </w:trPr>
        <w:tc>
          <w:tcPr>
            <w:tcW w:w="1975" w:type="dxa"/>
          </w:tcPr>
          <w:p w14:paraId="5736BA58" w14:textId="77777777" w:rsidR="00B039EC" w:rsidRDefault="00B039EC" w:rsidP="00C529BF">
            <w:r>
              <w:t>Accuracy of Layout</w:t>
            </w:r>
          </w:p>
        </w:tc>
        <w:tc>
          <w:tcPr>
            <w:tcW w:w="2557" w:type="dxa"/>
          </w:tcPr>
          <w:p w14:paraId="699797E9" w14:textId="77777777" w:rsidR="00B039EC" w:rsidRDefault="00B039EC" w:rsidP="00C529BF">
            <w:r>
              <w:t>All lines are measured and marked precisely with correct spacing and angles.</w:t>
            </w:r>
          </w:p>
        </w:tc>
        <w:tc>
          <w:tcPr>
            <w:tcW w:w="2402" w:type="dxa"/>
          </w:tcPr>
          <w:p w14:paraId="77ABAC98" w14:textId="77777777" w:rsidR="00B039EC" w:rsidRDefault="00B039EC" w:rsidP="00C529BF">
            <w:r>
              <w:t>Most lines are measured and marked correctly with minor mistakes.</w:t>
            </w:r>
          </w:p>
        </w:tc>
        <w:tc>
          <w:tcPr>
            <w:tcW w:w="3470" w:type="dxa"/>
          </w:tcPr>
          <w:p w14:paraId="10093317" w14:textId="77777777" w:rsidR="00B039EC" w:rsidRDefault="00B039EC" w:rsidP="00C529BF">
            <w:r>
              <w:t>Several layout errors; spacing or angles incorrect.</w:t>
            </w:r>
          </w:p>
        </w:tc>
      </w:tr>
      <w:tr w:rsidR="00B039EC" w14:paraId="5358FF07" w14:textId="77777777" w:rsidTr="00F43848">
        <w:trPr>
          <w:trHeight w:val="775"/>
        </w:trPr>
        <w:tc>
          <w:tcPr>
            <w:tcW w:w="1975" w:type="dxa"/>
          </w:tcPr>
          <w:p w14:paraId="4581EC60" w14:textId="77777777" w:rsidR="00B039EC" w:rsidRDefault="00B039EC" w:rsidP="00C529BF">
            <w:r>
              <w:t>Use of Tools</w:t>
            </w:r>
          </w:p>
        </w:tc>
        <w:tc>
          <w:tcPr>
            <w:tcW w:w="2557" w:type="dxa"/>
          </w:tcPr>
          <w:p w14:paraId="24560A66" w14:textId="77777777" w:rsidR="00B039EC" w:rsidRDefault="00B039EC" w:rsidP="00C529BF">
            <w:r>
              <w:t>Correct and safe use of both tape measure and speed square.</w:t>
            </w:r>
          </w:p>
        </w:tc>
        <w:tc>
          <w:tcPr>
            <w:tcW w:w="2402" w:type="dxa"/>
          </w:tcPr>
          <w:p w14:paraId="13D9B7A2" w14:textId="77777777" w:rsidR="00B039EC" w:rsidRDefault="00B039EC" w:rsidP="00C529BF">
            <w:r>
              <w:t>Mostly correct use with minor tool handling issues.</w:t>
            </w:r>
          </w:p>
        </w:tc>
        <w:tc>
          <w:tcPr>
            <w:tcW w:w="3470" w:type="dxa"/>
          </w:tcPr>
          <w:p w14:paraId="22668DC2" w14:textId="77777777" w:rsidR="00B039EC" w:rsidRDefault="00B039EC" w:rsidP="00C529BF">
            <w:r>
              <w:t>Tools used incorrectly or unsafely.</w:t>
            </w:r>
          </w:p>
        </w:tc>
      </w:tr>
      <w:tr w:rsidR="00B039EC" w14:paraId="68396FCD" w14:textId="77777777" w:rsidTr="00F43848">
        <w:trPr>
          <w:trHeight w:val="787"/>
        </w:trPr>
        <w:tc>
          <w:tcPr>
            <w:tcW w:w="1975" w:type="dxa"/>
          </w:tcPr>
          <w:p w14:paraId="183C8830" w14:textId="77777777" w:rsidR="00B039EC" w:rsidRDefault="00B039EC" w:rsidP="00C529BF">
            <w:r>
              <w:t>Clarity of Markings</w:t>
            </w:r>
          </w:p>
        </w:tc>
        <w:tc>
          <w:tcPr>
            <w:tcW w:w="2557" w:type="dxa"/>
          </w:tcPr>
          <w:p w14:paraId="65414857" w14:textId="77777777" w:rsidR="00B039EC" w:rsidRDefault="00B039EC" w:rsidP="00C529BF">
            <w:r>
              <w:t>All markings are clearly labeled and easy to read.</w:t>
            </w:r>
          </w:p>
        </w:tc>
        <w:tc>
          <w:tcPr>
            <w:tcW w:w="2402" w:type="dxa"/>
          </w:tcPr>
          <w:p w14:paraId="14812692" w14:textId="77777777" w:rsidR="00B039EC" w:rsidRDefault="00B039EC" w:rsidP="00C529BF">
            <w:r>
              <w:t>Most markings are legible and labeled.</w:t>
            </w:r>
          </w:p>
        </w:tc>
        <w:tc>
          <w:tcPr>
            <w:tcW w:w="3470" w:type="dxa"/>
          </w:tcPr>
          <w:p w14:paraId="39B17745" w14:textId="77777777" w:rsidR="00B039EC" w:rsidRDefault="00B039EC" w:rsidP="00C529BF">
            <w:r>
              <w:t>Markings are faint, unclear, or not labeled.</w:t>
            </w:r>
          </w:p>
        </w:tc>
      </w:tr>
      <w:tr w:rsidR="00B039EC" w14:paraId="68821BAE" w14:textId="77777777" w:rsidTr="00F43848">
        <w:trPr>
          <w:trHeight w:val="1029"/>
        </w:trPr>
        <w:tc>
          <w:tcPr>
            <w:tcW w:w="1975" w:type="dxa"/>
          </w:tcPr>
          <w:p w14:paraId="7E82EE3A" w14:textId="6C6ABC3D" w:rsidR="00B039EC" w:rsidRDefault="00B039EC" w:rsidP="00C529BF">
            <w:r>
              <w:t xml:space="preserve">Photo </w:t>
            </w:r>
            <w:r w:rsidR="00F43848">
              <w:t>and</w:t>
            </w:r>
            <w:r>
              <w:t xml:space="preserve"> Explanation</w:t>
            </w:r>
          </w:p>
        </w:tc>
        <w:tc>
          <w:tcPr>
            <w:tcW w:w="2557" w:type="dxa"/>
          </w:tcPr>
          <w:p w14:paraId="7FFA1057" w14:textId="77777777" w:rsidR="00B039EC" w:rsidRDefault="00B039EC" w:rsidP="00C529BF">
            <w:r>
              <w:t>Photo is clear and explanation is thoughtful and complete.</w:t>
            </w:r>
          </w:p>
        </w:tc>
        <w:tc>
          <w:tcPr>
            <w:tcW w:w="2402" w:type="dxa"/>
          </w:tcPr>
          <w:p w14:paraId="3751E1C0" w14:textId="77777777" w:rsidR="00B039EC" w:rsidRDefault="00B039EC" w:rsidP="00C529BF">
            <w:r>
              <w:t>Photo is adequate and explanation is basic.</w:t>
            </w:r>
          </w:p>
        </w:tc>
        <w:tc>
          <w:tcPr>
            <w:tcW w:w="3470" w:type="dxa"/>
          </w:tcPr>
          <w:p w14:paraId="5B4E5E3C" w14:textId="77777777" w:rsidR="00B039EC" w:rsidRDefault="00B039EC" w:rsidP="00C529BF">
            <w:r>
              <w:t>Photo missing or explanation incomplete.</w:t>
            </w:r>
          </w:p>
        </w:tc>
      </w:tr>
    </w:tbl>
    <w:p w14:paraId="08EDE0E3" w14:textId="14B8DA27" w:rsidR="00E47DC7" w:rsidRPr="00AE3E86" w:rsidRDefault="00AE3E86" w:rsidP="00E47DC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AE3E86">
        <w:rPr>
          <w:sz w:val="28"/>
          <w:szCs w:val="28"/>
        </w:rPr>
        <w:t>/20</w:t>
      </w:r>
    </w:p>
    <w:p w14:paraId="1C720044" w14:textId="0A41938B" w:rsidR="0050129E" w:rsidRDefault="0050129E" w:rsidP="0050129E">
      <w:pPr>
        <w:pStyle w:val="Heading1"/>
        <w:numPr>
          <w:ilvl w:val="0"/>
          <w:numId w:val="14"/>
        </w:numPr>
      </w:pPr>
      <w:r>
        <w:lastRenderedPageBreak/>
        <w:t>Speed Square Labeling Activity</w:t>
      </w:r>
    </w:p>
    <w:p w14:paraId="5C80FD34" w14:textId="77777777" w:rsidR="0050129E" w:rsidRDefault="0050129E" w:rsidP="0050129E">
      <w:r>
        <w:t>Instructions: Look at the diagram of the speed square below. Use the word bank to label each part. Write the correct term next to each line or use numbers to match.</w:t>
      </w:r>
    </w:p>
    <w:p w14:paraId="71009EE8" w14:textId="77777777" w:rsidR="00814B93" w:rsidRDefault="00814B93" w:rsidP="0050129E"/>
    <w:p w14:paraId="5B7E9F30" w14:textId="50DC27E5" w:rsidR="0050129E" w:rsidRDefault="00814B93" w:rsidP="0050129E">
      <w:r>
        <w:rPr>
          <w:noProof/>
        </w:rPr>
        <w:drawing>
          <wp:inline distT="0" distB="0" distL="0" distR="0" wp14:anchorId="28F35AC1" wp14:editId="5683E688">
            <wp:extent cx="5943600" cy="3962400"/>
            <wp:effectExtent l="0" t="0" r="0" b="0"/>
            <wp:docPr id="1166443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43458" name="Picture 11664434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D279" w14:textId="77777777" w:rsidR="0050129E" w:rsidRDefault="0050129E" w:rsidP="0050129E">
      <w:pPr>
        <w:pStyle w:val="Heading2"/>
      </w:pPr>
      <w:r>
        <w:t>Word Bank</w:t>
      </w:r>
    </w:p>
    <w:p w14:paraId="5E704439" w14:textId="77777777" w:rsidR="0050129E" w:rsidRDefault="0050129E" w:rsidP="0050129E">
      <w:pPr>
        <w:pStyle w:val="ListBullet"/>
        <w:numPr>
          <w:ilvl w:val="0"/>
          <w:numId w:val="0"/>
        </w:numPr>
      </w:pPr>
      <w:r>
        <w:t>• Pivot</w:t>
      </w:r>
    </w:p>
    <w:p w14:paraId="13F61780" w14:textId="77777777" w:rsidR="0050129E" w:rsidRDefault="0050129E" w:rsidP="0050129E">
      <w:pPr>
        <w:pStyle w:val="ListBullet"/>
        <w:numPr>
          <w:ilvl w:val="0"/>
          <w:numId w:val="0"/>
        </w:numPr>
      </w:pPr>
      <w:r>
        <w:t>• Ruler</w:t>
      </w:r>
    </w:p>
    <w:p w14:paraId="62F04657" w14:textId="1F410CE8" w:rsidR="0050129E" w:rsidRDefault="0050129E" w:rsidP="0050129E">
      <w:pPr>
        <w:pStyle w:val="ListBullet"/>
        <w:numPr>
          <w:ilvl w:val="0"/>
          <w:numId w:val="0"/>
        </w:numPr>
      </w:pPr>
      <w:r>
        <w:t>• Fence</w:t>
      </w:r>
      <w:r w:rsidR="00B23B87">
        <w:t xml:space="preserve"> x 2</w:t>
      </w:r>
    </w:p>
    <w:p w14:paraId="36C76454" w14:textId="77777777" w:rsidR="0050129E" w:rsidRDefault="0050129E" w:rsidP="0050129E">
      <w:pPr>
        <w:pStyle w:val="ListBullet"/>
        <w:numPr>
          <w:ilvl w:val="0"/>
          <w:numId w:val="0"/>
        </w:numPr>
      </w:pPr>
      <w:r>
        <w:t>• Hypotenuse</w:t>
      </w:r>
    </w:p>
    <w:p w14:paraId="1000F4BB" w14:textId="721C79A7" w:rsidR="00B23B87" w:rsidRDefault="0050129E" w:rsidP="0050129E">
      <w:pPr>
        <w:pStyle w:val="ListBullet"/>
        <w:numPr>
          <w:ilvl w:val="0"/>
          <w:numId w:val="0"/>
        </w:numPr>
      </w:pPr>
      <w:r>
        <w:t>• 90° Scale</w:t>
      </w:r>
      <w:r w:rsidR="00B23B87">
        <w:t xml:space="preserve"> x 2</w:t>
      </w:r>
    </w:p>
    <w:p w14:paraId="0AD2E5D5" w14:textId="77777777" w:rsidR="0050129E" w:rsidRDefault="0050129E" w:rsidP="0050129E">
      <w:pPr>
        <w:pStyle w:val="ListBullet"/>
        <w:numPr>
          <w:ilvl w:val="0"/>
          <w:numId w:val="0"/>
        </w:numPr>
      </w:pPr>
      <w:r>
        <w:t>• Scribe Notches</w:t>
      </w:r>
    </w:p>
    <w:p w14:paraId="704A6457" w14:textId="77777777" w:rsidR="00E47DC7" w:rsidRDefault="00E47DC7" w:rsidP="00CB22AE"/>
    <w:p w14:paraId="525943FF" w14:textId="77777777" w:rsidR="00E13C8C" w:rsidRDefault="00E13C8C" w:rsidP="00CB22AE"/>
    <w:p w14:paraId="1DEBB5BC" w14:textId="77777777" w:rsidR="00E13C8C" w:rsidRDefault="00E13C8C" w:rsidP="00CB22AE"/>
    <w:p w14:paraId="199B88E9" w14:textId="77777777" w:rsidR="00E13C8C" w:rsidRDefault="00E13C8C" w:rsidP="00CB22AE"/>
    <w:p w14:paraId="77F7EFA6" w14:textId="77777777" w:rsidR="00E13C8C" w:rsidRDefault="00E13C8C" w:rsidP="00CB22AE"/>
    <w:p w14:paraId="23B96590" w14:textId="5D6087F1" w:rsidR="00E13C8C" w:rsidRPr="0050129E" w:rsidRDefault="0050129E" w:rsidP="00CB22AE">
      <w:pPr>
        <w:rPr>
          <w:b/>
          <w:bCs/>
          <w:color w:val="1F497D" w:themeColor="text2"/>
          <w:sz w:val="24"/>
          <w:szCs w:val="24"/>
        </w:rPr>
      </w:pPr>
      <w:r w:rsidRPr="0050129E">
        <w:rPr>
          <w:b/>
          <w:bCs/>
          <w:color w:val="1F497D" w:themeColor="text2"/>
          <w:sz w:val="24"/>
          <w:szCs w:val="24"/>
        </w:rPr>
        <w:lastRenderedPageBreak/>
        <w:t>Answer Key.</w:t>
      </w:r>
    </w:p>
    <w:p w14:paraId="58C7FB53" w14:textId="77777777" w:rsidR="00E13C8C" w:rsidRDefault="00E13C8C" w:rsidP="00CB22AE"/>
    <w:p w14:paraId="52A838A7" w14:textId="77777777" w:rsidR="00E13C8C" w:rsidRDefault="00E13C8C" w:rsidP="00CB22AE"/>
    <w:p w14:paraId="76102A96" w14:textId="3A54A233" w:rsidR="00E13C8C" w:rsidRDefault="00B23B87" w:rsidP="00CB22AE">
      <w:r>
        <w:rPr>
          <w:noProof/>
        </w:rPr>
        <w:drawing>
          <wp:inline distT="0" distB="0" distL="0" distR="0" wp14:anchorId="5BDF5BC6" wp14:editId="6940DB9B">
            <wp:extent cx="5943600" cy="3962400"/>
            <wp:effectExtent l="0" t="0" r="0" b="0"/>
            <wp:docPr id="15770567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56794" name="Picture 15770567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61D4B" w14:textId="77777777" w:rsidR="00E13C8C" w:rsidRDefault="00E13C8C" w:rsidP="00CB22AE"/>
    <w:p w14:paraId="3F48A75D" w14:textId="77777777" w:rsidR="00E13C8C" w:rsidRDefault="00E13C8C" w:rsidP="00CB22AE"/>
    <w:p w14:paraId="5A4E0CD2" w14:textId="77777777" w:rsidR="00E13C8C" w:rsidRDefault="00E13C8C" w:rsidP="00CB22AE"/>
    <w:p w14:paraId="63E9E3A1" w14:textId="77777777" w:rsidR="0050129E" w:rsidRDefault="0050129E" w:rsidP="00CB22AE"/>
    <w:p w14:paraId="73625837" w14:textId="77777777" w:rsidR="0050129E" w:rsidRDefault="0050129E" w:rsidP="00CB22AE"/>
    <w:p w14:paraId="73C13FBC" w14:textId="77777777" w:rsidR="0050129E" w:rsidRDefault="0050129E" w:rsidP="00CB22AE"/>
    <w:p w14:paraId="208D84B5" w14:textId="77777777" w:rsidR="0050129E" w:rsidRDefault="0050129E" w:rsidP="00CB22AE"/>
    <w:p w14:paraId="68308B70" w14:textId="77777777" w:rsidR="0050129E" w:rsidRDefault="0050129E" w:rsidP="00CB22AE"/>
    <w:p w14:paraId="393C1536" w14:textId="77777777" w:rsidR="0050129E" w:rsidRDefault="0050129E" w:rsidP="00CB22AE"/>
    <w:p w14:paraId="7BBA4AB8" w14:textId="26749737" w:rsidR="0050129E" w:rsidRDefault="0050129E" w:rsidP="0050129E">
      <w:pPr>
        <w:pStyle w:val="Heading1"/>
        <w:numPr>
          <w:ilvl w:val="0"/>
          <w:numId w:val="14"/>
        </w:numPr>
      </w:pPr>
      <w:r>
        <w:lastRenderedPageBreak/>
        <w:t>Scribe Lines Challenge: Using a Speed Square.</w:t>
      </w:r>
    </w:p>
    <w:p w14:paraId="34D1659D" w14:textId="77777777" w:rsidR="0050129E" w:rsidRDefault="0050129E" w:rsidP="0050129E">
      <w:pPr>
        <w:pStyle w:val="Heading2"/>
      </w:pPr>
      <w:r>
        <w:t>Objective:</w:t>
      </w:r>
    </w:p>
    <w:p w14:paraId="6033F9BF" w14:textId="77777777" w:rsidR="0050129E" w:rsidRDefault="0050129E" w:rsidP="0050129E">
      <w:r>
        <w:t>Students will demonstrate how to use the scribe notches on a speed square to mark consistent, parallel layout lines on a board.</w:t>
      </w:r>
    </w:p>
    <w:p w14:paraId="4500F9B1" w14:textId="77777777" w:rsidR="0050129E" w:rsidRDefault="0050129E" w:rsidP="0050129E">
      <w:pPr>
        <w:pStyle w:val="Heading2"/>
      </w:pPr>
      <w:r>
        <w:t>Materials Needed:</w:t>
      </w:r>
    </w:p>
    <w:p w14:paraId="5177C4F4" w14:textId="77777777" w:rsidR="0050129E" w:rsidRDefault="0050129E" w:rsidP="0050129E">
      <w:pPr>
        <w:pStyle w:val="ListBullet"/>
      </w:pPr>
      <w:r>
        <w:t>1x6 or 1x8 board (at least 24" long)</w:t>
      </w:r>
    </w:p>
    <w:p w14:paraId="7ACBB3AE" w14:textId="77777777" w:rsidR="0050129E" w:rsidRDefault="0050129E" w:rsidP="0050129E">
      <w:pPr>
        <w:pStyle w:val="ListBullet"/>
      </w:pPr>
      <w:r>
        <w:t>Pencil</w:t>
      </w:r>
    </w:p>
    <w:p w14:paraId="73B921C1" w14:textId="77777777" w:rsidR="0050129E" w:rsidRDefault="0050129E" w:rsidP="0050129E">
      <w:pPr>
        <w:pStyle w:val="ListBullet"/>
      </w:pPr>
      <w:r>
        <w:t>Speed square</w:t>
      </w:r>
    </w:p>
    <w:p w14:paraId="2050D995" w14:textId="77777777" w:rsidR="0050129E" w:rsidRDefault="0050129E" w:rsidP="0050129E">
      <w:pPr>
        <w:pStyle w:val="ListBullet"/>
      </w:pPr>
      <w:r>
        <w:t>Tape measure</w:t>
      </w:r>
    </w:p>
    <w:p w14:paraId="58B7F554" w14:textId="77777777" w:rsidR="0050129E" w:rsidRDefault="0050129E" w:rsidP="0050129E">
      <w:pPr>
        <w:pStyle w:val="ListBullet"/>
      </w:pPr>
      <w:r>
        <w:t>Ruler or straightedge</w:t>
      </w:r>
    </w:p>
    <w:p w14:paraId="244B8D4E" w14:textId="77777777" w:rsidR="0050129E" w:rsidRDefault="0050129E" w:rsidP="0050129E">
      <w:pPr>
        <w:pStyle w:val="ListBullet"/>
      </w:pPr>
      <w:r>
        <w:t>Safety gear (glasses, gloves optional)</w:t>
      </w:r>
    </w:p>
    <w:p w14:paraId="0178B17F" w14:textId="77777777" w:rsidR="0050129E" w:rsidRDefault="0050129E" w:rsidP="0050129E">
      <w:pPr>
        <w:pStyle w:val="Heading2"/>
      </w:pPr>
      <w:r>
        <w:t>Instructions:</w:t>
      </w:r>
    </w:p>
    <w:p w14:paraId="0E3E058B" w14:textId="77777777" w:rsidR="0050129E" w:rsidRDefault="0050129E" w:rsidP="0050129E">
      <w:pPr>
        <w:pStyle w:val="ListNumber"/>
      </w:pPr>
      <w:r>
        <w:t>Mark a baseline – Use the speed square to draw a straight baseline across one edge of the board, 1" from the edge.</w:t>
      </w:r>
    </w:p>
    <w:p w14:paraId="7C676602" w14:textId="77777777" w:rsidR="0050129E" w:rsidRDefault="0050129E" w:rsidP="0050129E">
      <w:pPr>
        <w:pStyle w:val="ListNumber"/>
      </w:pPr>
      <w:r>
        <w:t>Measure and plan – Measure out and plan for 5 parallel layout lines at ½" increments.</w:t>
      </w:r>
    </w:p>
    <w:p w14:paraId="25C14F21" w14:textId="77777777" w:rsidR="0050129E" w:rsidRDefault="0050129E" w:rsidP="0050129E">
      <w:pPr>
        <w:pStyle w:val="ListNumber"/>
      </w:pPr>
      <w:r>
        <w:t>Use scribe notches – Insert a pencil into the scribe notch at ½", hold the square flush to the edge of the board, and slide it along while keeping the pencil in place to draw your line.</w:t>
      </w:r>
    </w:p>
    <w:p w14:paraId="0405728B" w14:textId="77777777" w:rsidR="0050129E" w:rsidRDefault="0050129E" w:rsidP="0050129E">
      <w:pPr>
        <w:pStyle w:val="ListNumber"/>
      </w:pPr>
      <w:r>
        <w:t>Repeat – Repeat the process using 1", 1½", 2", and 2½" notches.</w:t>
      </w:r>
    </w:p>
    <w:p w14:paraId="6007F1E5" w14:textId="77777777" w:rsidR="0050129E" w:rsidRDefault="0050129E" w:rsidP="0050129E">
      <w:pPr>
        <w:pStyle w:val="ListNumber"/>
      </w:pPr>
      <w:r>
        <w:t>Check accuracy – Use a tape measure or ruler to confirm the distance between each line.</w:t>
      </w:r>
    </w:p>
    <w:p w14:paraId="2BD7CF42" w14:textId="77777777" w:rsidR="0050129E" w:rsidRDefault="0050129E" w:rsidP="0050129E">
      <w:pPr>
        <w:pStyle w:val="ListNumber"/>
      </w:pPr>
      <w:r>
        <w:t>Label – Lightly label each line (½", 1", etc.) for review.</w:t>
      </w:r>
    </w:p>
    <w:p w14:paraId="1136F47E" w14:textId="77777777" w:rsidR="0050129E" w:rsidRDefault="0050129E" w:rsidP="0050129E">
      <w:pPr>
        <w:pStyle w:val="ListNumber"/>
      </w:pPr>
      <w:r>
        <w:t>Submit – Turn in your marked board for assessment.</w:t>
      </w:r>
    </w:p>
    <w:p w14:paraId="33B2CCDE" w14:textId="77777777" w:rsidR="00814B93" w:rsidRDefault="00814B93" w:rsidP="00814B93">
      <w:pPr>
        <w:pStyle w:val="Heading1"/>
      </w:pPr>
      <w:r>
        <w:t>Rubric: Scribe Lines Challenge (10 Points)</w:t>
      </w:r>
    </w:p>
    <w:p w14:paraId="1DD3C2F0" w14:textId="77777777" w:rsidR="00814B93" w:rsidRPr="00814B93" w:rsidRDefault="00814B93" w:rsidP="00814B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515"/>
      </w:tblGrid>
      <w:tr w:rsidR="00814B93" w14:paraId="3759FF07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2129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Criteria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0ACC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Excellent (2 pts)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F2FA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Good (1 pt)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72382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Needs Work (0 pts)</w:t>
            </w:r>
          </w:p>
        </w:tc>
      </w:tr>
      <w:tr w:rsidR="00814B93" w14:paraId="0BA22307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905A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Baseline is straight and accurate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39A3F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3CA7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09D5F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363AC19D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6B07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Lines are parallel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E12E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824B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5655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753D5E34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2697F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Correct spacing used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5EF39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73F7E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B79D3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42622A25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3E6D4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Proper use of scribe notches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2943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AA571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99912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4A62ABDC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A8C7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Work is neat and labeled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2C43F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5238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0410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4FA1BC6A" w14:textId="77777777" w:rsidTr="00814B9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ECCA" w14:textId="77777777" w:rsidR="00814B93" w:rsidRDefault="00814B93">
            <w:r>
              <w:t>Total: ____ / 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E15E" w14:textId="77777777" w:rsidR="00814B93" w:rsidRDefault="00814B9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A0C5" w14:textId="77777777" w:rsidR="00814B93" w:rsidRDefault="00814B93"/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ACA9" w14:textId="77777777" w:rsidR="00814B93" w:rsidRDefault="00814B93"/>
        </w:tc>
      </w:tr>
    </w:tbl>
    <w:p w14:paraId="0AC6135D" w14:textId="77777777" w:rsidR="00814B93" w:rsidRDefault="00814B93" w:rsidP="00814B93"/>
    <w:p w14:paraId="508DD79E" w14:textId="77777777" w:rsidR="003A3E0A" w:rsidRDefault="003A3E0A" w:rsidP="0050129E"/>
    <w:p w14:paraId="58C14D55" w14:textId="77777777" w:rsidR="00814B93" w:rsidRDefault="00814B93" w:rsidP="0050129E"/>
    <w:p w14:paraId="71F5080C" w14:textId="425AB65C" w:rsidR="003A3E0A" w:rsidRDefault="003A3E0A" w:rsidP="00785E69">
      <w:pPr>
        <w:pStyle w:val="ListNumber"/>
        <w:numPr>
          <w:ilvl w:val="0"/>
          <w:numId w:val="14"/>
        </w:numPr>
        <w:rPr>
          <w:b/>
          <w:bCs/>
          <w:color w:val="4F81BD" w:themeColor="accent1"/>
          <w:sz w:val="28"/>
          <w:szCs w:val="28"/>
        </w:rPr>
      </w:pPr>
      <w:r w:rsidRPr="003A3E0A">
        <w:rPr>
          <w:b/>
          <w:bCs/>
          <w:color w:val="4F81BD" w:themeColor="accent1"/>
          <w:sz w:val="28"/>
          <w:szCs w:val="28"/>
        </w:rPr>
        <w:lastRenderedPageBreak/>
        <w:t>Mini Project – Custom Name Plate</w:t>
      </w:r>
      <w:r>
        <w:rPr>
          <w:b/>
          <w:bCs/>
          <w:color w:val="4F81BD" w:themeColor="accent1"/>
          <w:sz w:val="28"/>
          <w:szCs w:val="28"/>
        </w:rPr>
        <w:t>.</w:t>
      </w:r>
    </w:p>
    <w:p w14:paraId="1C017F03" w14:textId="3AFE970A" w:rsidR="003A3E0A" w:rsidRPr="003A3E0A" w:rsidRDefault="003A3E0A" w:rsidP="003A3E0A">
      <w:pPr>
        <w:pStyle w:val="ListNumber"/>
        <w:numPr>
          <w:ilvl w:val="0"/>
          <w:numId w:val="0"/>
        </w:numPr>
        <w:ind w:left="360" w:hanging="360"/>
        <w:jc w:val="center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inline distT="0" distB="0" distL="0" distR="0" wp14:anchorId="53F52988" wp14:editId="6F5FA529">
            <wp:extent cx="3657600" cy="2438400"/>
            <wp:effectExtent l="0" t="0" r="0" b="0"/>
            <wp:docPr id="9682884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88436" name="Picture 9682884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B5AF" w14:textId="77777777" w:rsidR="003A3E0A" w:rsidRDefault="003A3E0A" w:rsidP="003A3E0A">
      <w:pPr>
        <w:pStyle w:val="Heading2"/>
      </w:pPr>
      <w:r>
        <w:t>Overview</w:t>
      </w:r>
    </w:p>
    <w:p w14:paraId="7A40E831" w14:textId="77777777" w:rsidR="003A3E0A" w:rsidRDefault="003A3E0A" w:rsidP="003A3E0A">
      <w:r>
        <w:t>In this 2-hour lesson, students will apply measurement and layout skills to create a personalized wooden name plate. This hands-on project reinforces accuracy in measuring, marking, and basic tool handling.</w:t>
      </w:r>
    </w:p>
    <w:p w14:paraId="517AA6F1" w14:textId="2DD651F3" w:rsidR="003A3E0A" w:rsidRDefault="003A3E0A" w:rsidP="003A3E0A">
      <w:pPr>
        <w:pStyle w:val="Heading2"/>
      </w:pPr>
      <w:r>
        <w:t>Objectives</w:t>
      </w:r>
    </w:p>
    <w:p w14:paraId="69634C95" w14:textId="77777777" w:rsidR="003A3E0A" w:rsidRDefault="003A3E0A" w:rsidP="003A3E0A">
      <w:pPr>
        <w:pStyle w:val="ListBullet"/>
      </w:pPr>
      <w:r>
        <w:t>Apply measurement and layout skills accurately on wood.</w:t>
      </w:r>
    </w:p>
    <w:p w14:paraId="217DD296" w14:textId="77777777" w:rsidR="003A3E0A" w:rsidRDefault="003A3E0A" w:rsidP="003A3E0A">
      <w:pPr>
        <w:pStyle w:val="ListBullet"/>
      </w:pPr>
      <w:r>
        <w:t>Use a speed square and tape measure to lay out project dimensions.</w:t>
      </w:r>
    </w:p>
    <w:p w14:paraId="730491E4" w14:textId="77777777" w:rsidR="003A3E0A" w:rsidRDefault="003A3E0A" w:rsidP="003A3E0A">
      <w:pPr>
        <w:pStyle w:val="ListBullet"/>
      </w:pPr>
      <w:r>
        <w:t>Practice marking consistent letter spacing.</w:t>
      </w:r>
    </w:p>
    <w:p w14:paraId="115DCA06" w14:textId="77777777" w:rsidR="003A3E0A" w:rsidRDefault="003A3E0A" w:rsidP="003A3E0A">
      <w:pPr>
        <w:pStyle w:val="ListBullet"/>
      </w:pPr>
      <w:r>
        <w:t>Create a customized wood name plate.</w:t>
      </w:r>
    </w:p>
    <w:p w14:paraId="561BF4C3" w14:textId="77777777" w:rsidR="003A3E0A" w:rsidRDefault="003A3E0A" w:rsidP="003A3E0A">
      <w:pPr>
        <w:pStyle w:val="Heading2"/>
      </w:pPr>
      <w:r>
        <w:t>Materials Needed</w:t>
      </w:r>
    </w:p>
    <w:p w14:paraId="0989B99B" w14:textId="3F330970" w:rsidR="003A3E0A" w:rsidRDefault="003A3E0A" w:rsidP="003A3E0A">
      <w:pPr>
        <w:pStyle w:val="ListBullet"/>
      </w:pPr>
      <w:r>
        <w:t>1x6 board (cut to 12” length)</w:t>
      </w:r>
    </w:p>
    <w:p w14:paraId="03A21DD8" w14:textId="77777777" w:rsidR="003A3E0A" w:rsidRDefault="003A3E0A" w:rsidP="003A3E0A">
      <w:pPr>
        <w:pStyle w:val="ListBullet"/>
      </w:pPr>
      <w:r>
        <w:t>Tape measure</w:t>
      </w:r>
    </w:p>
    <w:p w14:paraId="7D5F9339" w14:textId="77777777" w:rsidR="003A3E0A" w:rsidRDefault="003A3E0A" w:rsidP="003A3E0A">
      <w:pPr>
        <w:pStyle w:val="ListBullet"/>
      </w:pPr>
      <w:r>
        <w:t>Speed square</w:t>
      </w:r>
    </w:p>
    <w:p w14:paraId="569FF4E8" w14:textId="77777777" w:rsidR="003A3E0A" w:rsidRDefault="003A3E0A" w:rsidP="003A3E0A">
      <w:pPr>
        <w:pStyle w:val="ListBullet"/>
      </w:pPr>
      <w:r>
        <w:t>Pencil</w:t>
      </w:r>
    </w:p>
    <w:p w14:paraId="51834438" w14:textId="77777777" w:rsidR="003A3E0A" w:rsidRDefault="003A3E0A" w:rsidP="003A3E0A">
      <w:pPr>
        <w:pStyle w:val="ListBullet"/>
      </w:pPr>
      <w:r>
        <w:t>Lettering stencils or printed name template</w:t>
      </w:r>
    </w:p>
    <w:p w14:paraId="33DCED50" w14:textId="77777777" w:rsidR="003A3E0A" w:rsidRDefault="003A3E0A" w:rsidP="003A3E0A">
      <w:pPr>
        <w:pStyle w:val="ListBullet"/>
      </w:pPr>
      <w:r>
        <w:t>Sandpaper</w:t>
      </w:r>
    </w:p>
    <w:p w14:paraId="3D88EF27" w14:textId="77777777" w:rsidR="003A3E0A" w:rsidRDefault="003A3E0A" w:rsidP="003A3E0A">
      <w:pPr>
        <w:pStyle w:val="ListBullet"/>
      </w:pPr>
      <w:r>
        <w:t>Wood stain or paint (optional)</w:t>
      </w:r>
    </w:p>
    <w:p w14:paraId="494B83E2" w14:textId="77777777" w:rsidR="003A3E0A" w:rsidRDefault="003A3E0A" w:rsidP="003A3E0A">
      <w:pPr>
        <w:pStyle w:val="ListBullet"/>
      </w:pPr>
      <w:r>
        <w:t>Safety gear</w:t>
      </w:r>
    </w:p>
    <w:p w14:paraId="6E280B59" w14:textId="77777777" w:rsidR="003A3E0A" w:rsidRDefault="003A3E0A" w:rsidP="003A3E0A">
      <w:pPr>
        <w:pStyle w:val="ListBullet"/>
        <w:numPr>
          <w:ilvl w:val="0"/>
          <w:numId w:val="0"/>
        </w:numPr>
        <w:ind w:left="360" w:hanging="360"/>
      </w:pPr>
    </w:p>
    <w:p w14:paraId="710F5156" w14:textId="77777777" w:rsidR="003A3E0A" w:rsidRDefault="003A3E0A" w:rsidP="003A3E0A">
      <w:pPr>
        <w:pStyle w:val="Heading2"/>
      </w:pPr>
      <w:r>
        <w:t>Instructions</w:t>
      </w:r>
    </w:p>
    <w:p w14:paraId="73B04115" w14:textId="77777777" w:rsidR="003A3E0A" w:rsidRDefault="003A3E0A" w:rsidP="003A3E0A">
      <w:r>
        <w:t>1. Begin by sanding your wood board to smooth all edges and surfaces.</w:t>
      </w:r>
    </w:p>
    <w:p w14:paraId="4BBDB1BF" w14:textId="77777777" w:rsidR="003A3E0A" w:rsidRDefault="003A3E0A" w:rsidP="003A3E0A">
      <w:r>
        <w:t>2. Use a tape measure to find and mark the center of the board lengthwise and widthwise.</w:t>
      </w:r>
    </w:p>
    <w:p w14:paraId="4758D49D" w14:textId="77777777" w:rsidR="003A3E0A" w:rsidRDefault="003A3E0A" w:rsidP="003A3E0A">
      <w:r>
        <w:t>3. Use a speed square to draw a straight centerline horizontally across the board.</w:t>
      </w:r>
    </w:p>
    <w:p w14:paraId="35E157EA" w14:textId="77777777" w:rsidR="003A3E0A" w:rsidRDefault="003A3E0A" w:rsidP="003A3E0A">
      <w:r>
        <w:lastRenderedPageBreak/>
        <w:t>4. Decide where your name will go. Measure the full length of your name using stencils or a printed template.</w:t>
      </w:r>
    </w:p>
    <w:p w14:paraId="20F66D6C" w14:textId="77777777" w:rsidR="003A3E0A" w:rsidRDefault="003A3E0A" w:rsidP="003A3E0A">
      <w:r>
        <w:t>5. Center the name horizontally by dividing the remaining space on each side equally.</w:t>
      </w:r>
    </w:p>
    <w:p w14:paraId="28D091AA" w14:textId="77777777" w:rsidR="003A3E0A" w:rsidRDefault="003A3E0A" w:rsidP="003A3E0A">
      <w:r>
        <w:t>6. Use the tape measure and speed square to evenly space out each letter and lightly mark guide lines with a pencil.</w:t>
      </w:r>
    </w:p>
    <w:p w14:paraId="647100E5" w14:textId="77777777" w:rsidR="003A3E0A" w:rsidRDefault="003A3E0A" w:rsidP="003A3E0A">
      <w:r>
        <w:t>7. Carefully trace your name onto the board using stencils or the printed template.</w:t>
      </w:r>
    </w:p>
    <w:p w14:paraId="5E3C3EBC" w14:textId="77777777" w:rsidR="003A3E0A" w:rsidRDefault="003A3E0A" w:rsidP="003A3E0A">
      <w:r>
        <w:t>8. Optional: Outline the letters using a carving tool, wood burner, or marker. You can also paint or stain your board.</w:t>
      </w:r>
    </w:p>
    <w:p w14:paraId="483FA191" w14:textId="77777777" w:rsidR="003A3E0A" w:rsidRDefault="003A3E0A" w:rsidP="003A3E0A">
      <w:r>
        <w:t>9. Let any paint or finish dry before handling.</w:t>
      </w:r>
    </w:p>
    <w:p w14:paraId="4C260766" w14:textId="77777777" w:rsidR="003A3E0A" w:rsidRDefault="003A3E0A" w:rsidP="003A3E0A">
      <w:r>
        <w:t>10. Clean your work area and prepare to share your finished project with the group.</w:t>
      </w:r>
    </w:p>
    <w:p w14:paraId="69F6B815" w14:textId="77777777" w:rsidR="003A3E0A" w:rsidRDefault="003A3E0A" w:rsidP="003A3E0A">
      <w:pPr>
        <w:pStyle w:val="Heading2"/>
      </w:pPr>
      <w:r>
        <w:t>Assessment Criteria</w:t>
      </w:r>
    </w:p>
    <w:p w14:paraId="3900EA47" w14:textId="77777777" w:rsidR="003A3E0A" w:rsidRDefault="003A3E0A" w:rsidP="003A3E0A">
      <w:pPr>
        <w:pStyle w:val="ListBullet"/>
      </w:pPr>
      <w:r>
        <w:t>Accurate measurement and layout of letters</w:t>
      </w:r>
    </w:p>
    <w:p w14:paraId="732867CD" w14:textId="77777777" w:rsidR="003A3E0A" w:rsidRDefault="003A3E0A" w:rsidP="003A3E0A">
      <w:pPr>
        <w:pStyle w:val="ListBullet"/>
      </w:pPr>
      <w:r>
        <w:t>Proper tool handling and safety awareness</w:t>
      </w:r>
    </w:p>
    <w:p w14:paraId="702324A5" w14:textId="77777777" w:rsidR="003A3E0A" w:rsidRDefault="003A3E0A" w:rsidP="003A3E0A">
      <w:pPr>
        <w:pStyle w:val="ListBullet"/>
      </w:pPr>
      <w:r>
        <w:t>Neatness and visual balance of the final product</w:t>
      </w:r>
    </w:p>
    <w:p w14:paraId="0F41D3D7" w14:textId="77777777" w:rsidR="003A3E0A" w:rsidRDefault="003A3E0A" w:rsidP="003A3E0A">
      <w:pPr>
        <w:pStyle w:val="ListBullet"/>
      </w:pPr>
      <w:r>
        <w:t>Participation in cleanup and reflection</w:t>
      </w:r>
    </w:p>
    <w:p w14:paraId="37074115" w14:textId="77777777" w:rsidR="00814B93" w:rsidRDefault="00814B93" w:rsidP="00814B93">
      <w:pPr>
        <w:pStyle w:val="Heading1"/>
      </w:pPr>
      <w:r>
        <w:t>Rubric: Custom Name Plate Project (10 Points)</w:t>
      </w:r>
    </w:p>
    <w:p w14:paraId="2D77C9EF" w14:textId="77777777" w:rsidR="00814B93" w:rsidRPr="00814B93" w:rsidRDefault="00814B93" w:rsidP="00814B93"/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2785"/>
        <w:gridCol w:w="2250"/>
        <w:gridCol w:w="2340"/>
        <w:gridCol w:w="2250"/>
      </w:tblGrid>
      <w:tr w:rsidR="00814B93" w14:paraId="6E2CFB2D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89ABF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Criteria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55C3D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Excellent (2 pts)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7B9C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Good (1 pt)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D548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Needs Work (0 pts)</w:t>
            </w:r>
          </w:p>
        </w:tc>
      </w:tr>
      <w:tr w:rsidR="00814B93" w14:paraId="07FEEC8B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ED40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Accurate and centered layout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8C7C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61E4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306F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12599E4B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3848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Proper and safe use of tools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0D4D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396F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C37E8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1C66631F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6303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Neatness of letter markings/design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33AB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0F32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D68C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0F0F4322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60D3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Creativity and effort in customization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039D8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0057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1E086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32DF985B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F29A5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Participation in cleanup and reflection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D84EC" w14:textId="77777777" w:rsidR="00814B93" w:rsidRDefault="00814B93">
            <w:r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10D61" w14:textId="77777777" w:rsidR="00814B93" w:rsidRDefault="00814B93">
            <w:r>
              <w:rPr>
                <w:rFonts w:ascii="Segoe UI Emoji" w:hAnsi="Segoe UI Emoji" w:cs="Segoe UI Emoji"/>
              </w:rPr>
              <w:t>⚠️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B0C32" w14:textId="77777777" w:rsidR="00814B93" w:rsidRDefault="00814B93"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814B93" w14:paraId="7CEDE573" w14:textId="77777777" w:rsidTr="00814B93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ABC2" w14:textId="77777777" w:rsidR="00814B93" w:rsidRPr="00814B93" w:rsidRDefault="00814B93">
            <w:pPr>
              <w:rPr>
                <w:b/>
                <w:bCs/>
              </w:rPr>
            </w:pPr>
            <w:r w:rsidRPr="00814B93">
              <w:rPr>
                <w:b/>
                <w:bCs/>
              </w:rPr>
              <w:t>Total: ____ / 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FD01" w14:textId="77777777" w:rsidR="00814B93" w:rsidRDefault="00814B93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ECCD" w14:textId="77777777" w:rsidR="00814B93" w:rsidRDefault="00814B93"/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3B5B" w14:textId="77777777" w:rsidR="00814B93" w:rsidRDefault="00814B93"/>
        </w:tc>
      </w:tr>
    </w:tbl>
    <w:p w14:paraId="500D9AAC" w14:textId="6A2DD7BD" w:rsidR="00E13C8C" w:rsidRDefault="00E13C8C" w:rsidP="00CB22AE"/>
    <w:sectPr w:rsidR="00E13C8C" w:rsidSect="006110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B036B4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0447D4"/>
    <w:multiLevelType w:val="hybridMultilevel"/>
    <w:tmpl w:val="0FCA0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AA69D2"/>
    <w:multiLevelType w:val="hybridMultilevel"/>
    <w:tmpl w:val="E9200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D248D"/>
    <w:multiLevelType w:val="hybridMultilevel"/>
    <w:tmpl w:val="B8ECE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53E8B"/>
    <w:multiLevelType w:val="hybridMultilevel"/>
    <w:tmpl w:val="D96CB436"/>
    <w:lvl w:ilvl="0" w:tplc="8B64EED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A3403"/>
    <w:multiLevelType w:val="hybridMultilevel"/>
    <w:tmpl w:val="0E22A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816021">
    <w:abstractNumId w:val="8"/>
  </w:num>
  <w:num w:numId="2" w16cid:durableId="83377534">
    <w:abstractNumId w:val="6"/>
  </w:num>
  <w:num w:numId="3" w16cid:durableId="673267080">
    <w:abstractNumId w:val="5"/>
  </w:num>
  <w:num w:numId="4" w16cid:durableId="1501848587">
    <w:abstractNumId w:val="4"/>
  </w:num>
  <w:num w:numId="5" w16cid:durableId="1928272655">
    <w:abstractNumId w:val="7"/>
  </w:num>
  <w:num w:numId="6" w16cid:durableId="770390988">
    <w:abstractNumId w:val="3"/>
  </w:num>
  <w:num w:numId="7" w16cid:durableId="1021854454">
    <w:abstractNumId w:val="2"/>
  </w:num>
  <w:num w:numId="8" w16cid:durableId="1393651941">
    <w:abstractNumId w:val="1"/>
  </w:num>
  <w:num w:numId="9" w16cid:durableId="494609711">
    <w:abstractNumId w:val="0"/>
  </w:num>
  <w:num w:numId="10" w16cid:durableId="470445536">
    <w:abstractNumId w:val="10"/>
  </w:num>
  <w:num w:numId="11" w16cid:durableId="430394973">
    <w:abstractNumId w:val="11"/>
  </w:num>
  <w:num w:numId="12" w16cid:durableId="205142445">
    <w:abstractNumId w:val="12"/>
  </w:num>
  <w:num w:numId="13" w16cid:durableId="344787994">
    <w:abstractNumId w:val="13"/>
  </w:num>
  <w:num w:numId="14" w16cid:durableId="20609373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112"/>
    <w:rsid w:val="00034616"/>
    <w:rsid w:val="0006063C"/>
    <w:rsid w:val="00110699"/>
    <w:rsid w:val="0015074B"/>
    <w:rsid w:val="0016696D"/>
    <w:rsid w:val="001723CE"/>
    <w:rsid w:val="0029639D"/>
    <w:rsid w:val="00326F90"/>
    <w:rsid w:val="003A3E0A"/>
    <w:rsid w:val="00460B07"/>
    <w:rsid w:val="0050129E"/>
    <w:rsid w:val="00611033"/>
    <w:rsid w:val="00785E69"/>
    <w:rsid w:val="00814B93"/>
    <w:rsid w:val="00875B0B"/>
    <w:rsid w:val="00AA1D8D"/>
    <w:rsid w:val="00AE3E86"/>
    <w:rsid w:val="00B039EC"/>
    <w:rsid w:val="00B23B87"/>
    <w:rsid w:val="00B47730"/>
    <w:rsid w:val="00CB0664"/>
    <w:rsid w:val="00CB22AE"/>
    <w:rsid w:val="00DE790F"/>
    <w:rsid w:val="00E13C8C"/>
    <w:rsid w:val="00E47DC7"/>
    <w:rsid w:val="00F43848"/>
    <w:rsid w:val="00F9483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EB815"/>
  <w14:defaultImageDpi w14:val="300"/>
  <w15:docId w15:val="{7C783620-7AD7-4B85-9DED-D066C480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0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Boone Tim</cp:lastModifiedBy>
  <cp:revision>8</cp:revision>
  <dcterms:created xsi:type="dcterms:W3CDTF">2025-06-11T15:12:00Z</dcterms:created>
  <dcterms:modified xsi:type="dcterms:W3CDTF">2025-08-06T15:16:00Z</dcterms:modified>
  <cp:category/>
</cp:coreProperties>
</file>