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7EE3D9" w14:textId="5C3DD5A9" w:rsidR="00F9023B" w:rsidRPr="00163C88" w:rsidRDefault="00C226E8" w:rsidP="00163C88">
      <w:pPr>
        <w:pStyle w:val="Title"/>
        <w:pBdr>
          <w:bottom w:val="none" w:sz="0" w:space="0" w:color="auto"/>
        </w:pBdr>
        <w:jc w:val="center"/>
        <w:rPr>
          <w:color w:val="4F81BD" w:themeColor="accent1"/>
          <w:sz w:val="36"/>
          <w:szCs w:val="36"/>
          <w:u w:val="single"/>
        </w:rPr>
      </w:pPr>
      <w:r w:rsidRPr="00163C88">
        <w:rPr>
          <w:color w:val="4F81BD" w:themeColor="accent1"/>
          <w:sz w:val="36"/>
          <w:szCs w:val="36"/>
          <w:u w:val="single"/>
        </w:rPr>
        <w:t>W</w:t>
      </w:r>
      <w:r w:rsidR="00B65CD4" w:rsidRPr="00163C88">
        <w:rPr>
          <w:color w:val="4F81BD" w:themeColor="accent1"/>
          <w:sz w:val="36"/>
          <w:szCs w:val="36"/>
          <w:u w:val="single"/>
        </w:rPr>
        <w:t>eek 9 Worksheets.</w:t>
      </w:r>
    </w:p>
    <w:p w14:paraId="63CCF585" w14:textId="7D823467" w:rsidR="0010575D" w:rsidRPr="0010575D" w:rsidRDefault="0010575D" w:rsidP="0010575D">
      <w:pPr>
        <w:pStyle w:val="Heading1"/>
        <w:numPr>
          <w:ilvl w:val="0"/>
          <w:numId w:val="17"/>
        </w:numPr>
        <w:spacing w:line="240" w:lineRule="auto"/>
        <w:rPr>
          <w:sz w:val="26"/>
          <w:szCs w:val="26"/>
        </w:rPr>
      </w:pPr>
      <w:r w:rsidRPr="0010575D">
        <w:rPr>
          <w:sz w:val="26"/>
          <w:szCs w:val="26"/>
        </w:rPr>
        <w:t>Overview: What Is Finish Carpentry and Why It Matters.</w:t>
      </w:r>
    </w:p>
    <w:p w14:paraId="13960673" w14:textId="77777777" w:rsidR="0010575D" w:rsidRPr="0010575D" w:rsidRDefault="0010575D" w:rsidP="0010575D"/>
    <w:p w14:paraId="48F3E1CE" w14:textId="77777777" w:rsidR="0010575D" w:rsidRPr="0010575D" w:rsidRDefault="0010575D" w:rsidP="0010575D">
      <w:r w:rsidRPr="0010575D">
        <w:rPr>
          <w:b/>
          <w:bCs/>
        </w:rPr>
        <w:t>Finish carpentry</w:t>
      </w:r>
      <w:r w:rsidRPr="0010575D">
        <w:t xml:space="preserve"> is the final stage of woodwork in construction, focused on visible elements that add both beauty and functionality. It comes into play after the structure is built and systems like electrical and drywall are in place. This phase refines a space and makes it livable and elegant.</w:t>
      </w:r>
    </w:p>
    <w:p w14:paraId="1D804FEB" w14:textId="77777777" w:rsidR="0010575D" w:rsidRDefault="0010575D" w:rsidP="0010575D">
      <w:pPr>
        <w:pStyle w:val="Heading2"/>
      </w:pPr>
      <w:r>
        <w:t>Key Aspects of Finish Carpentry</w:t>
      </w:r>
    </w:p>
    <w:tbl>
      <w:tblPr>
        <w:tblStyle w:val="TableGrid"/>
        <w:tblW w:w="10318" w:type="dxa"/>
        <w:tblLook w:val="04A0" w:firstRow="1" w:lastRow="0" w:firstColumn="1" w:lastColumn="0" w:noHBand="0" w:noVBand="1"/>
      </w:tblPr>
      <w:tblGrid>
        <w:gridCol w:w="1975"/>
        <w:gridCol w:w="8343"/>
      </w:tblGrid>
      <w:tr w:rsidR="0010575D" w14:paraId="3A66966F" w14:textId="77777777" w:rsidTr="0010575D">
        <w:trPr>
          <w:trHeight w:val="257"/>
        </w:trPr>
        <w:tc>
          <w:tcPr>
            <w:tcW w:w="1975" w:type="dxa"/>
          </w:tcPr>
          <w:p w14:paraId="5E86AEDB" w14:textId="77777777" w:rsidR="0010575D" w:rsidRPr="0010575D" w:rsidRDefault="0010575D" w:rsidP="00543E67">
            <w:pPr>
              <w:rPr>
                <w:b/>
                <w:bCs/>
              </w:rPr>
            </w:pPr>
            <w:r w:rsidRPr="0010575D">
              <w:rPr>
                <w:b/>
                <w:bCs/>
              </w:rPr>
              <w:t>Aspect</w:t>
            </w:r>
          </w:p>
        </w:tc>
        <w:tc>
          <w:tcPr>
            <w:tcW w:w="8343" w:type="dxa"/>
          </w:tcPr>
          <w:p w14:paraId="6FEEE225" w14:textId="77777777" w:rsidR="0010575D" w:rsidRPr="0010575D" w:rsidRDefault="0010575D" w:rsidP="00543E67">
            <w:pPr>
              <w:rPr>
                <w:b/>
                <w:bCs/>
              </w:rPr>
            </w:pPr>
            <w:r w:rsidRPr="0010575D">
              <w:rPr>
                <w:b/>
                <w:bCs/>
              </w:rPr>
              <w:t>Details</w:t>
            </w:r>
          </w:p>
        </w:tc>
      </w:tr>
      <w:tr w:rsidR="0010575D" w14:paraId="5112C6A9" w14:textId="77777777" w:rsidTr="0010575D">
        <w:trPr>
          <w:trHeight w:val="796"/>
        </w:trPr>
        <w:tc>
          <w:tcPr>
            <w:tcW w:w="1975" w:type="dxa"/>
          </w:tcPr>
          <w:p w14:paraId="0CA5F6DF" w14:textId="77777777" w:rsidR="0010575D" w:rsidRPr="0010575D" w:rsidRDefault="0010575D" w:rsidP="00543E67">
            <w:pPr>
              <w:rPr>
                <w:b/>
                <w:bCs/>
              </w:rPr>
            </w:pPr>
            <w:r w:rsidRPr="0010575D">
              <w:rPr>
                <w:b/>
                <w:bCs/>
              </w:rPr>
              <w:t>Purpose</w:t>
            </w:r>
          </w:p>
        </w:tc>
        <w:tc>
          <w:tcPr>
            <w:tcW w:w="8343" w:type="dxa"/>
          </w:tcPr>
          <w:p w14:paraId="55FC749E" w14:textId="77777777" w:rsidR="0010575D" w:rsidRDefault="0010575D" w:rsidP="00543E67">
            <w:r>
              <w:t>Adds aesthetic detail and usability—think trim, molding, cabinetry, and doors—making spaces polished and functional.</w:t>
            </w:r>
          </w:p>
        </w:tc>
      </w:tr>
      <w:tr w:rsidR="0010575D" w14:paraId="37B3E601" w14:textId="77777777" w:rsidTr="0010575D">
        <w:trPr>
          <w:trHeight w:val="683"/>
        </w:trPr>
        <w:tc>
          <w:tcPr>
            <w:tcW w:w="1975" w:type="dxa"/>
          </w:tcPr>
          <w:p w14:paraId="585C257F" w14:textId="77777777" w:rsidR="0010575D" w:rsidRPr="0010575D" w:rsidRDefault="0010575D" w:rsidP="00543E67">
            <w:pPr>
              <w:rPr>
                <w:b/>
                <w:bCs/>
              </w:rPr>
            </w:pPr>
            <w:r w:rsidRPr="0010575D">
              <w:rPr>
                <w:b/>
                <w:bCs/>
              </w:rPr>
              <w:t>Common Tasks</w:t>
            </w:r>
          </w:p>
        </w:tc>
        <w:tc>
          <w:tcPr>
            <w:tcW w:w="8343" w:type="dxa"/>
          </w:tcPr>
          <w:p w14:paraId="62176CC0" w14:textId="77777777" w:rsidR="0010575D" w:rsidRDefault="0010575D" w:rsidP="00543E67">
            <w:r>
              <w:t>Installing baseboards, crown molding, window and door casings, built-in shelving, wainscoting, and hardwood floors.</w:t>
            </w:r>
          </w:p>
        </w:tc>
      </w:tr>
      <w:tr w:rsidR="0010575D" w14:paraId="4C2309BC" w14:textId="77777777" w:rsidTr="0010575D">
        <w:trPr>
          <w:trHeight w:val="773"/>
        </w:trPr>
        <w:tc>
          <w:tcPr>
            <w:tcW w:w="1975" w:type="dxa"/>
          </w:tcPr>
          <w:p w14:paraId="0B8B8F8E" w14:textId="77777777" w:rsidR="0010575D" w:rsidRPr="0010575D" w:rsidRDefault="0010575D" w:rsidP="00543E67">
            <w:pPr>
              <w:rPr>
                <w:b/>
                <w:bCs/>
              </w:rPr>
            </w:pPr>
            <w:r w:rsidRPr="0010575D">
              <w:rPr>
                <w:b/>
                <w:bCs/>
              </w:rPr>
              <w:t>Materials Used</w:t>
            </w:r>
          </w:p>
        </w:tc>
        <w:tc>
          <w:tcPr>
            <w:tcW w:w="8343" w:type="dxa"/>
          </w:tcPr>
          <w:p w14:paraId="040EF03D" w14:textId="77777777" w:rsidR="0010575D" w:rsidRDefault="0010575D" w:rsidP="00543E67">
            <w:r>
              <w:t>High-quality and visually appealing materials like hardwoods (oak, maple, cherry), MDF for moldings, veneers, and decorative panels.</w:t>
            </w:r>
          </w:p>
        </w:tc>
      </w:tr>
      <w:tr w:rsidR="0010575D" w14:paraId="7C857F88" w14:textId="77777777" w:rsidTr="0010575D">
        <w:trPr>
          <w:trHeight w:val="800"/>
        </w:trPr>
        <w:tc>
          <w:tcPr>
            <w:tcW w:w="1975" w:type="dxa"/>
          </w:tcPr>
          <w:p w14:paraId="77394643" w14:textId="77777777" w:rsidR="0010575D" w:rsidRPr="0010575D" w:rsidRDefault="0010575D" w:rsidP="00543E67">
            <w:pPr>
              <w:rPr>
                <w:b/>
                <w:bCs/>
              </w:rPr>
            </w:pPr>
            <w:r w:rsidRPr="0010575D">
              <w:rPr>
                <w:b/>
                <w:bCs/>
              </w:rPr>
              <w:t>Tools &amp; Skills</w:t>
            </w:r>
          </w:p>
        </w:tc>
        <w:tc>
          <w:tcPr>
            <w:tcW w:w="8343" w:type="dxa"/>
          </w:tcPr>
          <w:p w14:paraId="6B4977CA" w14:textId="77777777" w:rsidR="0010575D" w:rsidRDefault="0010575D" w:rsidP="00543E67">
            <w:r>
              <w:t>Requires precision—using miter saws, brad/nail guns, chisels, sanding tools, and meticulous measurement to achieve a flawless finish.</w:t>
            </w:r>
          </w:p>
        </w:tc>
      </w:tr>
      <w:tr w:rsidR="0010575D" w14:paraId="54FCD574" w14:textId="77777777" w:rsidTr="0010575D">
        <w:trPr>
          <w:trHeight w:val="719"/>
        </w:trPr>
        <w:tc>
          <w:tcPr>
            <w:tcW w:w="1975" w:type="dxa"/>
          </w:tcPr>
          <w:p w14:paraId="287A8E0D" w14:textId="77777777" w:rsidR="0010575D" w:rsidRPr="0010575D" w:rsidRDefault="0010575D" w:rsidP="00543E67">
            <w:pPr>
              <w:rPr>
                <w:b/>
                <w:bCs/>
              </w:rPr>
            </w:pPr>
            <w:r w:rsidRPr="0010575D">
              <w:rPr>
                <w:b/>
                <w:bCs/>
              </w:rPr>
              <w:t>Project Timing</w:t>
            </w:r>
          </w:p>
        </w:tc>
        <w:tc>
          <w:tcPr>
            <w:tcW w:w="8343" w:type="dxa"/>
          </w:tcPr>
          <w:p w14:paraId="00A85621" w14:textId="77777777" w:rsidR="0010575D" w:rsidRDefault="0010575D" w:rsidP="00543E67">
            <w:r>
              <w:t>Performed after rough carpentry, plumbing, electrical, and drywall—when the project is structurally complete and ready for finishing touches.</w:t>
            </w:r>
          </w:p>
        </w:tc>
      </w:tr>
    </w:tbl>
    <w:p w14:paraId="02F906D3" w14:textId="1C2DA0D8" w:rsidR="0010575D" w:rsidRPr="0010575D" w:rsidRDefault="0010575D" w:rsidP="0010575D"/>
    <w:p w14:paraId="268770C5" w14:textId="7ADDC078" w:rsidR="0010575D" w:rsidRPr="0010575D" w:rsidRDefault="0010575D" w:rsidP="0010575D">
      <w:pPr>
        <w:rPr>
          <w:b/>
          <w:bCs/>
        </w:rPr>
      </w:pPr>
      <w:r w:rsidRPr="0010575D">
        <w:rPr>
          <w:b/>
          <w:bCs/>
        </w:rPr>
        <w:t>Why Finish Carpentry Is Essential</w:t>
      </w:r>
      <w:r>
        <w:rPr>
          <w:b/>
          <w:bCs/>
        </w:rPr>
        <w:t>.</w:t>
      </w:r>
    </w:p>
    <w:p w14:paraId="34FDFE2D" w14:textId="282DC29E" w:rsidR="0010575D" w:rsidRPr="0010575D" w:rsidRDefault="0010575D" w:rsidP="0010575D">
      <w:pPr>
        <w:numPr>
          <w:ilvl w:val="0"/>
          <w:numId w:val="16"/>
        </w:numPr>
      </w:pPr>
      <w:r w:rsidRPr="0010575D">
        <w:rPr>
          <w:b/>
          <w:bCs/>
        </w:rPr>
        <w:t>Completes the Visual Design</w:t>
      </w:r>
      <w:r>
        <w:rPr>
          <w:b/>
          <w:bCs/>
        </w:rPr>
        <w:t>.</w:t>
      </w:r>
      <w:r w:rsidRPr="0010575D">
        <w:br/>
        <w:t>Finish carpentry brings the architectural style to life. Without trim, casings, and cleanly fitted elements, even well-framed spaces look incomplete.</w:t>
      </w:r>
    </w:p>
    <w:p w14:paraId="0F0CCF34" w14:textId="7E8FE729" w:rsidR="0010575D" w:rsidRPr="0010575D" w:rsidRDefault="0010575D" w:rsidP="0010575D">
      <w:pPr>
        <w:numPr>
          <w:ilvl w:val="0"/>
          <w:numId w:val="16"/>
        </w:numPr>
      </w:pPr>
      <w:r w:rsidRPr="0010575D">
        <w:rPr>
          <w:b/>
          <w:bCs/>
        </w:rPr>
        <w:t>Improves Function and Durability</w:t>
      </w:r>
      <w:r>
        <w:rPr>
          <w:b/>
          <w:bCs/>
        </w:rPr>
        <w:t>.</w:t>
      </w:r>
      <w:r w:rsidRPr="0010575D">
        <w:br/>
        <w:t>Properly installed doors, windows, and trim protect against wear and improve usability by ensuring smooth operation and sealing edges.</w:t>
      </w:r>
    </w:p>
    <w:p w14:paraId="7975C2F9" w14:textId="71A3FFD6" w:rsidR="0010575D" w:rsidRPr="0010575D" w:rsidRDefault="0010575D" w:rsidP="0010575D">
      <w:pPr>
        <w:numPr>
          <w:ilvl w:val="0"/>
          <w:numId w:val="16"/>
        </w:numPr>
      </w:pPr>
      <w:r w:rsidRPr="0010575D">
        <w:rPr>
          <w:b/>
          <w:bCs/>
        </w:rPr>
        <w:t>Adds Value and Craftsmanship</w:t>
      </w:r>
      <w:r>
        <w:rPr>
          <w:b/>
          <w:bCs/>
        </w:rPr>
        <w:t>.</w:t>
      </w:r>
      <w:r w:rsidRPr="0010575D">
        <w:br/>
        <w:t>High-quality finish work enhances a building’s feel, adds resale appeal, and showcases skilled craftsmanship.</w:t>
      </w:r>
    </w:p>
    <w:p w14:paraId="35C5B66E" w14:textId="77777777" w:rsidR="0010575D" w:rsidRPr="0010575D" w:rsidRDefault="0010575D" w:rsidP="0010575D">
      <w:pPr>
        <w:numPr>
          <w:ilvl w:val="0"/>
          <w:numId w:val="16"/>
        </w:numPr>
      </w:pPr>
      <w:r w:rsidRPr="0010575D">
        <w:rPr>
          <w:b/>
          <w:bCs/>
        </w:rPr>
        <w:t>Defines the Final Quality</w:t>
      </w:r>
      <w:r w:rsidRPr="0010575D">
        <w:br/>
        <w:t>A structure’s underlying frame may be sound, but the polish of finish carpentry is what gives a space distinction and a sense of completeness</w:t>
      </w:r>
    </w:p>
    <w:p w14:paraId="04C5AC70" w14:textId="77777777" w:rsidR="0010575D" w:rsidRPr="0010575D" w:rsidRDefault="0010575D" w:rsidP="0010575D"/>
    <w:p w14:paraId="32454CB9" w14:textId="07AFB1FE" w:rsidR="00577F48" w:rsidRPr="00C226E8" w:rsidRDefault="00E40A57" w:rsidP="0010575D">
      <w:pPr>
        <w:pStyle w:val="Heading1"/>
        <w:numPr>
          <w:ilvl w:val="0"/>
          <w:numId w:val="17"/>
        </w:numPr>
        <w:spacing w:line="240" w:lineRule="auto"/>
        <w:rPr>
          <w:rFonts w:asciiTheme="minorHAnsi" w:hAnsiTheme="minorHAnsi" w:cstheme="majorHAnsi"/>
          <w:color w:val="4F81BD" w:themeColor="accent1"/>
        </w:rPr>
      </w:pPr>
      <w:r w:rsidRPr="00C226E8">
        <w:rPr>
          <w:rFonts w:asciiTheme="minorHAnsi" w:hAnsiTheme="minorHAnsi"/>
          <w:noProof/>
          <w:color w:val="4F81BD" w:themeColor="accent1"/>
        </w:rPr>
        <w:lastRenderedPageBreak/>
        <w:drawing>
          <wp:anchor distT="0" distB="0" distL="114300" distR="114300" simplePos="0" relativeHeight="251658240" behindDoc="1" locked="0" layoutInCell="1" allowOverlap="1" wp14:anchorId="005D496D" wp14:editId="5D1B8C3C">
            <wp:simplePos x="0" y="0"/>
            <wp:positionH relativeFrom="column">
              <wp:posOffset>3954780</wp:posOffset>
            </wp:positionH>
            <wp:positionV relativeFrom="paragraph">
              <wp:posOffset>0</wp:posOffset>
            </wp:positionV>
            <wp:extent cx="2476500" cy="2495550"/>
            <wp:effectExtent l="0" t="0" r="0" b="0"/>
            <wp:wrapThrough wrapText="bothSides">
              <wp:wrapPolygon edited="0">
                <wp:start x="0" y="0"/>
                <wp:lineTo x="0" y="21435"/>
                <wp:lineTo x="21434" y="21435"/>
                <wp:lineTo x="21434" y="0"/>
                <wp:lineTo x="0" y="0"/>
              </wp:wrapPolygon>
            </wp:wrapThrough>
            <wp:docPr id="12570260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026094" name="Picture 1257026094"/>
                    <pic:cNvPicPr/>
                  </pic:nvPicPr>
                  <pic:blipFill>
                    <a:blip r:embed="rId7"/>
                    <a:stretch>
                      <a:fillRect/>
                    </a:stretch>
                  </pic:blipFill>
                  <pic:spPr>
                    <a:xfrm>
                      <a:off x="0" y="0"/>
                      <a:ext cx="2476500" cy="2495550"/>
                    </a:xfrm>
                    <a:prstGeom prst="rect">
                      <a:avLst/>
                    </a:prstGeom>
                  </pic:spPr>
                </pic:pic>
              </a:graphicData>
            </a:graphic>
          </wp:anchor>
        </w:drawing>
      </w:r>
      <w:r w:rsidR="00577F48" w:rsidRPr="00C226E8">
        <w:rPr>
          <w:rFonts w:asciiTheme="minorHAnsi" w:hAnsiTheme="minorHAnsi" w:cstheme="majorHAnsi"/>
          <w:color w:val="4F81BD" w:themeColor="accent1"/>
        </w:rPr>
        <w:t>Identify</w:t>
      </w:r>
      <w:r w:rsidR="00C767A9" w:rsidRPr="00C226E8">
        <w:rPr>
          <w:rFonts w:asciiTheme="minorHAnsi" w:hAnsiTheme="minorHAnsi" w:cstheme="majorHAnsi"/>
          <w:color w:val="4F81BD" w:themeColor="accent1"/>
        </w:rPr>
        <w:t xml:space="preserve"> trim</w:t>
      </w:r>
      <w:r w:rsidR="00163C88" w:rsidRPr="00C226E8">
        <w:rPr>
          <w:rFonts w:asciiTheme="minorHAnsi" w:hAnsiTheme="minorHAnsi" w:cstheme="majorHAnsi"/>
          <w:color w:val="4F81BD" w:themeColor="accent1"/>
        </w:rPr>
        <w:t>.</w:t>
      </w:r>
    </w:p>
    <w:p w14:paraId="3091AA21" w14:textId="3E70C7D9" w:rsidR="00E40A57" w:rsidRPr="00E40A57" w:rsidRDefault="00E40A57" w:rsidP="00E40A57">
      <w:pPr>
        <w:jc w:val="center"/>
      </w:pPr>
    </w:p>
    <w:p w14:paraId="1CF7BEE5" w14:textId="389E76EE" w:rsidR="00F9023B" w:rsidRPr="00C226E8" w:rsidRDefault="00C226E8" w:rsidP="00163C88">
      <w:pPr>
        <w:pStyle w:val="Heading1"/>
        <w:spacing w:line="240" w:lineRule="auto"/>
        <w:rPr>
          <w:rFonts w:asciiTheme="minorHAnsi" w:hAnsiTheme="minorHAnsi" w:cstheme="majorHAnsi"/>
          <w:color w:val="4F81BD" w:themeColor="accent1"/>
          <w:sz w:val="26"/>
          <w:szCs w:val="26"/>
        </w:rPr>
      </w:pPr>
      <w:r w:rsidRPr="00C226E8">
        <w:rPr>
          <w:rFonts w:asciiTheme="minorHAnsi" w:hAnsiTheme="minorHAnsi" w:cstheme="majorHAnsi"/>
          <w:color w:val="4F81BD" w:themeColor="accent1"/>
          <w:sz w:val="26"/>
          <w:szCs w:val="26"/>
        </w:rPr>
        <w:t>Objective</w:t>
      </w:r>
    </w:p>
    <w:p w14:paraId="67632078" w14:textId="77777777" w:rsidR="00F9023B" w:rsidRPr="00E40A57" w:rsidRDefault="00C226E8" w:rsidP="00163C88">
      <w:pPr>
        <w:spacing w:after="0" w:line="240" w:lineRule="auto"/>
        <w:rPr>
          <w:rFonts w:cstheme="majorHAnsi"/>
        </w:rPr>
      </w:pPr>
      <w:r w:rsidRPr="00E40A57">
        <w:rPr>
          <w:rFonts w:cstheme="majorHAnsi"/>
        </w:rPr>
        <w:t xml:space="preserve">Students will </w:t>
      </w:r>
      <w:r w:rsidRPr="00E40A57">
        <w:rPr>
          <w:rFonts w:cstheme="majorHAnsi"/>
        </w:rPr>
        <w:t>visually identify and label different finish carpentry materials and trim types commonly found in interior spaces.</w:t>
      </w:r>
    </w:p>
    <w:p w14:paraId="60E18E28" w14:textId="77777777" w:rsidR="00F9023B" w:rsidRPr="00E40A57" w:rsidRDefault="00C226E8" w:rsidP="00163C88">
      <w:pPr>
        <w:pStyle w:val="Heading1"/>
        <w:spacing w:line="240" w:lineRule="auto"/>
        <w:rPr>
          <w:rFonts w:asciiTheme="minorHAnsi" w:hAnsiTheme="minorHAnsi" w:cstheme="majorHAnsi"/>
          <w:sz w:val="26"/>
          <w:szCs w:val="26"/>
        </w:rPr>
      </w:pPr>
      <w:r w:rsidRPr="00E40A57">
        <w:rPr>
          <w:rFonts w:asciiTheme="minorHAnsi" w:hAnsiTheme="minorHAnsi" w:cstheme="majorHAnsi"/>
          <w:color w:val="4F81BD" w:themeColor="accent1"/>
          <w:sz w:val="26"/>
          <w:szCs w:val="26"/>
        </w:rPr>
        <w:t>Materials Needed</w:t>
      </w:r>
    </w:p>
    <w:p w14:paraId="1D2FA1AF" w14:textId="77777777" w:rsidR="00F9023B" w:rsidRPr="00E40A57" w:rsidRDefault="00C226E8" w:rsidP="00163C88">
      <w:pPr>
        <w:pStyle w:val="ListBullet"/>
        <w:spacing w:after="0" w:line="240" w:lineRule="auto"/>
        <w:rPr>
          <w:rFonts w:cstheme="majorHAnsi"/>
        </w:rPr>
      </w:pPr>
      <w:r w:rsidRPr="00E40A57">
        <w:rPr>
          <w:rFonts w:cstheme="majorHAnsi"/>
        </w:rPr>
        <w:t>Pens/pencils</w:t>
      </w:r>
    </w:p>
    <w:p w14:paraId="74976FE4" w14:textId="77777777" w:rsidR="00F9023B" w:rsidRPr="00E40A57" w:rsidRDefault="00C226E8" w:rsidP="00163C88">
      <w:pPr>
        <w:pStyle w:val="Heading1"/>
        <w:spacing w:line="240" w:lineRule="auto"/>
        <w:rPr>
          <w:rFonts w:asciiTheme="minorHAnsi" w:hAnsiTheme="minorHAnsi" w:cstheme="majorHAnsi"/>
          <w:color w:val="4F81BD" w:themeColor="accent1"/>
        </w:rPr>
      </w:pPr>
      <w:r w:rsidRPr="00E40A57">
        <w:rPr>
          <w:rFonts w:asciiTheme="minorHAnsi" w:hAnsiTheme="minorHAnsi" w:cstheme="majorHAnsi"/>
          <w:color w:val="4F81BD" w:themeColor="accent1"/>
        </w:rPr>
        <w:t>Instructions</w:t>
      </w:r>
    </w:p>
    <w:p w14:paraId="6712B9B2" w14:textId="77777777" w:rsidR="00F9023B" w:rsidRPr="00E40A57" w:rsidRDefault="00C226E8" w:rsidP="00163C88">
      <w:pPr>
        <w:pStyle w:val="ListNumber"/>
        <w:spacing w:after="0" w:line="240" w:lineRule="auto"/>
        <w:rPr>
          <w:rFonts w:cstheme="majorHAnsi"/>
        </w:rPr>
      </w:pPr>
      <w:r w:rsidRPr="00E40A57">
        <w:rPr>
          <w:rFonts w:cstheme="majorHAnsi"/>
        </w:rPr>
        <w:t>Walk around the classroom, school hallway, or your home.</w:t>
      </w:r>
    </w:p>
    <w:p w14:paraId="546AD2CE" w14:textId="77777777" w:rsidR="00F9023B" w:rsidRPr="00E40A57" w:rsidRDefault="00C226E8" w:rsidP="00163C88">
      <w:pPr>
        <w:pStyle w:val="ListNumber"/>
        <w:spacing w:after="0" w:line="240" w:lineRule="auto"/>
        <w:rPr>
          <w:rFonts w:cstheme="majorHAnsi"/>
        </w:rPr>
      </w:pPr>
      <w:r w:rsidRPr="00E40A57">
        <w:rPr>
          <w:rFonts w:cstheme="majorHAnsi"/>
        </w:rPr>
        <w:t xml:space="preserve">Make a list of all finish carpentry </w:t>
      </w:r>
      <w:r w:rsidRPr="00E40A57">
        <w:rPr>
          <w:rFonts w:cstheme="majorHAnsi"/>
        </w:rPr>
        <w:t>components you observe.</w:t>
      </w:r>
    </w:p>
    <w:p w14:paraId="21260D51" w14:textId="77777777" w:rsidR="00F9023B" w:rsidRPr="00E40A57" w:rsidRDefault="00C226E8" w:rsidP="00163C88">
      <w:pPr>
        <w:pStyle w:val="ListNumber"/>
        <w:spacing w:after="0" w:line="240" w:lineRule="auto"/>
        <w:rPr>
          <w:rFonts w:cstheme="majorHAnsi"/>
        </w:rPr>
      </w:pPr>
      <w:r w:rsidRPr="00E40A57">
        <w:rPr>
          <w:rFonts w:cstheme="majorHAnsi"/>
        </w:rPr>
        <w:t>Sketch one section (e.g., a door casing or baseboard transition) and label the parts.</w:t>
      </w:r>
    </w:p>
    <w:p w14:paraId="61167F29" w14:textId="77777777" w:rsidR="0010575D" w:rsidRPr="00E40A57" w:rsidRDefault="0010575D" w:rsidP="0010575D">
      <w:pPr>
        <w:pStyle w:val="ListNumber"/>
        <w:numPr>
          <w:ilvl w:val="0"/>
          <w:numId w:val="0"/>
        </w:numPr>
        <w:spacing w:after="0" w:line="240" w:lineRule="auto"/>
        <w:ind w:left="360"/>
        <w:rPr>
          <w:rFonts w:cstheme="majorHAnsi"/>
        </w:rPr>
      </w:pPr>
    </w:p>
    <w:p w14:paraId="6D06495E" w14:textId="77777777" w:rsidR="00163C88" w:rsidRPr="00E40A57" w:rsidRDefault="00163C88" w:rsidP="00163C88">
      <w:pPr>
        <w:spacing w:after="0" w:line="240" w:lineRule="auto"/>
        <w:rPr>
          <w:rFonts w:cstheme="majorHAnsi"/>
        </w:rPr>
      </w:pPr>
    </w:p>
    <w:p w14:paraId="77C81C2D" w14:textId="3D39C9FA" w:rsidR="00F9023B" w:rsidRPr="00E40A57" w:rsidRDefault="00C226E8" w:rsidP="00163C88">
      <w:pPr>
        <w:spacing w:after="0" w:line="240" w:lineRule="auto"/>
        <w:rPr>
          <w:rFonts w:cstheme="majorHAnsi"/>
        </w:rPr>
      </w:pPr>
      <w:r w:rsidRPr="00E40A57">
        <w:rPr>
          <w:rFonts w:cstheme="majorHAnsi"/>
        </w:rPr>
        <w:t>1. Trim Type Identified: _______________________________</w:t>
      </w:r>
    </w:p>
    <w:p w14:paraId="2E06BDA6" w14:textId="77777777" w:rsidR="00163C88" w:rsidRPr="00E40A57" w:rsidRDefault="00163C88" w:rsidP="00163C88">
      <w:pPr>
        <w:spacing w:after="0" w:line="240" w:lineRule="auto"/>
        <w:rPr>
          <w:rFonts w:cstheme="majorHAnsi"/>
        </w:rPr>
      </w:pPr>
    </w:p>
    <w:p w14:paraId="52EDEDC5" w14:textId="77777777" w:rsidR="00F9023B" w:rsidRDefault="00C226E8" w:rsidP="00163C88">
      <w:pPr>
        <w:spacing w:after="0" w:line="240" w:lineRule="auto"/>
        <w:rPr>
          <w:rFonts w:cstheme="majorHAnsi"/>
        </w:rPr>
      </w:pPr>
      <w:r w:rsidRPr="00E40A57">
        <w:rPr>
          <w:rFonts w:cstheme="majorHAnsi"/>
        </w:rPr>
        <w:t xml:space="preserve">   Description/Location: _______________________________</w:t>
      </w:r>
    </w:p>
    <w:p w14:paraId="68BF0F7F" w14:textId="77777777" w:rsidR="00E40A57" w:rsidRPr="00E40A57" w:rsidRDefault="00E40A57" w:rsidP="00163C88">
      <w:pPr>
        <w:spacing w:after="0" w:line="240" w:lineRule="auto"/>
        <w:rPr>
          <w:rFonts w:cstheme="majorHAnsi"/>
        </w:rPr>
      </w:pPr>
    </w:p>
    <w:p w14:paraId="0CC78F7D" w14:textId="77777777" w:rsidR="00F9023B" w:rsidRPr="00E40A57" w:rsidRDefault="00C226E8" w:rsidP="00163C88">
      <w:pPr>
        <w:spacing w:after="0" w:line="240" w:lineRule="auto"/>
        <w:rPr>
          <w:rFonts w:cstheme="majorHAnsi"/>
        </w:rPr>
      </w:pPr>
      <w:r w:rsidRPr="00E40A57">
        <w:rPr>
          <w:rFonts w:cstheme="majorHAnsi"/>
        </w:rPr>
        <w:br/>
        <w:t>2. Trim Type Identified: __</w:t>
      </w:r>
      <w:r w:rsidRPr="00E40A57">
        <w:rPr>
          <w:rFonts w:cstheme="majorHAnsi"/>
        </w:rPr>
        <w:t>_____________________________</w:t>
      </w:r>
    </w:p>
    <w:p w14:paraId="599CE16C" w14:textId="77777777" w:rsidR="00163C88" w:rsidRPr="00E40A57" w:rsidRDefault="00C226E8" w:rsidP="00163C88">
      <w:pPr>
        <w:spacing w:after="0" w:line="240" w:lineRule="auto"/>
        <w:rPr>
          <w:rFonts w:cstheme="majorHAnsi"/>
        </w:rPr>
      </w:pPr>
      <w:r w:rsidRPr="00E40A57">
        <w:rPr>
          <w:rFonts w:cstheme="majorHAnsi"/>
        </w:rPr>
        <w:t xml:space="preserve">   </w:t>
      </w:r>
    </w:p>
    <w:p w14:paraId="5ED8579F" w14:textId="04694C39" w:rsidR="00F9023B" w:rsidRDefault="00163C88" w:rsidP="00163C88">
      <w:pPr>
        <w:spacing w:after="0" w:line="240" w:lineRule="auto"/>
        <w:rPr>
          <w:rFonts w:cstheme="majorHAnsi"/>
        </w:rPr>
      </w:pPr>
      <w:r w:rsidRPr="00E40A57">
        <w:rPr>
          <w:rFonts w:cstheme="majorHAnsi"/>
        </w:rPr>
        <w:t xml:space="preserve">    Description/Location: _______________________________</w:t>
      </w:r>
    </w:p>
    <w:p w14:paraId="31CC43C1" w14:textId="77777777" w:rsidR="00E40A57" w:rsidRPr="00E40A57" w:rsidRDefault="00E40A57" w:rsidP="00163C88">
      <w:pPr>
        <w:spacing w:after="0" w:line="240" w:lineRule="auto"/>
        <w:rPr>
          <w:rFonts w:cstheme="majorHAnsi"/>
        </w:rPr>
      </w:pPr>
    </w:p>
    <w:p w14:paraId="2CA644DB" w14:textId="77777777" w:rsidR="00F9023B" w:rsidRPr="00E40A57" w:rsidRDefault="00C226E8" w:rsidP="00163C88">
      <w:pPr>
        <w:spacing w:after="0" w:line="240" w:lineRule="auto"/>
        <w:rPr>
          <w:rFonts w:cstheme="majorHAnsi"/>
        </w:rPr>
      </w:pPr>
      <w:r w:rsidRPr="00E40A57">
        <w:rPr>
          <w:rFonts w:cstheme="majorHAnsi"/>
        </w:rPr>
        <w:br/>
        <w:t>3. Trim Type Identified: _______________________________</w:t>
      </w:r>
    </w:p>
    <w:p w14:paraId="02C1F7FD" w14:textId="77777777" w:rsidR="00163C88" w:rsidRPr="00E40A57" w:rsidRDefault="00C226E8" w:rsidP="00163C88">
      <w:pPr>
        <w:spacing w:after="0" w:line="240" w:lineRule="auto"/>
        <w:rPr>
          <w:rFonts w:cstheme="majorHAnsi"/>
        </w:rPr>
      </w:pPr>
      <w:r w:rsidRPr="00E40A57">
        <w:rPr>
          <w:rFonts w:cstheme="majorHAnsi"/>
        </w:rPr>
        <w:t xml:space="preserve">   </w:t>
      </w:r>
    </w:p>
    <w:p w14:paraId="01AC5416" w14:textId="7E6BEE58" w:rsidR="00F9023B" w:rsidRDefault="00163C88" w:rsidP="00163C88">
      <w:pPr>
        <w:spacing w:after="0" w:line="240" w:lineRule="auto"/>
        <w:rPr>
          <w:rFonts w:cstheme="majorHAnsi"/>
        </w:rPr>
      </w:pPr>
      <w:r w:rsidRPr="00E40A57">
        <w:rPr>
          <w:rFonts w:cstheme="majorHAnsi"/>
        </w:rPr>
        <w:t xml:space="preserve">    Description/Location: _______________________________</w:t>
      </w:r>
    </w:p>
    <w:p w14:paraId="1150E45C" w14:textId="77777777" w:rsidR="00E40A57" w:rsidRPr="00E40A57" w:rsidRDefault="00E40A57" w:rsidP="00163C88">
      <w:pPr>
        <w:spacing w:after="0" w:line="240" w:lineRule="auto"/>
        <w:rPr>
          <w:rFonts w:cstheme="majorHAnsi"/>
        </w:rPr>
      </w:pPr>
    </w:p>
    <w:p w14:paraId="4B229141" w14:textId="77777777" w:rsidR="00F9023B" w:rsidRPr="00E40A57" w:rsidRDefault="00C226E8" w:rsidP="00163C88">
      <w:pPr>
        <w:spacing w:after="0" w:line="240" w:lineRule="auto"/>
        <w:rPr>
          <w:rFonts w:cstheme="majorHAnsi"/>
        </w:rPr>
      </w:pPr>
      <w:r w:rsidRPr="00E40A57">
        <w:rPr>
          <w:rFonts w:cstheme="majorHAnsi"/>
        </w:rPr>
        <w:br/>
        <w:t xml:space="preserve">4. Trim Type Identified: </w:t>
      </w:r>
      <w:r w:rsidRPr="00E40A57">
        <w:rPr>
          <w:rFonts w:cstheme="majorHAnsi"/>
        </w:rPr>
        <w:t>_______________________________</w:t>
      </w:r>
    </w:p>
    <w:p w14:paraId="5902A4FA" w14:textId="77777777" w:rsidR="00163C88" w:rsidRPr="00E40A57" w:rsidRDefault="00C226E8" w:rsidP="00163C88">
      <w:pPr>
        <w:spacing w:after="0" w:line="240" w:lineRule="auto"/>
        <w:rPr>
          <w:rFonts w:cstheme="majorHAnsi"/>
        </w:rPr>
      </w:pPr>
      <w:r w:rsidRPr="00E40A57">
        <w:rPr>
          <w:rFonts w:cstheme="majorHAnsi"/>
        </w:rPr>
        <w:t xml:space="preserve">   </w:t>
      </w:r>
    </w:p>
    <w:p w14:paraId="082B4C7A" w14:textId="5754B2B5" w:rsidR="00F9023B" w:rsidRPr="00E40A57" w:rsidRDefault="00163C88" w:rsidP="00163C88">
      <w:pPr>
        <w:spacing w:after="0" w:line="240" w:lineRule="auto"/>
        <w:rPr>
          <w:rFonts w:cstheme="majorHAnsi"/>
        </w:rPr>
      </w:pPr>
      <w:r w:rsidRPr="00E40A57">
        <w:rPr>
          <w:rFonts w:cstheme="majorHAnsi"/>
        </w:rPr>
        <w:t xml:space="preserve">     Description/Location: _______________________________</w:t>
      </w:r>
    </w:p>
    <w:p w14:paraId="55A4A8CA" w14:textId="77777777" w:rsidR="00FE0EB1" w:rsidRPr="00F15762" w:rsidRDefault="00FE0EB1" w:rsidP="00163C88">
      <w:pPr>
        <w:spacing w:after="0" w:line="240" w:lineRule="auto"/>
        <w:rPr>
          <w:rFonts w:asciiTheme="majorHAnsi" w:hAnsiTheme="majorHAnsi" w:cstheme="majorHAnsi"/>
        </w:rPr>
      </w:pPr>
    </w:p>
    <w:p w14:paraId="612D5941" w14:textId="77777777" w:rsidR="00163C88" w:rsidRPr="00F15762" w:rsidRDefault="00163C88" w:rsidP="00163C88">
      <w:pPr>
        <w:spacing w:after="0" w:line="240" w:lineRule="auto"/>
        <w:rPr>
          <w:rFonts w:asciiTheme="majorHAnsi" w:hAnsiTheme="majorHAnsi" w:cstheme="majorHAnsi"/>
        </w:rPr>
      </w:pPr>
    </w:p>
    <w:p w14:paraId="0025F51A" w14:textId="77777777" w:rsidR="00163C88" w:rsidRPr="00F15762" w:rsidRDefault="00163C88" w:rsidP="00163C88">
      <w:pPr>
        <w:spacing w:after="0" w:line="240" w:lineRule="auto"/>
        <w:rPr>
          <w:rFonts w:asciiTheme="majorHAnsi" w:hAnsiTheme="majorHAnsi" w:cstheme="majorHAnsi"/>
        </w:rPr>
      </w:pPr>
    </w:p>
    <w:p w14:paraId="56B7B5EC" w14:textId="77777777" w:rsidR="00163C88" w:rsidRPr="00F15762" w:rsidRDefault="00163C88" w:rsidP="00163C88">
      <w:pPr>
        <w:spacing w:after="0" w:line="240" w:lineRule="auto"/>
        <w:rPr>
          <w:rFonts w:asciiTheme="majorHAnsi" w:hAnsiTheme="majorHAnsi" w:cstheme="majorHAnsi"/>
        </w:rPr>
      </w:pPr>
    </w:p>
    <w:p w14:paraId="67979B16" w14:textId="77777777" w:rsidR="00163C88" w:rsidRPr="00F15762" w:rsidRDefault="00163C88" w:rsidP="00163C88">
      <w:pPr>
        <w:spacing w:after="0" w:line="240" w:lineRule="auto"/>
        <w:rPr>
          <w:rFonts w:asciiTheme="majorHAnsi" w:hAnsiTheme="majorHAnsi" w:cstheme="majorHAnsi"/>
        </w:rPr>
      </w:pPr>
    </w:p>
    <w:p w14:paraId="422D30F1" w14:textId="77777777" w:rsidR="00163C88" w:rsidRPr="00F15762" w:rsidRDefault="00163C88" w:rsidP="00163C88">
      <w:pPr>
        <w:spacing w:after="0" w:line="240" w:lineRule="auto"/>
        <w:rPr>
          <w:rFonts w:asciiTheme="majorHAnsi" w:hAnsiTheme="majorHAnsi" w:cstheme="majorHAnsi"/>
        </w:rPr>
      </w:pPr>
    </w:p>
    <w:p w14:paraId="62A27730" w14:textId="77777777" w:rsidR="00163C88" w:rsidRPr="00F15762" w:rsidRDefault="00163C88" w:rsidP="00163C88">
      <w:pPr>
        <w:spacing w:after="0" w:line="240" w:lineRule="auto"/>
        <w:rPr>
          <w:rFonts w:asciiTheme="majorHAnsi" w:hAnsiTheme="majorHAnsi" w:cstheme="majorHAnsi"/>
        </w:rPr>
      </w:pPr>
    </w:p>
    <w:p w14:paraId="1A34C365" w14:textId="77777777" w:rsidR="00163C88" w:rsidRPr="00F15762" w:rsidRDefault="00163C88" w:rsidP="00163C88">
      <w:pPr>
        <w:spacing w:after="0" w:line="240" w:lineRule="auto"/>
        <w:rPr>
          <w:rFonts w:asciiTheme="majorHAnsi" w:hAnsiTheme="majorHAnsi" w:cstheme="majorHAnsi"/>
        </w:rPr>
      </w:pPr>
    </w:p>
    <w:p w14:paraId="1C57C547" w14:textId="77777777" w:rsidR="00163C88" w:rsidRDefault="00163C88" w:rsidP="00163C88">
      <w:pPr>
        <w:spacing w:after="0" w:line="240" w:lineRule="auto"/>
        <w:rPr>
          <w:rFonts w:asciiTheme="majorHAnsi" w:hAnsiTheme="majorHAnsi" w:cstheme="majorHAnsi"/>
        </w:rPr>
      </w:pPr>
    </w:p>
    <w:p w14:paraId="5E070EBD" w14:textId="77777777" w:rsidR="0010575D" w:rsidRDefault="0010575D" w:rsidP="00163C88">
      <w:pPr>
        <w:spacing w:after="0" w:line="240" w:lineRule="auto"/>
        <w:rPr>
          <w:rFonts w:asciiTheme="majorHAnsi" w:hAnsiTheme="majorHAnsi" w:cstheme="majorHAnsi"/>
        </w:rPr>
      </w:pPr>
    </w:p>
    <w:p w14:paraId="11ECE99F" w14:textId="77777777" w:rsidR="0010575D" w:rsidRPr="00F15762" w:rsidRDefault="0010575D" w:rsidP="00163C88">
      <w:pPr>
        <w:spacing w:after="0" w:line="240" w:lineRule="auto"/>
        <w:rPr>
          <w:rFonts w:asciiTheme="majorHAnsi" w:hAnsiTheme="majorHAnsi" w:cstheme="majorHAnsi"/>
        </w:rPr>
      </w:pPr>
    </w:p>
    <w:p w14:paraId="002190FB" w14:textId="460FA26A" w:rsidR="00F9023B" w:rsidRPr="00C226E8" w:rsidRDefault="0010575D" w:rsidP="00163C88">
      <w:pPr>
        <w:pStyle w:val="Heading2"/>
        <w:spacing w:line="240" w:lineRule="auto"/>
        <w:rPr>
          <w:rFonts w:asciiTheme="minorHAnsi" w:hAnsiTheme="minorHAnsi" w:cstheme="majorHAnsi"/>
        </w:rPr>
      </w:pPr>
      <w:r w:rsidRPr="00C226E8">
        <w:rPr>
          <w:rFonts w:asciiTheme="minorHAnsi" w:hAnsiTheme="minorHAnsi" w:cstheme="majorHAnsi"/>
        </w:rPr>
        <w:t xml:space="preserve">    3</w:t>
      </w:r>
      <w:r w:rsidR="00163C88" w:rsidRPr="00C226E8">
        <w:rPr>
          <w:rFonts w:asciiTheme="minorHAnsi" w:hAnsiTheme="minorHAnsi" w:cstheme="majorHAnsi"/>
        </w:rPr>
        <w:t>. Sketch Area</w:t>
      </w:r>
      <w:r w:rsidRPr="00C226E8">
        <w:rPr>
          <w:rFonts w:asciiTheme="minorHAnsi" w:hAnsiTheme="minorHAnsi" w:cstheme="majorHAnsi"/>
        </w:rPr>
        <w:t>.</w:t>
      </w:r>
    </w:p>
    <w:p w14:paraId="53C69A84" w14:textId="77777777" w:rsidR="0010575D" w:rsidRPr="00C226E8" w:rsidRDefault="0010575D" w:rsidP="0010575D"/>
    <w:p w14:paraId="22C3AA8D" w14:textId="77777777" w:rsidR="00F9023B" w:rsidRPr="00C226E8" w:rsidRDefault="00C226E8" w:rsidP="00163C88">
      <w:pPr>
        <w:spacing w:after="0" w:line="240" w:lineRule="auto"/>
        <w:rPr>
          <w:rFonts w:cstheme="majorHAnsi"/>
        </w:rPr>
      </w:pPr>
      <w:r w:rsidRPr="00C226E8">
        <w:rPr>
          <w:rFonts w:cstheme="majorHAnsi"/>
        </w:rPr>
        <w:t>Sketch a section of trim you observed (</w:t>
      </w:r>
      <w:r w:rsidRPr="00C226E8">
        <w:rPr>
          <w:rFonts w:cstheme="majorHAnsi"/>
          <w:i/>
          <w:iCs/>
        </w:rPr>
        <w:t>e.g., door casing or baseboard</w:t>
      </w:r>
      <w:r w:rsidRPr="00C226E8">
        <w:rPr>
          <w:rFonts w:cstheme="majorHAnsi"/>
        </w:rPr>
        <w:t>) and label its parts below:</w:t>
      </w:r>
    </w:p>
    <w:p w14:paraId="511D73D2" w14:textId="77777777" w:rsidR="00577F48" w:rsidRPr="00F15762" w:rsidRDefault="00577F48" w:rsidP="00163C88">
      <w:pPr>
        <w:spacing w:after="0" w:line="240" w:lineRule="auto"/>
        <w:rPr>
          <w:rFonts w:asciiTheme="majorHAnsi" w:hAnsiTheme="majorHAnsi" w:cstheme="majorHAnsi"/>
        </w:rPr>
      </w:pPr>
    </w:p>
    <w:p w14:paraId="48B4404A" w14:textId="77777777" w:rsidR="00577F48" w:rsidRPr="00F15762" w:rsidRDefault="00577F48" w:rsidP="00163C88">
      <w:pPr>
        <w:spacing w:after="0" w:line="240" w:lineRule="auto"/>
        <w:rPr>
          <w:rFonts w:asciiTheme="majorHAnsi" w:hAnsiTheme="majorHAnsi" w:cstheme="majorHAnsi"/>
        </w:rPr>
      </w:pPr>
    </w:p>
    <w:p w14:paraId="6B23E526" w14:textId="77777777" w:rsidR="00577F48" w:rsidRPr="00F15762" w:rsidRDefault="00577F48" w:rsidP="00163C88">
      <w:pPr>
        <w:spacing w:after="0" w:line="240" w:lineRule="auto"/>
        <w:rPr>
          <w:rFonts w:asciiTheme="majorHAnsi" w:hAnsiTheme="majorHAnsi" w:cstheme="majorHAnsi"/>
        </w:rPr>
      </w:pPr>
    </w:p>
    <w:p w14:paraId="312D595B" w14:textId="77777777" w:rsidR="00577F48" w:rsidRPr="00F15762" w:rsidRDefault="00577F48" w:rsidP="00163C88">
      <w:pPr>
        <w:spacing w:after="0" w:line="240" w:lineRule="auto"/>
        <w:rPr>
          <w:rFonts w:asciiTheme="majorHAnsi" w:hAnsiTheme="majorHAnsi" w:cstheme="majorHAnsi"/>
        </w:rPr>
      </w:pPr>
    </w:p>
    <w:p w14:paraId="5D083E72" w14:textId="77777777" w:rsidR="00577F48" w:rsidRPr="00F15762" w:rsidRDefault="00577F48" w:rsidP="00163C88">
      <w:pPr>
        <w:spacing w:after="0" w:line="240" w:lineRule="auto"/>
        <w:rPr>
          <w:rFonts w:asciiTheme="majorHAnsi" w:hAnsiTheme="majorHAnsi" w:cstheme="majorHAnsi"/>
        </w:rPr>
      </w:pPr>
    </w:p>
    <w:p w14:paraId="4BF69608" w14:textId="77777777" w:rsidR="00577F48" w:rsidRPr="00F15762" w:rsidRDefault="00577F48" w:rsidP="00163C88">
      <w:pPr>
        <w:spacing w:after="0" w:line="240" w:lineRule="auto"/>
        <w:rPr>
          <w:rFonts w:asciiTheme="majorHAnsi" w:hAnsiTheme="majorHAnsi" w:cstheme="majorHAnsi"/>
        </w:rPr>
      </w:pPr>
    </w:p>
    <w:p w14:paraId="2170E709" w14:textId="77777777" w:rsidR="00577F48" w:rsidRPr="00F15762" w:rsidRDefault="00577F48" w:rsidP="00163C88">
      <w:pPr>
        <w:spacing w:after="0" w:line="240" w:lineRule="auto"/>
        <w:rPr>
          <w:rFonts w:asciiTheme="majorHAnsi" w:hAnsiTheme="majorHAnsi" w:cstheme="majorHAnsi"/>
        </w:rPr>
      </w:pPr>
    </w:p>
    <w:p w14:paraId="7A394C2F" w14:textId="77777777" w:rsidR="00577F48" w:rsidRPr="00F15762" w:rsidRDefault="00577F48" w:rsidP="00163C88">
      <w:pPr>
        <w:spacing w:after="0" w:line="240" w:lineRule="auto"/>
        <w:rPr>
          <w:rFonts w:asciiTheme="majorHAnsi" w:hAnsiTheme="majorHAnsi" w:cstheme="majorHAnsi"/>
        </w:rPr>
      </w:pPr>
    </w:p>
    <w:p w14:paraId="63A6FA20" w14:textId="77777777" w:rsidR="00577F48" w:rsidRPr="00F15762" w:rsidRDefault="00577F48" w:rsidP="00163C88">
      <w:pPr>
        <w:spacing w:after="0" w:line="240" w:lineRule="auto"/>
        <w:rPr>
          <w:rFonts w:asciiTheme="majorHAnsi" w:hAnsiTheme="majorHAnsi" w:cstheme="majorHAnsi"/>
        </w:rPr>
      </w:pPr>
    </w:p>
    <w:p w14:paraId="1DDC68EE" w14:textId="77777777" w:rsidR="00577F48" w:rsidRPr="00F15762" w:rsidRDefault="00577F48" w:rsidP="00163C88">
      <w:pPr>
        <w:spacing w:after="0" w:line="240" w:lineRule="auto"/>
        <w:rPr>
          <w:rFonts w:asciiTheme="majorHAnsi" w:hAnsiTheme="majorHAnsi" w:cstheme="majorHAnsi"/>
        </w:rPr>
      </w:pPr>
    </w:p>
    <w:p w14:paraId="6BD0C095" w14:textId="77777777" w:rsidR="00577F48" w:rsidRPr="00F15762" w:rsidRDefault="00577F48" w:rsidP="00163C88">
      <w:pPr>
        <w:spacing w:after="0" w:line="240" w:lineRule="auto"/>
        <w:rPr>
          <w:rFonts w:asciiTheme="majorHAnsi" w:hAnsiTheme="majorHAnsi" w:cstheme="majorHAnsi"/>
        </w:rPr>
      </w:pPr>
    </w:p>
    <w:p w14:paraId="379B2ED2" w14:textId="77777777" w:rsidR="00577F48" w:rsidRPr="00F15762" w:rsidRDefault="00577F48" w:rsidP="00163C88">
      <w:pPr>
        <w:spacing w:after="0" w:line="240" w:lineRule="auto"/>
        <w:rPr>
          <w:rFonts w:asciiTheme="majorHAnsi" w:hAnsiTheme="majorHAnsi" w:cstheme="majorHAnsi"/>
        </w:rPr>
      </w:pPr>
    </w:p>
    <w:p w14:paraId="613103D7" w14:textId="77777777" w:rsidR="00163C88" w:rsidRPr="00F15762" w:rsidRDefault="00163C88" w:rsidP="00163C88">
      <w:pPr>
        <w:spacing w:after="0" w:line="240" w:lineRule="auto"/>
        <w:rPr>
          <w:rFonts w:asciiTheme="majorHAnsi" w:hAnsiTheme="majorHAnsi" w:cstheme="majorHAnsi"/>
        </w:rPr>
      </w:pPr>
    </w:p>
    <w:p w14:paraId="67C59234" w14:textId="77777777" w:rsidR="00163C88" w:rsidRPr="00F15762" w:rsidRDefault="00163C88" w:rsidP="00163C88">
      <w:pPr>
        <w:spacing w:after="0" w:line="240" w:lineRule="auto"/>
        <w:rPr>
          <w:rFonts w:asciiTheme="majorHAnsi" w:hAnsiTheme="majorHAnsi" w:cstheme="majorHAnsi"/>
        </w:rPr>
      </w:pPr>
    </w:p>
    <w:p w14:paraId="49FDAA2B" w14:textId="77777777" w:rsidR="00163C88" w:rsidRPr="00F15762" w:rsidRDefault="00163C88" w:rsidP="00163C88">
      <w:pPr>
        <w:spacing w:after="0" w:line="240" w:lineRule="auto"/>
        <w:rPr>
          <w:rFonts w:asciiTheme="majorHAnsi" w:hAnsiTheme="majorHAnsi" w:cstheme="majorHAnsi"/>
        </w:rPr>
      </w:pPr>
    </w:p>
    <w:p w14:paraId="061F94D0" w14:textId="77777777" w:rsidR="00163C88" w:rsidRPr="00F15762" w:rsidRDefault="00163C88" w:rsidP="00163C88">
      <w:pPr>
        <w:spacing w:after="0" w:line="240" w:lineRule="auto"/>
        <w:rPr>
          <w:rFonts w:asciiTheme="majorHAnsi" w:hAnsiTheme="majorHAnsi" w:cstheme="majorHAnsi"/>
        </w:rPr>
      </w:pPr>
    </w:p>
    <w:p w14:paraId="0AEAA87E" w14:textId="77777777" w:rsidR="00163C88" w:rsidRPr="00F15762" w:rsidRDefault="00163C88" w:rsidP="00163C88">
      <w:pPr>
        <w:spacing w:after="0" w:line="240" w:lineRule="auto"/>
        <w:rPr>
          <w:rFonts w:asciiTheme="majorHAnsi" w:hAnsiTheme="majorHAnsi" w:cstheme="majorHAnsi"/>
        </w:rPr>
      </w:pPr>
    </w:p>
    <w:p w14:paraId="512F4CAD" w14:textId="77777777" w:rsidR="00163C88" w:rsidRPr="00F15762" w:rsidRDefault="00163C88" w:rsidP="00163C88">
      <w:pPr>
        <w:spacing w:after="0" w:line="240" w:lineRule="auto"/>
        <w:rPr>
          <w:rFonts w:asciiTheme="majorHAnsi" w:hAnsiTheme="majorHAnsi" w:cstheme="majorHAnsi"/>
        </w:rPr>
      </w:pPr>
    </w:p>
    <w:p w14:paraId="172A8840" w14:textId="77777777" w:rsidR="00163C88" w:rsidRPr="00F15762" w:rsidRDefault="00163C88" w:rsidP="00163C88">
      <w:pPr>
        <w:spacing w:after="0" w:line="240" w:lineRule="auto"/>
        <w:rPr>
          <w:rFonts w:asciiTheme="majorHAnsi" w:hAnsiTheme="majorHAnsi" w:cstheme="majorHAnsi"/>
        </w:rPr>
      </w:pPr>
    </w:p>
    <w:p w14:paraId="5129CE4F" w14:textId="77777777" w:rsidR="00163C88" w:rsidRPr="00F15762" w:rsidRDefault="00163C88" w:rsidP="00163C88">
      <w:pPr>
        <w:spacing w:after="0" w:line="240" w:lineRule="auto"/>
        <w:rPr>
          <w:rFonts w:asciiTheme="majorHAnsi" w:hAnsiTheme="majorHAnsi" w:cstheme="majorHAnsi"/>
        </w:rPr>
      </w:pPr>
    </w:p>
    <w:p w14:paraId="678C5D82" w14:textId="77777777" w:rsidR="00163C88" w:rsidRPr="00F15762" w:rsidRDefault="00163C88" w:rsidP="00163C88">
      <w:pPr>
        <w:spacing w:after="0" w:line="240" w:lineRule="auto"/>
        <w:rPr>
          <w:rFonts w:asciiTheme="majorHAnsi" w:hAnsiTheme="majorHAnsi" w:cstheme="majorHAnsi"/>
        </w:rPr>
      </w:pPr>
    </w:p>
    <w:p w14:paraId="15E525D9" w14:textId="77777777" w:rsidR="00163C88" w:rsidRPr="00F15762" w:rsidRDefault="00163C88" w:rsidP="00163C88">
      <w:pPr>
        <w:spacing w:after="0" w:line="240" w:lineRule="auto"/>
        <w:rPr>
          <w:rFonts w:asciiTheme="majorHAnsi" w:hAnsiTheme="majorHAnsi" w:cstheme="majorHAnsi"/>
        </w:rPr>
      </w:pPr>
    </w:p>
    <w:p w14:paraId="2972C8FA" w14:textId="77777777" w:rsidR="00163C88" w:rsidRPr="00F15762" w:rsidRDefault="00163C88" w:rsidP="00163C88">
      <w:pPr>
        <w:spacing w:after="0" w:line="240" w:lineRule="auto"/>
        <w:rPr>
          <w:rFonts w:asciiTheme="majorHAnsi" w:hAnsiTheme="majorHAnsi" w:cstheme="majorHAnsi"/>
        </w:rPr>
      </w:pPr>
    </w:p>
    <w:p w14:paraId="7142E909" w14:textId="77777777" w:rsidR="00163C88" w:rsidRPr="00F15762" w:rsidRDefault="00163C88" w:rsidP="00163C88">
      <w:pPr>
        <w:spacing w:after="0" w:line="240" w:lineRule="auto"/>
        <w:rPr>
          <w:rFonts w:asciiTheme="majorHAnsi" w:hAnsiTheme="majorHAnsi" w:cstheme="majorHAnsi"/>
        </w:rPr>
      </w:pPr>
    </w:p>
    <w:p w14:paraId="384A9A09" w14:textId="77777777" w:rsidR="00163C88" w:rsidRPr="00F15762" w:rsidRDefault="00163C88" w:rsidP="00163C88">
      <w:pPr>
        <w:spacing w:after="0" w:line="240" w:lineRule="auto"/>
        <w:rPr>
          <w:rFonts w:asciiTheme="majorHAnsi" w:hAnsiTheme="majorHAnsi" w:cstheme="majorHAnsi"/>
        </w:rPr>
      </w:pPr>
    </w:p>
    <w:p w14:paraId="3735D32A" w14:textId="77777777" w:rsidR="00163C88" w:rsidRPr="00F15762" w:rsidRDefault="00163C88" w:rsidP="00163C88">
      <w:pPr>
        <w:spacing w:after="0" w:line="240" w:lineRule="auto"/>
        <w:rPr>
          <w:rFonts w:asciiTheme="majorHAnsi" w:hAnsiTheme="majorHAnsi" w:cstheme="majorHAnsi"/>
        </w:rPr>
      </w:pPr>
    </w:p>
    <w:p w14:paraId="4933E7C8" w14:textId="77777777" w:rsidR="00163C88" w:rsidRPr="00F15762" w:rsidRDefault="00163C88" w:rsidP="00163C88">
      <w:pPr>
        <w:spacing w:after="0" w:line="240" w:lineRule="auto"/>
        <w:rPr>
          <w:rFonts w:asciiTheme="majorHAnsi" w:hAnsiTheme="majorHAnsi" w:cstheme="majorHAnsi"/>
        </w:rPr>
      </w:pPr>
    </w:p>
    <w:p w14:paraId="7BAC45B5" w14:textId="77777777" w:rsidR="00163C88" w:rsidRPr="00F15762" w:rsidRDefault="00163C88" w:rsidP="00163C88">
      <w:pPr>
        <w:spacing w:after="0" w:line="240" w:lineRule="auto"/>
        <w:rPr>
          <w:rFonts w:asciiTheme="majorHAnsi" w:hAnsiTheme="majorHAnsi" w:cstheme="majorHAnsi"/>
        </w:rPr>
      </w:pPr>
    </w:p>
    <w:p w14:paraId="3086A4DB" w14:textId="77777777" w:rsidR="00163C88" w:rsidRPr="00F15762" w:rsidRDefault="00163C88" w:rsidP="00163C88">
      <w:pPr>
        <w:spacing w:after="0" w:line="240" w:lineRule="auto"/>
        <w:rPr>
          <w:rFonts w:asciiTheme="majorHAnsi" w:hAnsiTheme="majorHAnsi" w:cstheme="majorHAnsi"/>
        </w:rPr>
      </w:pPr>
    </w:p>
    <w:p w14:paraId="1B174950" w14:textId="77777777" w:rsidR="00163C88" w:rsidRPr="00F15762" w:rsidRDefault="00163C88" w:rsidP="00163C88">
      <w:pPr>
        <w:spacing w:after="0" w:line="240" w:lineRule="auto"/>
        <w:rPr>
          <w:rFonts w:asciiTheme="majorHAnsi" w:hAnsiTheme="majorHAnsi" w:cstheme="majorHAnsi"/>
        </w:rPr>
      </w:pPr>
    </w:p>
    <w:p w14:paraId="0B7D9443" w14:textId="77777777" w:rsidR="00163C88" w:rsidRPr="00F15762" w:rsidRDefault="00163C88" w:rsidP="00163C88">
      <w:pPr>
        <w:spacing w:after="0" w:line="240" w:lineRule="auto"/>
        <w:rPr>
          <w:rFonts w:asciiTheme="majorHAnsi" w:hAnsiTheme="majorHAnsi" w:cstheme="majorHAnsi"/>
        </w:rPr>
      </w:pPr>
    </w:p>
    <w:p w14:paraId="7D9E7AF6" w14:textId="77777777" w:rsidR="00163C88" w:rsidRPr="00F15762" w:rsidRDefault="00163C88" w:rsidP="00163C88">
      <w:pPr>
        <w:spacing w:after="0" w:line="240" w:lineRule="auto"/>
        <w:rPr>
          <w:rFonts w:asciiTheme="majorHAnsi" w:hAnsiTheme="majorHAnsi" w:cstheme="majorHAnsi"/>
        </w:rPr>
      </w:pPr>
    </w:p>
    <w:p w14:paraId="090117A3" w14:textId="77777777" w:rsidR="00163C88" w:rsidRPr="00F15762" w:rsidRDefault="00163C88" w:rsidP="00163C88">
      <w:pPr>
        <w:spacing w:after="0" w:line="240" w:lineRule="auto"/>
        <w:rPr>
          <w:rFonts w:asciiTheme="majorHAnsi" w:hAnsiTheme="majorHAnsi" w:cstheme="majorHAnsi"/>
        </w:rPr>
      </w:pPr>
    </w:p>
    <w:p w14:paraId="0331675D" w14:textId="77777777" w:rsidR="00163C88" w:rsidRPr="00F15762" w:rsidRDefault="00163C88" w:rsidP="00163C88">
      <w:pPr>
        <w:spacing w:after="0" w:line="240" w:lineRule="auto"/>
        <w:rPr>
          <w:rFonts w:asciiTheme="majorHAnsi" w:hAnsiTheme="majorHAnsi" w:cstheme="majorHAnsi"/>
        </w:rPr>
      </w:pPr>
    </w:p>
    <w:p w14:paraId="3D93FD74" w14:textId="77777777" w:rsidR="00163C88" w:rsidRPr="00F15762" w:rsidRDefault="00163C88" w:rsidP="00163C88">
      <w:pPr>
        <w:spacing w:after="0" w:line="240" w:lineRule="auto"/>
        <w:rPr>
          <w:rFonts w:asciiTheme="majorHAnsi" w:hAnsiTheme="majorHAnsi" w:cstheme="majorHAnsi"/>
        </w:rPr>
      </w:pPr>
    </w:p>
    <w:p w14:paraId="17C626F3" w14:textId="77777777" w:rsidR="00577F48" w:rsidRPr="00F15762" w:rsidRDefault="00577F48" w:rsidP="00163C88">
      <w:pPr>
        <w:spacing w:after="0" w:line="240" w:lineRule="auto"/>
        <w:rPr>
          <w:rFonts w:asciiTheme="majorHAnsi" w:hAnsiTheme="majorHAnsi" w:cstheme="majorHAnsi"/>
        </w:rPr>
      </w:pPr>
    </w:p>
    <w:p w14:paraId="18B41177" w14:textId="77777777" w:rsidR="00577F48" w:rsidRPr="00F15762" w:rsidRDefault="00577F48" w:rsidP="00163C88">
      <w:pPr>
        <w:spacing w:after="0" w:line="240" w:lineRule="auto"/>
        <w:rPr>
          <w:rFonts w:asciiTheme="majorHAnsi" w:hAnsiTheme="majorHAnsi" w:cstheme="majorHAnsi"/>
        </w:rPr>
      </w:pPr>
    </w:p>
    <w:p w14:paraId="0260924D" w14:textId="77777777" w:rsidR="00577F48" w:rsidRPr="00F15762" w:rsidRDefault="00577F48" w:rsidP="00163C88">
      <w:pPr>
        <w:spacing w:after="0" w:line="240" w:lineRule="auto"/>
        <w:rPr>
          <w:rFonts w:asciiTheme="majorHAnsi" w:hAnsiTheme="majorHAnsi" w:cstheme="majorHAnsi"/>
        </w:rPr>
      </w:pPr>
    </w:p>
    <w:p w14:paraId="22E78058" w14:textId="77777777" w:rsidR="00577F48" w:rsidRPr="00F15762" w:rsidRDefault="00577F48" w:rsidP="00163C88">
      <w:pPr>
        <w:spacing w:after="0" w:line="240" w:lineRule="auto"/>
        <w:rPr>
          <w:rFonts w:asciiTheme="majorHAnsi" w:hAnsiTheme="majorHAnsi" w:cstheme="majorHAnsi"/>
        </w:rPr>
      </w:pPr>
    </w:p>
    <w:p w14:paraId="1D49D4C7" w14:textId="77777777" w:rsidR="00577F48" w:rsidRPr="00F15762" w:rsidRDefault="00577F48" w:rsidP="00163C88">
      <w:pPr>
        <w:spacing w:after="0" w:line="240" w:lineRule="auto"/>
        <w:rPr>
          <w:rFonts w:asciiTheme="majorHAnsi" w:hAnsiTheme="majorHAnsi" w:cstheme="majorHAnsi"/>
        </w:rPr>
      </w:pPr>
    </w:p>
    <w:p w14:paraId="774BCB6C" w14:textId="77777777" w:rsidR="00577F48" w:rsidRPr="00F15762" w:rsidRDefault="00577F48" w:rsidP="00163C88">
      <w:pPr>
        <w:spacing w:after="0" w:line="240" w:lineRule="auto"/>
        <w:rPr>
          <w:rFonts w:asciiTheme="majorHAnsi" w:hAnsiTheme="majorHAnsi" w:cstheme="majorHAnsi"/>
        </w:rPr>
      </w:pPr>
    </w:p>
    <w:p w14:paraId="5E358EE1" w14:textId="77777777" w:rsidR="00577F48" w:rsidRPr="00F15762" w:rsidRDefault="00577F48" w:rsidP="00163C88">
      <w:pPr>
        <w:spacing w:after="0" w:line="240" w:lineRule="auto"/>
        <w:rPr>
          <w:rFonts w:asciiTheme="majorHAnsi" w:hAnsiTheme="majorHAnsi" w:cstheme="majorHAnsi"/>
        </w:rPr>
      </w:pPr>
    </w:p>
    <w:p w14:paraId="5D86901C" w14:textId="77777777" w:rsidR="00577F48" w:rsidRPr="00F15762" w:rsidRDefault="00577F48" w:rsidP="00163C88">
      <w:pPr>
        <w:spacing w:after="0" w:line="240" w:lineRule="auto"/>
        <w:rPr>
          <w:rFonts w:asciiTheme="majorHAnsi" w:hAnsiTheme="majorHAnsi" w:cstheme="majorHAnsi"/>
        </w:rPr>
      </w:pPr>
    </w:p>
    <w:p w14:paraId="3219ECF1" w14:textId="77777777" w:rsidR="00577F48" w:rsidRPr="00C226E8" w:rsidRDefault="00577F48" w:rsidP="00163C88">
      <w:pPr>
        <w:spacing w:after="0" w:line="240" w:lineRule="auto"/>
        <w:rPr>
          <w:rFonts w:cstheme="majorHAnsi"/>
        </w:rPr>
      </w:pPr>
    </w:p>
    <w:p w14:paraId="5BDAED59" w14:textId="18E310B5" w:rsidR="00944BE9" w:rsidRPr="00C226E8" w:rsidRDefault="00037AFB" w:rsidP="00F15762">
      <w:pPr>
        <w:pStyle w:val="Title"/>
        <w:pBdr>
          <w:bottom w:val="none" w:sz="0" w:space="0" w:color="auto"/>
        </w:pBdr>
        <w:spacing w:after="0"/>
        <w:rPr>
          <w:rFonts w:asciiTheme="minorHAnsi" w:hAnsiTheme="minorHAnsi" w:cstheme="majorHAnsi"/>
          <w:b/>
          <w:bCs/>
          <w:sz w:val="26"/>
          <w:szCs w:val="26"/>
        </w:rPr>
      </w:pPr>
      <w:r w:rsidRPr="00C226E8">
        <w:rPr>
          <w:rFonts w:asciiTheme="minorHAnsi" w:hAnsiTheme="minorHAnsi" w:cstheme="majorHAnsi"/>
          <w:b/>
          <w:bCs/>
          <w:color w:val="4F81BD" w:themeColor="accent1"/>
          <w:sz w:val="26"/>
          <w:szCs w:val="26"/>
        </w:rPr>
        <w:t>4</w:t>
      </w:r>
      <w:r w:rsidR="00F15762" w:rsidRPr="00C226E8">
        <w:rPr>
          <w:rFonts w:asciiTheme="minorHAnsi" w:hAnsiTheme="minorHAnsi" w:cstheme="majorHAnsi"/>
          <w:b/>
          <w:bCs/>
          <w:color w:val="4F81BD" w:themeColor="accent1"/>
          <w:sz w:val="26"/>
          <w:szCs w:val="26"/>
        </w:rPr>
        <w:t xml:space="preserve">. </w:t>
      </w:r>
      <w:r w:rsidR="00944BE9" w:rsidRPr="00C226E8">
        <w:rPr>
          <w:rFonts w:asciiTheme="minorHAnsi" w:hAnsiTheme="minorHAnsi" w:cstheme="majorHAnsi"/>
          <w:b/>
          <w:bCs/>
          <w:color w:val="4F81BD" w:themeColor="accent1"/>
          <w:sz w:val="26"/>
          <w:szCs w:val="26"/>
        </w:rPr>
        <w:t>Using a Speed Square and Tape Measure for Layout</w:t>
      </w:r>
      <w:r w:rsidR="00F15762" w:rsidRPr="00C226E8">
        <w:rPr>
          <w:rFonts w:asciiTheme="minorHAnsi" w:hAnsiTheme="minorHAnsi" w:cstheme="majorHAnsi"/>
          <w:b/>
          <w:bCs/>
          <w:color w:val="4F81BD" w:themeColor="accent1"/>
          <w:sz w:val="26"/>
          <w:szCs w:val="26"/>
        </w:rPr>
        <w:t>.</w:t>
      </w:r>
    </w:p>
    <w:p w14:paraId="78D064BE" w14:textId="77777777" w:rsidR="00944BE9" w:rsidRPr="00C226E8" w:rsidRDefault="00944BE9" w:rsidP="00F15762">
      <w:pPr>
        <w:pStyle w:val="Heading1"/>
        <w:spacing w:line="240" w:lineRule="auto"/>
        <w:rPr>
          <w:rFonts w:asciiTheme="minorHAnsi" w:hAnsiTheme="minorHAnsi" w:cstheme="majorHAnsi"/>
          <w:color w:val="4F81BD" w:themeColor="accent1"/>
          <w:sz w:val="24"/>
          <w:szCs w:val="24"/>
        </w:rPr>
      </w:pPr>
      <w:r w:rsidRPr="00C226E8">
        <w:rPr>
          <w:rFonts w:asciiTheme="minorHAnsi" w:hAnsiTheme="minorHAnsi" w:cstheme="majorHAnsi"/>
          <w:color w:val="4F81BD" w:themeColor="accent1"/>
          <w:sz w:val="24"/>
          <w:szCs w:val="24"/>
        </w:rPr>
        <w:t>Lesson Overview</w:t>
      </w:r>
    </w:p>
    <w:p w14:paraId="213AAE87" w14:textId="77777777" w:rsidR="00FE1998" w:rsidRPr="00FE1998" w:rsidRDefault="00FE1998" w:rsidP="00FE1998"/>
    <w:p w14:paraId="6DB5BF10" w14:textId="0AB8958B" w:rsidR="00944BE9" w:rsidRPr="00FE1998" w:rsidRDefault="00944BE9" w:rsidP="00163C88">
      <w:pPr>
        <w:spacing w:after="0" w:line="240" w:lineRule="auto"/>
        <w:rPr>
          <w:rFonts w:cstheme="majorHAnsi"/>
        </w:rPr>
      </w:pPr>
      <w:r w:rsidRPr="00FE1998">
        <w:rPr>
          <w:rFonts w:cstheme="majorHAnsi"/>
        </w:rPr>
        <w:t>In this lesson, students will learn how to accurately measure and mark dimensions using a tape measure and speed square. They will practice marking standard construction layouts and angles on wood to prepare for framing and finish carpentry tasks.</w:t>
      </w:r>
    </w:p>
    <w:p w14:paraId="1B880134" w14:textId="4BA2F1B2" w:rsidR="00CC4342" w:rsidRPr="00FE1998" w:rsidRDefault="00037AFB" w:rsidP="00CC4342">
      <w:pPr>
        <w:pStyle w:val="Heading2"/>
        <w:spacing w:line="240" w:lineRule="auto"/>
        <w:rPr>
          <w:rFonts w:asciiTheme="minorHAnsi" w:hAnsiTheme="minorHAnsi" w:cstheme="majorHAnsi"/>
          <w:b w:val="0"/>
          <w:bCs w:val="0"/>
          <w:color w:val="auto"/>
          <w:sz w:val="22"/>
          <w:szCs w:val="22"/>
        </w:rPr>
      </w:pPr>
      <w:r w:rsidRPr="00FE1998">
        <w:rPr>
          <w:rFonts w:asciiTheme="minorHAnsi" w:hAnsiTheme="minorHAnsi" w:cstheme="majorHAnsi"/>
          <w:b w:val="0"/>
          <w:bCs w:val="0"/>
          <w:color w:val="auto"/>
          <w:sz w:val="22"/>
          <w:szCs w:val="22"/>
        </w:rPr>
        <w:t>There are</w:t>
      </w:r>
      <w:r w:rsidR="00F15762" w:rsidRPr="00FE1998">
        <w:rPr>
          <w:rFonts w:asciiTheme="minorHAnsi" w:hAnsiTheme="minorHAnsi" w:cstheme="majorHAnsi"/>
          <w:b w:val="0"/>
          <w:bCs w:val="0"/>
          <w:color w:val="auto"/>
          <w:sz w:val="22"/>
          <w:szCs w:val="22"/>
        </w:rPr>
        <w:t xml:space="preserve"> two essential layout tools in carpentry: the tape measure and the speed square. </w:t>
      </w:r>
    </w:p>
    <w:p w14:paraId="678EDCFE" w14:textId="77777777" w:rsidR="00CC4342" w:rsidRPr="00FE1998" w:rsidRDefault="00CC4342" w:rsidP="00CC4342">
      <w:pPr>
        <w:spacing w:after="0" w:line="240" w:lineRule="auto"/>
      </w:pPr>
    </w:p>
    <w:p w14:paraId="646A1751" w14:textId="77777777" w:rsidR="00CC4342" w:rsidRPr="00FE1998" w:rsidRDefault="00CC4342" w:rsidP="00CC4342">
      <w:pPr>
        <w:spacing w:after="0" w:line="240" w:lineRule="auto"/>
        <w:rPr>
          <w:rFonts w:cstheme="majorHAnsi"/>
        </w:rPr>
      </w:pPr>
      <w:r w:rsidRPr="00FE1998">
        <w:rPr>
          <w:rFonts w:cstheme="majorHAnsi"/>
        </w:rPr>
        <w:t>Reading a tape measure accurately is a foundational carpentry skill. Most tape measures in the U.S. use imperial units—inches and feet. Each large numbered line on the tape represents 1 inch, with the foot marks (e.g., 1F, 2F) often highlighted in red or bold. Between each inch are fractional lines. The longest line between inches is ½ inch, the next longest is ¼ inch, then ⅛ inch, and finally 1⁄16 inch, which is the smallest common division. Each of these marks represents a smaller portion of the inch and helps carpenters make precise cuts and layouts.</w:t>
      </w:r>
    </w:p>
    <w:p w14:paraId="79F68BCA" w14:textId="77777777" w:rsidR="00CC4342" w:rsidRPr="00FE1998" w:rsidRDefault="00CC4342" w:rsidP="00CC4342">
      <w:pPr>
        <w:spacing w:after="0" w:line="240" w:lineRule="auto"/>
        <w:rPr>
          <w:rFonts w:cstheme="majorHAnsi"/>
        </w:rPr>
      </w:pPr>
    </w:p>
    <w:p w14:paraId="550D69CC" w14:textId="437BA85B" w:rsidR="00CC4342" w:rsidRPr="00FE1998" w:rsidRDefault="00CC4342" w:rsidP="00CC4342">
      <w:pPr>
        <w:spacing w:after="0" w:line="240" w:lineRule="auto"/>
        <w:rPr>
          <w:rFonts w:cstheme="majorHAnsi"/>
        </w:rPr>
      </w:pPr>
      <w:r w:rsidRPr="00FE1998">
        <w:rPr>
          <w:rFonts w:cstheme="majorHAnsi"/>
        </w:rPr>
        <w:t>It's also important to understand the hook tab at the end of the tape. This metal piece is designed to move slightly—it compensates for its own thickness when taking inside versus outside measurements. For highly precise work, carpenters sometimes “burn an inch” by starting at the 1" mark to avoid any potential error from the hook. Reading a tape measure confidently means understanding the numbering system, recognizing fractional divisions, and knowing when to adjust for accuracy.</w:t>
      </w:r>
    </w:p>
    <w:p w14:paraId="04AF4019" w14:textId="77777777" w:rsidR="00CC4342" w:rsidRPr="00FE1998" w:rsidRDefault="00CC4342" w:rsidP="00CC4342">
      <w:pPr>
        <w:pStyle w:val="Heading2"/>
        <w:rPr>
          <w:rFonts w:asciiTheme="minorHAnsi" w:hAnsiTheme="minorHAnsi" w:cstheme="majorHAnsi"/>
          <w:b w:val="0"/>
          <w:bCs w:val="0"/>
          <w:color w:val="auto"/>
          <w:sz w:val="22"/>
          <w:szCs w:val="22"/>
        </w:rPr>
      </w:pPr>
      <w:r w:rsidRPr="00FE1998">
        <w:rPr>
          <w:rFonts w:asciiTheme="minorHAnsi" w:hAnsiTheme="minorHAnsi" w:cstheme="majorHAnsi"/>
          <w:b w:val="0"/>
          <w:bCs w:val="0"/>
          <w:color w:val="auto"/>
          <w:sz w:val="22"/>
          <w:szCs w:val="22"/>
        </w:rPr>
        <w:t>A speed square is one of the most versatile and essential tools in carpentry, often used for measuring, marking, and checking angles. It’s shaped like a right triangle and combines the functions of a try square, miter square, protractor, and saw guide all in one. The fence (or lip) allows you to snug the tool against the edge of a board for quick 90° (square) and 45° markings. This makes it easy to draw perpendicular lines for cutting or layout work.</w:t>
      </w:r>
    </w:p>
    <w:p w14:paraId="523AA0B9" w14:textId="77777777" w:rsidR="00CC4342" w:rsidRPr="00FE1998" w:rsidRDefault="00CC4342" w:rsidP="00CC4342">
      <w:pPr>
        <w:pStyle w:val="Heading2"/>
        <w:rPr>
          <w:rFonts w:asciiTheme="minorHAnsi" w:hAnsiTheme="minorHAnsi" w:cstheme="majorHAnsi"/>
          <w:b w:val="0"/>
          <w:bCs w:val="0"/>
          <w:color w:val="auto"/>
          <w:sz w:val="22"/>
          <w:szCs w:val="22"/>
        </w:rPr>
      </w:pPr>
      <w:r w:rsidRPr="00FE1998">
        <w:rPr>
          <w:rFonts w:asciiTheme="minorHAnsi" w:hAnsiTheme="minorHAnsi" w:cstheme="majorHAnsi"/>
          <w:b w:val="0"/>
          <w:bCs w:val="0"/>
          <w:color w:val="auto"/>
          <w:sz w:val="22"/>
          <w:szCs w:val="22"/>
        </w:rPr>
        <w:t>The speed square is also equipped with a degree scale, which lets you measure or mark angles for rafters, stairs, or angled cuts. The pivot point is the corner where the fence meets the triangle—this is where you rotate the square to find a specific angle. Along the edge are scribe notches, which let you quickly mark parallel lines by inserting a pencil and sliding the square along the wood. Whether you're framing, cutting, or laying out a project, the speed square helps ensure clean, accurate measurements with minimal tools.</w:t>
      </w:r>
    </w:p>
    <w:p w14:paraId="3E90F770" w14:textId="77777777" w:rsidR="0010575D" w:rsidRDefault="0010575D" w:rsidP="0010575D"/>
    <w:p w14:paraId="1607C793" w14:textId="77777777" w:rsidR="00FE1998" w:rsidRDefault="00FE1998" w:rsidP="0010575D"/>
    <w:p w14:paraId="2550EDAA" w14:textId="77777777" w:rsidR="00FE1998" w:rsidRDefault="00FE1998" w:rsidP="0010575D"/>
    <w:p w14:paraId="05DC8728" w14:textId="77777777" w:rsidR="00FE1998" w:rsidRDefault="00FE1998" w:rsidP="0010575D"/>
    <w:p w14:paraId="59570FEF" w14:textId="77777777" w:rsidR="00FE1998" w:rsidRPr="0010575D" w:rsidRDefault="00FE1998" w:rsidP="0010575D"/>
    <w:p w14:paraId="4D479BE2" w14:textId="77777777" w:rsidR="00CC4342" w:rsidRPr="00CC4342" w:rsidRDefault="00CC4342" w:rsidP="00CC4342"/>
    <w:p w14:paraId="5E5B4C36" w14:textId="77777777" w:rsidR="00FE1998" w:rsidRDefault="00FE1998" w:rsidP="00FE1998">
      <w:pPr>
        <w:pStyle w:val="Heading2"/>
      </w:pPr>
      <w:r>
        <w:t>Materials Needed</w:t>
      </w:r>
    </w:p>
    <w:p w14:paraId="6F87AB5A" w14:textId="77777777" w:rsidR="00FE1998" w:rsidRDefault="00FE1998" w:rsidP="00FE1998">
      <w:pPr>
        <w:pStyle w:val="ListBullet"/>
      </w:pPr>
      <w:r>
        <w:t>2 ft piece of 2x4 or scrap board</w:t>
      </w:r>
    </w:p>
    <w:p w14:paraId="42C57F93" w14:textId="77777777" w:rsidR="00FE1998" w:rsidRDefault="00FE1998" w:rsidP="00FE1998">
      <w:pPr>
        <w:pStyle w:val="ListBullet"/>
      </w:pPr>
      <w:r>
        <w:t>Speed square</w:t>
      </w:r>
    </w:p>
    <w:p w14:paraId="2DBC0930" w14:textId="77777777" w:rsidR="00FE1998" w:rsidRDefault="00FE1998" w:rsidP="00FE1998">
      <w:pPr>
        <w:pStyle w:val="ListBullet"/>
      </w:pPr>
      <w:r>
        <w:t>Tape measure</w:t>
      </w:r>
    </w:p>
    <w:p w14:paraId="21B947A9" w14:textId="77777777" w:rsidR="00FE1998" w:rsidRDefault="00FE1998" w:rsidP="00FE1998">
      <w:pPr>
        <w:pStyle w:val="ListBullet"/>
      </w:pPr>
      <w:r>
        <w:t>Carpenter’s pencil</w:t>
      </w:r>
    </w:p>
    <w:p w14:paraId="5BFEF456" w14:textId="77777777" w:rsidR="00FE1998" w:rsidRDefault="00FE1998" w:rsidP="00FE1998">
      <w:pPr>
        <w:pStyle w:val="ListBullet"/>
      </w:pPr>
      <w:r>
        <w:t>Safety glasses</w:t>
      </w:r>
    </w:p>
    <w:p w14:paraId="5EF06E31" w14:textId="77777777" w:rsidR="00FE1998" w:rsidRDefault="00FE1998" w:rsidP="00FE1998">
      <w:pPr>
        <w:pStyle w:val="Heading2"/>
      </w:pPr>
      <w:r>
        <w:t>Instructions</w:t>
      </w:r>
    </w:p>
    <w:p w14:paraId="48C03DAB" w14:textId="0CE36727" w:rsidR="00FE1998" w:rsidRDefault="00FE1998" w:rsidP="00FE1998">
      <w:pPr>
        <w:pStyle w:val="ListNumber"/>
        <w:numPr>
          <w:ilvl w:val="0"/>
          <w:numId w:val="20"/>
        </w:numPr>
      </w:pPr>
      <w:r>
        <w:t>Measure and mark a 90° line – From one end of the board, measure 6 inches along the edge and make a small mark. Place the lip of the speed square against the board’s edge and draw a straight 90° line across the board.</w:t>
      </w:r>
    </w:p>
    <w:p w14:paraId="120AAA3B" w14:textId="77777777" w:rsidR="00FE1998" w:rsidRDefault="00FE1998" w:rsidP="00FE1998">
      <w:pPr>
        <w:pStyle w:val="ListNumber"/>
      </w:pPr>
      <w:r>
        <w:t>Measure and mark a 45° line – From the opposite end, measure 4 inches along the edge and make a mark. Place the speed square’s lip against the board and pivot until your pencil is in the 45° slot, then draw the line.</w:t>
      </w:r>
    </w:p>
    <w:p w14:paraId="3E315C7F" w14:textId="77777777" w:rsidR="00FE1998" w:rsidRDefault="00FE1998" w:rsidP="00FE1998">
      <w:pPr>
        <w:pStyle w:val="ListNumber"/>
      </w:pPr>
      <w:r>
        <w:t>Create parallel layout lines – From one reference edge, measure 1½ inches at both ends of the board. Use the speed square to connect these marks for a long, parallel line.</w:t>
      </w:r>
    </w:p>
    <w:p w14:paraId="06B63D6C" w14:textId="77777777" w:rsidR="00FE1998" w:rsidRDefault="00FE1998" w:rsidP="00FE1998">
      <w:pPr>
        <w:pStyle w:val="ListNumber"/>
      </w:pPr>
      <w:r>
        <w:t>Mark a center point – Measure the full length of the board, divide by two, and mark the center point. Draw a cross mark at the center using the speed square.</w:t>
      </w:r>
    </w:p>
    <w:p w14:paraId="185EFE13" w14:textId="77777777" w:rsidR="00FE1998" w:rsidRDefault="00FE1998" w:rsidP="00FE1998">
      <w:pPr>
        <w:pStyle w:val="ListNumber"/>
      </w:pPr>
      <w:r>
        <w:t>Check your work – Verify your 90° lines are square, 45° lines are accurate, and parallel lines are evenly spaced.</w:t>
      </w:r>
    </w:p>
    <w:p w14:paraId="0F45EE54" w14:textId="77777777" w:rsidR="00FE1998" w:rsidRDefault="00FE1998" w:rsidP="00FE1998">
      <w:pPr>
        <w:pStyle w:val="Heading2"/>
      </w:pPr>
      <w:r>
        <w:t>Completion Checklist</w:t>
      </w:r>
    </w:p>
    <w:p w14:paraId="08D4D4AD" w14:textId="77777777" w:rsidR="00FE1998" w:rsidRDefault="00FE1998" w:rsidP="00FE1998">
      <w:pPr>
        <w:pStyle w:val="ListBullet"/>
      </w:pPr>
      <w:r>
        <w:t>Correctly measured and marked a 90° line</w:t>
      </w:r>
    </w:p>
    <w:p w14:paraId="67EFA140" w14:textId="77777777" w:rsidR="00FE1998" w:rsidRDefault="00FE1998" w:rsidP="00FE1998">
      <w:pPr>
        <w:pStyle w:val="ListBullet"/>
      </w:pPr>
      <w:r>
        <w:t>Correctly measured and marked a 45° line</w:t>
      </w:r>
    </w:p>
    <w:p w14:paraId="6F09FB20" w14:textId="77777777" w:rsidR="00FE1998" w:rsidRDefault="00FE1998" w:rsidP="00FE1998">
      <w:pPr>
        <w:pStyle w:val="ListBullet"/>
      </w:pPr>
      <w:r>
        <w:t>Drew parallel lines at consistent spacing</w:t>
      </w:r>
    </w:p>
    <w:p w14:paraId="6CF3E386" w14:textId="77777777" w:rsidR="00FE1998" w:rsidRDefault="00FE1998" w:rsidP="00FE1998">
      <w:pPr>
        <w:pStyle w:val="ListBullet"/>
      </w:pPr>
      <w:r>
        <w:t>Located and marked the center point accurately</w:t>
      </w:r>
    </w:p>
    <w:p w14:paraId="71D93082" w14:textId="636C70E8" w:rsidR="00B65CD4" w:rsidRDefault="00FE1998" w:rsidP="00FE1998">
      <w:pPr>
        <w:spacing w:after="0" w:line="240" w:lineRule="auto"/>
      </w:pPr>
      <w:r>
        <w:t>All lines are straight, clean, and labeled</w:t>
      </w:r>
    </w:p>
    <w:p w14:paraId="726EAA15" w14:textId="77777777" w:rsidR="009763D0" w:rsidRDefault="009763D0" w:rsidP="00FE1998">
      <w:pPr>
        <w:spacing w:after="0" w:line="240" w:lineRule="auto"/>
        <w:rPr>
          <w:rFonts w:asciiTheme="majorHAnsi" w:hAnsiTheme="majorHAnsi" w:cstheme="majorHAnsi"/>
        </w:rPr>
      </w:pPr>
    </w:p>
    <w:p w14:paraId="479432F1" w14:textId="77777777" w:rsidR="0010575D" w:rsidRDefault="0010575D" w:rsidP="00163C88">
      <w:pPr>
        <w:spacing w:after="0" w:line="240" w:lineRule="auto"/>
        <w:rPr>
          <w:rFonts w:asciiTheme="majorHAnsi" w:hAnsiTheme="majorHAnsi" w:cstheme="majorHAnsi"/>
        </w:rPr>
      </w:pPr>
    </w:p>
    <w:p w14:paraId="2C5BB96A" w14:textId="73BDF730" w:rsidR="0010575D" w:rsidRDefault="00C226E8" w:rsidP="00163C88">
      <w:pPr>
        <w:spacing w:after="0" w:line="240" w:lineRule="auto"/>
        <w:rPr>
          <w:rFonts w:asciiTheme="majorHAnsi" w:hAnsiTheme="majorHAnsi" w:cstheme="majorHAnsi"/>
        </w:rPr>
      </w:pPr>
      <w:r>
        <w:rPr>
          <w:rFonts w:asciiTheme="majorHAnsi" w:hAnsiTheme="majorHAnsi" w:cstheme="majorHAnsi"/>
          <w:noProof/>
        </w:rPr>
        <w:drawing>
          <wp:inline distT="0" distB="0" distL="0" distR="0" wp14:anchorId="59C0EDFD" wp14:editId="5976DEFF">
            <wp:extent cx="5425440" cy="2179320"/>
            <wp:effectExtent l="0" t="0" r="3810" b="0"/>
            <wp:docPr id="15302072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207275" name="Picture 1530207275"/>
                    <pic:cNvPicPr/>
                  </pic:nvPicPr>
                  <pic:blipFill>
                    <a:blip r:embed="rId8"/>
                    <a:stretch>
                      <a:fillRect/>
                    </a:stretch>
                  </pic:blipFill>
                  <pic:spPr>
                    <a:xfrm>
                      <a:off x="0" y="0"/>
                      <a:ext cx="5425440" cy="2179320"/>
                    </a:xfrm>
                    <a:prstGeom prst="rect">
                      <a:avLst/>
                    </a:prstGeom>
                  </pic:spPr>
                </pic:pic>
              </a:graphicData>
            </a:graphic>
          </wp:inline>
        </w:drawing>
      </w:r>
    </w:p>
    <w:p w14:paraId="47799E21" w14:textId="3622D3E2" w:rsidR="0010575D" w:rsidRPr="00F15762" w:rsidRDefault="0010575D" w:rsidP="00163C88">
      <w:pPr>
        <w:spacing w:after="0" w:line="240" w:lineRule="auto"/>
        <w:rPr>
          <w:rFonts w:asciiTheme="majorHAnsi" w:hAnsiTheme="majorHAnsi" w:cstheme="majorHAnsi"/>
        </w:rPr>
      </w:pPr>
    </w:p>
    <w:p w14:paraId="53EEEF09" w14:textId="77777777" w:rsidR="00B65CD4" w:rsidRPr="00F15762" w:rsidRDefault="00B65CD4" w:rsidP="00163C88">
      <w:pPr>
        <w:spacing w:after="0" w:line="240" w:lineRule="auto"/>
        <w:rPr>
          <w:rFonts w:asciiTheme="majorHAnsi" w:hAnsiTheme="majorHAnsi" w:cstheme="majorHAnsi"/>
        </w:rPr>
      </w:pPr>
    </w:p>
    <w:p w14:paraId="6E6A1138" w14:textId="30F5918C" w:rsidR="00FE0EB1" w:rsidRPr="001D2F37" w:rsidRDefault="001D2F37" w:rsidP="001D2F37">
      <w:pPr>
        <w:pStyle w:val="ListNumber"/>
        <w:numPr>
          <w:ilvl w:val="0"/>
          <w:numId w:val="12"/>
        </w:numPr>
        <w:spacing w:after="0"/>
        <w:rPr>
          <w:rFonts w:asciiTheme="majorHAnsi" w:hAnsiTheme="majorHAnsi" w:cstheme="majorHAnsi"/>
          <w:b/>
          <w:bCs/>
          <w:color w:val="4F81BD" w:themeColor="accent1"/>
          <w:sz w:val="28"/>
          <w:szCs w:val="28"/>
        </w:rPr>
      </w:pPr>
      <w:r>
        <w:rPr>
          <w:rFonts w:asciiTheme="majorHAnsi" w:hAnsiTheme="majorHAnsi" w:cstheme="majorHAnsi"/>
          <w:b/>
          <w:bCs/>
          <w:color w:val="4F81BD" w:themeColor="accent1"/>
          <w:sz w:val="28"/>
          <w:szCs w:val="28"/>
        </w:rPr>
        <w:t xml:space="preserve"> </w:t>
      </w:r>
      <w:r w:rsidR="00FE0EB1" w:rsidRPr="001D2F37">
        <w:rPr>
          <w:rFonts w:asciiTheme="majorHAnsi" w:hAnsiTheme="majorHAnsi" w:cstheme="majorHAnsi"/>
          <w:b/>
          <w:bCs/>
          <w:color w:val="4F81BD" w:themeColor="accent1"/>
          <w:sz w:val="28"/>
          <w:szCs w:val="28"/>
        </w:rPr>
        <w:t>Scribe Lines Challenge: Use Speed Square Notches for Layout</w:t>
      </w:r>
    </w:p>
    <w:p w14:paraId="4B1B160F" w14:textId="593ABC45" w:rsidR="00FE0EB1" w:rsidRPr="00E40A57" w:rsidRDefault="00856721" w:rsidP="00163C88">
      <w:pPr>
        <w:pStyle w:val="Heading1"/>
        <w:spacing w:line="240" w:lineRule="auto"/>
        <w:rPr>
          <w:rFonts w:asciiTheme="minorHAnsi" w:hAnsiTheme="minorHAnsi" w:cstheme="majorHAnsi"/>
          <w:color w:val="4F81BD" w:themeColor="accent1"/>
          <w:sz w:val="24"/>
          <w:szCs w:val="24"/>
        </w:rPr>
      </w:pPr>
      <w:r w:rsidRPr="00E40A57">
        <w:rPr>
          <w:rFonts w:asciiTheme="minorHAnsi" w:hAnsiTheme="minorHAnsi" w:cstheme="majorHAnsi"/>
          <w:color w:val="4F81BD" w:themeColor="accent1"/>
          <w:sz w:val="24"/>
          <w:szCs w:val="24"/>
        </w:rPr>
        <w:t>O</w:t>
      </w:r>
      <w:r w:rsidR="00FE0EB1" w:rsidRPr="00E40A57">
        <w:rPr>
          <w:rFonts w:asciiTheme="minorHAnsi" w:hAnsiTheme="minorHAnsi" w:cstheme="majorHAnsi"/>
          <w:color w:val="4F81BD" w:themeColor="accent1"/>
          <w:sz w:val="24"/>
          <w:szCs w:val="24"/>
        </w:rPr>
        <w:t>bjective</w:t>
      </w:r>
    </w:p>
    <w:p w14:paraId="692A0FCB" w14:textId="77777777" w:rsidR="00FE0EB1" w:rsidRPr="00E40A57" w:rsidRDefault="00FE0EB1" w:rsidP="00430581">
      <w:pPr>
        <w:spacing w:after="0" w:line="240" w:lineRule="auto"/>
        <w:rPr>
          <w:rFonts w:cstheme="majorHAnsi"/>
        </w:rPr>
      </w:pPr>
      <w:r w:rsidRPr="00E40A57">
        <w:rPr>
          <w:rFonts w:cstheme="majorHAnsi"/>
        </w:rPr>
        <w:t>Use the notches (scribe lines) on a speed square to draw consistent, parallel lines from the edge of a board. This builds layout accuracy and confidence in using hand tools.</w:t>
      </w:r>
    </w:p>
    <w:p w14:paraId="0DACD07E" w14:textId="77777777" w:rsidR="00FE0EB1" w:rsidRPr="00E40A57" w:rsidRDefault="00FE0EB1" w:rsidP="00430581">
      <w:pPr>
        <w:pStyle w:val="Heading1"/>
        <w:spacing w:line="240" w:lineRule="auto"/>
        <w:rPr>
          <w:rFonts w:asciiTheme="minorHAnsi" w:hAnsiTheme="minorHAnsi" w:cstheme="majorHAnsi"/>
          <w:color w:val="4F81BD" w:themeColor="accent1"/>
          <w:sz w:val="26"/>
          <w:szCs w:val="26"/>
        </w:rPr>
      </w:pPr>
      <w:r w:rsidRPr="00E40A57">
        <w:rPr>
          <w:rFonts w:asciiTheme="minorHAnsi" w:hAnsiTheme="minorHAnsi" w:cstheme="majorHAnsi"/>
          <w:color w:val="4F81BD" w:themeColor="accent1"/>
          <w:sz w:val="26"/>
          <w:szCs w:val="26"/>
        </w:rPr>
        <w:t>Materials Needed</w:t>
      </w:r>
    </w:p>
    <w:p w14:paraId="39C71AE9" w14:textId="77777777" w:rsidR="00FE0EB1" w:rsidRPr="00E40A57" w:rsidRDefault="00FE0EB1" w:rsidP="00430581">
      <w:pPr>
        <w:pStyle w:val="ListBullet"/>
        <w:spacing w:after="0" w:line="240" w:lineRule="auto"/>
        <w:rPr>
          <w:rFonts w:cstheme="majorHAnsi"/>
        </w:rPr>
      </w:pPr>
      <w:r w:rsidRPr="00E40A57">
        <w:rPr>
          <w:rFonts w:cstheme="majorHAnsi"/>
        </w:rPr>
        <w:t>Speed square with scribe notches</w:t>
      </w:r>
    </w:p>
    <w:p w14:paraId="26602BC5" w14:textId="77777777" w:rsidR="00FE0EB1" w:rsidRPr="00E40A57" w:rsidRDefault="00FE0EB1" w:rsidP="00430581">
      <w:pPr>
        <w:pStyle w:val="ListBullet"/>
        <w:spacing w:after="0" w:line="240" w:lineRule="auto"/>
        <w:rPr>
          <w:rFonts w:cstheme="majorHAnsi"/>
        </w:rPr>
      </w:pPr>
      <w:r w:rsidRPr="00E40A57">
        <w:rPr>
          <w:rFonts w:cstheme="majorHAnsi"/>
        </w:rPr>
        <w:t>Pencil or carpenter’s pencil</w:t>
      </w:r>
    </w:p>
    <w:p w14:paraId="527BF736" w14:textId="77777777" w:rsidR="00FE0EB1" w:rsidRPr="00E40A57" w:rsidRDefault="00FE0EB1" w:rsidP="00430581">
      <w:pPr>
        <w:pStyle w:val="ListBullet"/>
        <w:spacing w:after="0" w:line="240" w:lineRule="auto"/>
        <w:rPr>
          <w:rFonts w:cstheme="majorHAnsi"/>
        </w:rPr>
      </w:pPr>
      <w:r w:rsidRPr="00E40A57">
        <w:rPr>
          <w:rFonts w:cstheme="majorHAnsi"/>
        </w:rPr>
        <w:t>2x4 or flat board (at least 24" long)</w:t>
      </w:r>
    </w:p>
    <w:p w14:paraId="78C7B9DD" w14:textId="77777777" w:rsidR="00FE0EB1" w:rsidRPr="00E40A57" w:rsidRDefault="00FE0EB1" w:rsidP="00430581">
      <w:pPr>
        <w:pStyle w:val="ListBullet"/>
        <w:spacing w:after="0" w:line="240" w:lineRule="auto"/>
        <w:rPr>
          <w:rFonts w:cstheme="majorHAnsi"/>
        </w:rPr>
      </w:pPr>
      <w:r w:rsidRPr="00E40A57">
        <w:rPr>
          <w:rFonts w:cstheme="majorHAnsi"/>
        </w:rPr>
        <w:t>Optional: Ruler or tape measure for verification</w:t>
      </w:r>
    </w:p>
    <w:p w14:paraId="21325F07" w14:textId="77777777" w:rsidR="00FE0EB1" w:rsidRPr="00E40A57" w:rsidRDefault="00FE0EB1" w:rsidP="00430581">
      <w:pPr>
        <w:pStyle w:val="Heading1"/>
        <w:spacing w:line="240" w:lineRule="auto"/>
        <w:rPr>
          <w:rFonts w:asciiTheme="minorHAnsi" w:hAnsiTheme="minorHAnsi" w:cstheme="majorHAnsi"/>
          <w:color w:val="4F81BD" w:themeColor="accent1"/>
          <w:sz w:val="26"/>
          <w:szCs w:val="26"/>
        </w:rPr>
      </w:pPr>
      <w:r w:rsidRPr="00E40A57">
        <w:rPr>
          <w:rFonts w:asciiTheme="minorHAnsi" w:hAnsiTheme="minorHAnsi" w:cstheme="majorHAnsi"/>
          <w:color w:val="4F81BD" w:themeColor="accent1"/>
          <w:sz w:val="26"/>
          <w:szCs w:val="26"/>
        </w:rPr>
        <w:t>Instructions</w:t>
      </w:r>
    </w:p>
    <w:p w14:paraId="2474603E" w14:textId="77777777" w:rsidR="00FE0EB1" w:rsidRPr="00E40A57" w:rsidRDefault="00FE0EB1" w:rsidP="00430581">
      <w:pPr>
        <w:spacing w:after="0" w:line="240" w:lineRule="auto"/>
        <w:rPr>
          <w:rFonts w:cstheme="majorHAnsi"/>
        </w:rPr>
      </w:pPr>
      <w:r w:rsidRPr="00E40A57">
        <w:rPr>
          <w:rFonts w:cstheme="majorHAnsi"/>
        </w:rPr>
        <w:t>1. Place the fence of the speed square snug against the long edge of the board.</w:t>
      </w:r>
    </w:p>
    <w:p w14:paraId="1F9CF60E" w14:textId="77777777" w:rsidR="00FE0EB1" w:rsidRPr="00E40A57" w:rsidRDefault="00FE0EB1" w:rsidP="00430581">
      <w:pPr>
        <w:spacing w:after="0" w:line="240" w:lineRule="auto"/>
        <w:rPr>
          <w:rFonts w:cstheme="majorHAnsi"/>
        </w:rPr>
      </w:pPr>
      <w:r w:rsidRPr="00E40A57">
        <w:rPr>
          <w:rFonts w:cstheme="majorHAnsi"/>
        </w:rPr>
        <w:t>2. Insert the pencil into one of the scribe notches (e.g., 1" mark).</w:t>
      </w:r>
    </w:p>
    <w:p w14:paraId="63982E28" w14:textId="77777777" w:rsidR="00FE0EB1" w:rsidRPr="00E40A57" w:rsidRDefault="00FE0EB1" w:rsidP="00430581">
      <w:pPr>
        <w:spacing w:after="0" w:line="240" w:lineRule="auto"/>
        <w:rPr>
          <w:rFonts w:cstheme="majorHAnsi"/>
        </w:rPr>
      </w:pPr>
      <w:r w:rsidRPr="00E40A57">
        <w:rPr>
          <w:rFonts w:cstheme="majorHAnsi"/>
        </w:rPr>
        <w:t>3. Slide the square along the edge while holding the pencil steady.</w:t>
      </w:r>
    </w:p>
    <w:p w14:paraId="602FA1C6" w14:textId="77777777" w:rsidR="00FE0EB1" w:rsidRPr="00E40A57" w:rsidRDefault="00FE0EB1" w:rsidP="00430581">
      <w:pPr>
        <w:spacing w:after="0" w:line="240" w:lineRule="auto"/>
        <w:rPr>
          <w:rFonts w:cstheme="majorHAnsi"/>
        </w:rPr>
      </w:pPr>
      <w:r w:rsidRPr="00E40A57">
        <w:rPr>
          <w:rFonts w:cstheme="majorHAnsi"/>
        </w:rPr>
        <w:t>4. This creates a parallel line exactly 1" from the board's edge.</w:t>
      </w:r>
    </w:p>
    <w:p w14:paraId="1E5E22B1" w14:textId="77777777" w:rsidR="00FE0EB1" w:rsidRPr="00E40A57" w:rsidRDefault="00FE0EB1" w:rsidP="00430581">
      <w:pPr>
        <w:spacing w:after="0" w:line="240" w:lineRule="auto"/>
        <w:rPr>
          <w:rFonts w:cstheme="majorHAnsi"/>
        </w:rPr>
      </w:pPr>
      <w:r w:rsidRPr="00E40A57">
        <w:rPr>
          <w:rFonts w:cstheme="majorHAnsi"/>
        </w:rPr>
        <w:t>5. Repeat for at least two more distances (e.g., 3/4", 1-1/4").</w:t>
      </w:r>
    </w:p>
    <w:p w14:paraId="1C659A26" w14:textId="77777777" w:rsidR="00FE0EB1" w:rsidRPr="00E40A57" w:rsidRDefault="00FE0EB1" w:rsidP="00430581">
      <w:pPr>
        <w:spacing w:after="0" w:line="240" w:lineRule="auto"/>
        <w:rPr>
          <w:rFonts w:cstheme="majorHAnsi"/>
        </w:rPr>
      </w:pPr>
      <w:r w:rsidRPr="00E40A57">
        <w:rPr>
          <w:rFonts w:cstheme="majorHAnsi"/>
        </w:rPr>
        <w:t>6. Check if your lines are straight and evenly spaced.</w:t>
      </w:r>
    </w:p>
    <w:p w14:paraId="00D75FFA" w14:textId="77777777" w:rsidR="00FE0EB1" w:rsidRPr="00C226E8" w:rsidRDefault="00FE0EB1" w:rsidP="00430581">
      <w:pPr>
        <w:pStyle w:val="Heading1"/>
        <w:spacing w:line="240" w:lineRule="auto"/>
        <w:rPr>
          <w:rFonts w:asciiTheme="minorHAnsi" w:hAnsiTheme="minorHAnsi" w:cstheme="majorHAnsi"/>
          <w:color w:val="4F81BD" w:themeColor="accent1"/>
          <w:sz w:val="26"/>
          <w:szCs w:val="26"/>
        </w:rPr>
      </w:pPr>
      <w:r w:rsidRPr="00C226E8">
        <w:rPr>
          <w:rFonts w:asciiTheme="minorHAnsi" w:hAnsiTheme="minorHAnsi" w:cstheme="majorHAnsi"/>
          <w:color w:val="4F81BD" w:themeColor="accent1"/>
          <w:sz w:val="26"/>
          <w:szCs w:val="26"/>
        </w:rPr>
        <w:t>Challenge Goal</w:t>
      </w:r>
    </w:p>
    <w:p w14:paraId="6189A7D3" w14:textId="77777777" w:rsidR="00FE0EB1" w:rsidRPr="00C226E8" w:rsidRDefault="00FE0EB1" w:rsidP="00430581">
      <w:pPr>
        <w:spacing w:after="0" w:line="240" w:lineRule="auto"/>
        <w:rPr>
          <w:rFonts w:cstheme="majorHAnsi"/>
        </w:rPr>
      </w:pPr>
      <w:r w:rsidRPr="00C226E8">
        <w:rPr>
          <w:rFonts w:cstheme="majorHAnsi"/>
        </w:rPr>
        <w:t>Draw at least 3 straight, evenly spaced lines along the entire board using different scribe notch distances.</w:t>
      </w:r>
    </w:p>
    <w:p w14:paraId="78F837B8" w14:textId="1FD7AD54" w:rsidR="00FE0EB1" w:rsidRPr="00C226E8" w:rsidRDefault="00FE0EB1" w:rsidP="00163C88">
      <w:pPr>
        <w:pStyle w:val="Heading1"/>
        <w:spacing w:line="240" w:lineRule="auto"/>
        <w:rPr>
          <w:rFonts w:asciiTheme="minorHAnsi" w:hAnsiTheme="minorHAnsi" w:cstheme="majorHAnsi"/>
          <w:color w:val="4F81BD" w:themeColor="accent1"/>
        </w:rPr>
      </w:pPr>
      <w:r w:rsidRPr="00C226E8">
        <w:rPr>
          <w:rFonts w:asciiTheme="minorHAnsi" w:hAnsiTheme="minorHAnsi" w:cstheme="majorHAnsi"/>
          <w:color w:val="4F81BD" w:themeColor="accent1"/>
        </w:rPr>
        <w:t>Assessment Rubric</w:t>
      </w:r>
    </w:p>
    <w:p w14:paraId="03A12C6E" w14:textId="77777777" w:rsidR="00430581" w:rsidRPr="00C226E8" w:rsidRDefault="00430581" w:rsidP="00430581"/>
    <w:tbl>
      <w:tblPr>
        <w:tblStyle w:val="TableGrid"/>
        <w:tblW w:w="0" w:type="auto"/>
        <w:tblLook w:val="04A0" w:firstRow="1" w:lastRow="0" w:firstColumn="1" w:lastColumn="0" w:noHBand="0" w:noVBand="1"/>
      </w:tblPr>
      <w:tblGrid>
        <w:gridCol w:w="4320"/>
        <w:gridCol w:w="4320"/>
      </w:tblGrid>
      <w:tr w:rsidR="00FE0EB1" w:rsidRPr="00C226E8" w14:paraId="1A2F1CF4" w14:textId="77777777" w:rsidTr="00A970C6">
        <w:tc>
          <w:tcPr>
            <w:tcW w:w="4320" w:type="dxa"/>
          </w:tcPr>
          <w:p w14:paraId="657E92FD" w14:textId="77777777" w:rsidR="00FE0EB1" w:rsidRPr="00C226E8" w:rsidRDefault="00FE0EB1" w:rsidP="00163C88">
            <w:pPr>
              <w:rPr>
                <w:rFonts w:cstheme="majorHAnsi"/>
                <w:b/>
                <w:bCs/>
              </w:rPr>
            </w:pPr>
            <w:r w:rsidRPr="00C226E8">
              <w:rPr>
                <w:rFonts w:cstheme="majorHAnsi"/>
                <w:b/>
                <w:bCs/>
              </w:rPr>
              <w:t>Criteria</w:t>
            </w:r>
          </w:p>
        </w:tc>
        <w:tc>
          <w:tcPr>
            <w:tcW w:w="4320" w:type="dxa"/>
          </w:tcPr>
          <w:p w14:paraId="43D9EB92" w14:textId="77777777" w:rsidR="00FE0EB1" w:rsidRPr="00C226E8" w:rsidRDefault="00FE0EB1" w:rsidP="00163C88">
            <w:pPr>
              <w:rPr>
                <w:rFonts w:cstheme="majorHAnsi"/>
                <w:b/>
                <w:bCs/>
              </w:rPr>
            </w:pPr>
            <w:r w:rsidRPr="00C226E8">
              <w:rPr>
                <w:rFonts w:cstheme="majorHAnsi"/>
                <w:b/>
                <w:bCs/>
              </w:rPr>
              <w:t>Points</w:t>
            </w:r>
          </w:p>
        </w:tc>
      </w:tr>
      <w:tr w:rsidR="00FE0EB1" w:rsidRPr="00C226E8" w14:paraId="0CFC5D50" w14:textId="77777777" w:rsidTr="00A970C6">
        <w:tc>
          <w:tcPr>
            <w:tcW w:w="4320" w:type="dxa"/>
          </w:tcPr>
          <w:p w14:paraId="1C76791C" w14:textId="77777777" w:rsidR="00FE0EB1" w:rsidRPr="00C226E8" w:rsidRDefault="00FE0EB1" w:rsidP="00163C88">
            <w:pPr>
              <w:rPr>
                <w:rFonts w:cstheme="majorHAnsi"/>
              </w:rPr>
            </w:pPr>
            <w:r w:rsidRPr="00C226E8">
              <w:rPr>
                <w:rFonts w:cstheme="majorHAnsi"/>
              </w:rPr>
              <w:t>Lines are parallel to edge</w:t>
            </w:r>
          </w:p>
        </w:tc>
        <w:tc>
          <w:tcPr>
            <w:tcW w:w="4320" w:type="dxa"/>
          </w:tcPr>
          <w:p w14:paraId="0810F10E" w14:textId="77777777" w:rsidR="00FE0EB1" w:rsidRPr="00C226E8" w:rsidRDefault="00FE0EB1" w:rsidP="00163C88">
            <w:pPr>
              <w:rPr>
                <w:rFonts w:cstheme="majorHAnsi"/>
              </w:rPr>
            </w:pPr>
            <w:r w:rsidRPr="00C226E8">
              <w:rPr>
                <w:rFonts w:cstheme="majorHAnsi"/>
              </w:rPr>
              <w:t>5</w:t>
            </w:r>
          </w:p>
        </w:tc>
      </w:tr>
      <w:tr w:rsidR="00FE0EB1" w:rsidRPr="00C226E8" w14:paraId="73AB258C" w14:textId="77777777" w:rsidTr="00A970C6">
        <w:tc>
          <w:tcPr>
            <w:tcW w:w="4320" w:type="dxa"/>
          </w:tcPr>
          <w:p w14:paraId="48947485" w14:textId="77777777" w:rsidR="00FE0EB1" w:rsidRPr="00C226E8" w:rsidRDefault="00FE0EB1" w:rsidP="00163C88">
            <w:pPr>
              <w:rPr>
                <w:rFonts w:cstheme="majorHAnsi"/>
              </w:rPr>
            </w:pPr>
            <w:r w:rsidRPr="00C226E8">
              <w:rPr>
                <w:rFonts w:cstheme="majorHAnsi"/>
              </w:rPr>
              <w:t>Correct use of scribe notches</w:t>
            </w:r>
          </w:p>
        </w:tc>
        <w:tc>
          <w:tcPr>
            <w:tcW w:w="4320" w:type="dxa"/>
          </w:tcPr>
          <w:p w14:paraId="0246DD79" w14:textId="77777777" w:rsidR="00FE0EB1" w:rsidRPr="00C226E8" w:rsidRDefault="00FE0EB1" w:rsidP="00163C88">
            <w:pPr>
              <w:rPr>
                <w:rFonts w:cstheme="majorHAnsi"/>
              </w:rPr>
            </w:pPr>
            <w:r w:rsidRPr="00C226E8">
              <w:rPr>
                <w:rFonts w:cstheme="majorHAnsi"/>
              </w:rPr>
              <w:t>5</w:t>
            </w:r>
          </w:p>
        </w:tc>
      </w:tr>
      <w:tr w:rsidR="00FE0EB1" w:rsidRPr="00C226E8" w14:paraId="4E8CC754" w14:textId="77777777" w:rsidTr="00A970C6">
        <w:tc>
          <w:tcPr>
            <w:tcW w:w="4320" w:type="dxa"/>
          </w:tcPr>
          <w:p w14:paraId="07CC6DB7" w14:textId="77777777" w:rsidR="00FE0EB1" w:rsidRPr="00C226E8" w:rsidRDefault="00FE0EB1" w:rsidP="00163C88">
            <w:pPr>
              <w:rPr>
                <w:rFonts w:cstheme="majorHAnsi"/>
              </w:rPr>
            </w:pPr>
            <w:r w:rsidRPr="00C226E8">
              <w:rPr>
                <w:rFonts w:cstheme="majorHAnsi"/>
              </w:rPr>
              <w:t>Pencil control and technique</w:t>
            </w:r>
          </w:p>
        </w:tc>
        <w:tc>
          <w:tcPr>
            <w:tcW w:w="4320" w:type="dxa"/>
          </w:tcPr>
          <w:p w14:paraId="4899C7A4" w14:textId="77777777" w:rsidR="00FE0EB1" w:rsidRPr="00C226E8" w:rsidRDefault="00FE0EB1" w:rsidP="00163C88">
            <w:pPr>
              <w:rPr>
                <w:rFonts w:cstheme="majorHAnsi"/>
              </w:rPr>
            </w:pPr>
            <w:r w:rsidRPr="00C226E8">
              <w:rPr>
                <w:rFonts w:cstheme="majorHAnsi"/>
              </w:rPr>
              <w:t>5</w:t>
            </w:r>
          </w:p>
        </w:tc>
      </w:tr>
      <w:tr w:rsidR="00FE0EB1" w:rsidRPr="00C226E8" w14:paraId="6383C60A" w14:textId="77777777" w:rsidTr="00A970C6">
        <w:tc>
          <w:tcPr>
            <w:tcW w:w="4320" w:type="dxa"/>
          </w:tcPr>
          <w:p w14:paraId="09C7B8D0" w14:textId="77777777" w:rsidR="00FE0EB1" w:rsidRPr="00C226E8" w:rsidRDefault="00FE0EB1" w:rsidP="00163C88">
            <w:pPr>
              <w:rPr>
                <w:rFonts w:cstheme="majorHAnsi"/>
              </w:rPr>
            </w:pPr>
            <w:r w:rsidRPr="00C226E8">
              <w:rPr>
                <w:rFonts w:cstheme="majorHAnsi"/>
              </w:rPr>
              <w:t>Neatness and line consistency</w:t>
            </w:r>
          </w:p>
        </w:tc>
        <w:tc>
          <w:tcPr>
            <w:tcW w:w="4320" w:type="dxa"/>
          </w:tcPr>
          <w:p w14:paraId="4E09A821" w14:textId="77777777" w:rsidR="00FE0EB1" w:rsidRPr="00C226E8" w:rsidRDefault="00FE0EB1" w:rsidP="00163C88">
            <w:pPr>
              <w:rPr>
                <w:rFonts w:cstheme="majorHAnsi"/>
              </w:rPr>
            </w:pPr>
            <w:r w:rsidRPr="00C226E8">
              <w:rPr>
                <w:rFonts w:cstheme="majorHAnsi"/>
              </w:rPr>
              <w:t>5</w:t>
            </w:r>
          </w:p>
        </w:tc>
      </w:tr>
    </w:tbl>
    <w:p w14:paraId="2E92303F" w14:textId="1AAA3E7D" w:rsidR="00C226E8" w:rsidRDefault="00C226E8" w:rsidP="00C226E8">
      <w:pPr>
        <w:pStyle w:val="Heading1"/>
        <w:spacing w:before="0" w:line="240" w:lineRule="auto"/>
        <w:rPr>
          <w:rFonts w:asciiTheme="minorHAnsi" w:hAnsiTheme="minorHAnsi" w:cstheme="majorHAnsi"/>
        </w:rPr>
      </w:pPr>
      <w:r>
        <w:rPr>
          <w:rFonts w:asciiTheme="minorHAnsi" w:hAnsiTheme="minorHAnsi" w:cstheme="majorHAnsi"/>
        </w:rPr>
        <w:t>Score              /20</w:t>
      </w:r>
    </w:p>
    <w:p w14:paraId="5151557C" w14:textId="103C3572" w:rsidR="00FE0EB1" w:rsidRPr="00C226E8" w:rsidRDefault="00FE0EB1" w:rsidP="00163C88">
      <w:pPr>
        <w:pStyle w:val="Heading1"/>
        <w:spacing w:line="240" w:lineRule="auto"/>
        <w:rPr>
          <w:rFonts w:asciiTheme="minorHAnsi" w:hAnsiTheme="minorHAnsi" w:cstheme="majorHAnsi"/>
        </w:rPr>
      </w:pPr>
      <w:r w:rsidRPr="00C226E8">
        <w:rPr>
          <w:rFonts w:asciiTheme="minorHAnsi" w:hAnsiTheme="minorHAnsi" w:cstheme="majorHAnsi"/>
        </w:rPr>
        <w:t>Optional Extension</w:t>
      </w:r>
    </w:p>
    <w:p w14:paraId="38494672" w14:textId="77777777" w:rsidR="00FE0EB1" w:rsidRPr="00C226E8" w:rsidRDefault="00FE0EB1" w:rsidP="00163C88">
      <w:pPr>
        <w:pStyle w:val="ListBullet"/>
        <w:spacing w:after="0" w:line="240" w:lineRule="auto"/>
        <w:rPr>
          <w:rFonts w:cstheme="majorHAnsi"/>
        </w:rPr>
      </w:pPr>
      <w:r w:rsidRPr="00C226E8">
        <w:rPr>
          <w:rFonts w:cstheme="majorHAnsi"/>
        </w:rPr>
        <w:t>Time Challenge: How many accurate lines can you draw in 5 minutes?</w:t>
      </w:r>
    </w:p>
    <w:p w14:paraId="74F8232B" w14:textId="77777777" w:rsidR="00FE0EB1" w:rsidRPr="00F15762" w:rsidRDefault="00FE0EB1" w:rsidP="00163C88">
      <w:pPr>
        <w:pStyle w:val="ListBullet"/>
        <w:numPr>
          <w:ilvl w:val="0"/>
          <w:numId w:val="0"/>
        </w:numPr>
        <w:spacing w:after="0" w:line="240" w:lineRule="auto"/>
        <w:ind w:left="360" w:hanging="360"/>
        <w:rPr>
          <w:rFonts w:asciiTheme="majorHAnsi" w:hAnsiTheme="majorHAnsi" w:cstheme="majorHAnsi"/>
        </w:rPr>
      </w:pPr>
    </w:p>
    <w:p w14:paraId="190DEFB6" w14:textId="77777777" w:rsidR="00DD1D90" w:rsidRPr="00F15762" w:rsidRDefault="00DD1D90" w:rsidP="00163C88">
      <w:pPr>
        <w:pStyle w:val="ListBullet"/>
        <w:numPr>
          <w:ilvl w:val="0"/>
          <w:numId w:val="0"/>
        </w:numPr>
        <w:spacing w:after="0" w:line="240" w:lineRule="auto"/>
        <w:ind w:left="360" w:hanging="360"/>
        <w:rPr>
          <w:rFonts w:asciiTheme="majorHAnsi" w:hAnsiTheme="majorHAnsi" w:cstheme="majorHAnsi"/>
        </w:rPr>
      </w:pPr>
    </w:p>
    <w:p w14:paraId="30A356A1" w14:textId="77777777" w:rsidR="00DD1D90" w:rsidRPr="00F15762" w:rsidRDefault="00DD1D90" w:rsidP="00163C88">
      <w:pPr>
        <w:pStyle w:val="ListBullet"/>
        <w:numPr>
          <w:ilvl w:val="0"/>
          <w:numId w:val="0"/>
        </w:numPr>
        <w:spacing w:after="0" w:line="240" w:lineRule="auto"/>
        <w:ind w:left="360" w:hanging="360"/>
        <w:rPr>
          <w:rFonts w:asciiTheme="majorHAnsi" w:hAnsiTheme="majorHAnsi" w:cstheme="majorHAnsi"/>
        </w:rPr>
      </w:pPr>
    </w:p>
    <w:p w14:paraId="70C64924" w14:textId="77777777" w:rsidR="00C226E8" w:rsidRDefault="00C226E8" w:rsidP="00163C88">
      <w:pPr>
        <w:pStyle w:val="Heading1"/>
        <w:spacing w:line="240" w:lineRule="auto"/>
        <w:rPr>
          <w:rFonts w:cstheme="majorHAnsi"/>
        </w:rPr>
      </w:pPr>
      <w:r w:rsidRPr="00C226E8">
        <w:rPr>
          <w:rFonts w:asciiTheme="minorHAnsi" w:hAnsiTheme="minorHAnsi" w:cstheme="majorHAnsi"/>
          <w:noProof/>
        </w:rPr>
        <w:lastRenderedPageBreak/>
        <w:drawing>
          <wp:inline distT="0" distB="0" distL="0" distR="0" wp14:anchorId="50866F49" wp14:editId="5D787250">
            <wp:extent cx="6365439" cy="6400800"/>
            <wp:effectExtent l="0" t="0" r="0" b="0"/>
            <wp:docPr id="21474442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444280" name="Picture 2147444280"/>
                    <pic:cNvPicPr/>
                  </pic:nvPicPr>
                  <pic:blipFill>
                    <a:blip r:embed="rId9"/>
                    <a:stretch>
                      <a:fillRect/>
                    </a:stretch>
                  </pic:blipFill>
                  <pic:spPr>
                    <a:xfrm>
                      <a:off x="0" y="0"/>
                      <a:ext cx="6381270" cy="6416719"/>
                    </a:xfrm>
                    <a:prstGeom prst="rect">
                      <a:avLst/>
                    </a:prstGeom>
                  </pic:spPr>
                </pic:pic>
              </a:graphicData>
            </a:graphic>
          </wp:inline>
        </w:drawing>
      </w:r>
    </w:p>
    <w:p w14:paraId="11028D39" w14:textId="77777777" w:rsidR="00C226E8" w:rsidRDefault="00C226E8" w:rsidP="00163C88">
      <w:pPr>
        <w:pStyle w:val="Heading1"/>
        <w:spacing w:line="240" w:lineRule="auto"/>
        <w:rPr>
          <w:rFonts w:cstheme="majorHAnsi"/>
        </w:rPr>
      </w:pPr>
    </w:p>
    <w:p w14:paraId="29F06E6C" w14:textId="77777777" w:rsidR="00C226E8" w:rsidRDefault="00C226E8" w:rsidP="00163C88">
      <w:pPr>
        <w:pStyle w:val="Heading1"/>
        <w:spacing w:line="240" w:lineRule="auto"/>
        <w:rPr>
          <w:rFonts w:cstheme="majorHAnsi"/>
        </w:rPr>
      </w:pPr>
    </w:p>
    <w:p w14:paraId="07C8DDE2" w14:textId="77777777" w:rsidR="00C226E8" w:rsidRDefault="00C226E8" w:rsidP="00163C88">
      <w:pPr>
        <w:pStyle w:val="Heading1"/>
        <w:spacing w:line="240" w:lineRule="auto"/>
        <w:rPr>
          <w:rFonts w:cstheme="majorHAnsi"/>
        </w:rPr>
      </w:pPr>
    </w:p>
    <w:p w14:paraId="5AAA0521" w14:textId="01F0E15E" w:rsidR="00DD1D90" w:rsidRPr="00C226E8" w:rsidRDefault="00430581" w:rsidP="00163C88">
      <w:pPr>
        <w:pStyle w:val="Heading1"/>
        <w:spacing w:line="240" w:lineRule="auto"/>
        <w:rPr>
          <w:rFonts w:asciiTheme="minorHAnsi" w:hAnsiTheme="minorHAnsi" w:cstheme="majorHAnsi"/>
        </w:rPr>
      </w:pPr>
      <w:r>
        <w:rPr>
          <w:rFonts w:cstheme="majorHAnsi"/>
        </w:rPr>
        <w:lastRenderedPageBreak/>
        <w:t xml:space="preserve">6. </w:t>
      </w:r>
      <w:r w:rsidR="00DD1D90" w:rsidRPr="00F15762">
        <w:rPr>
          <w:rFonts w:cstheme="majorHAnsi"/>
        </w:rPr>
        <w:t xml:space="preserve"> </w:t>
      </w:r>
      <w:r w:rsidR="00DD1D90" w:rsidRPr="00C226E8">
        <w:rPr>
          <w:rFonts w:asciiTheme="minorHAnsi" w:hAnsiTheme="minorHAnsi" w:cstheme="majorHAnsi"/>
        </w:rPr>
        <w:t>Create a Trim Style Board</w:t>
      </w:r>
    </w:p>
    <w:p w14:paraId="47939D6D" w14:textId="77777777" w:rsidR="00DD1D90" w:rsidRPr="00C226E8" w:rsidRDefault="00DD1D90" w:rsidP="00163C88">
      <w:pPr>
        <w:pStyle w:val="Heading2"/>
        <w:spacing w:line="240" w:lineRule="auto"/>
        <w:rPr>
          <w:rFonts w:asciiTheme="minorHAnsi" w:hAnsiTheme="minorHAnsi" w:cstheme="majorHAnsi"/>
        </w:rPr>
      </w:pPr>
      <w:r w:rsidRPr="00C226E8">
        <w:rPr>
          <w:rFonts w:asciiTheme="minorHAnsi" w:hAnsiTheme="minorHAnsi" w:cstheme="majorHAnsi"/>
        </w:rPr>
        <w:t>Objective:</w:t>
      </w:r>
    </w:p>
    <w:p w14:paraId="050B41A8" w14:textId="77777777" w:rsidR="00DD1D90" w:rsidRPr="00C226E8" w:rsidRDefault="00DD1D90" w:rsidP="00163C88">
      <w:pPr>
        <w:spacing w:after="0" w:line="240" w:lineRule="auto"/>
        <w:rPr>
          <w:rFonts w:cstheme="majorHAnsi"/>
        </w:rPr>
      </w:pPr>
      <w:r w:rsidRPr="00C226E8">
        <w:rPr>
          <w:rFonts w:cstheme="majorHAnsi"/>
        </w:rPr>
        <w:t>Students will explore finish carpentry by identifying and displaying three different trim profiles on a visual board.</w:t>
      </w:r>
    </w:p>
    <w:p w14:paraId="3C7F3123" w14:textId="50C693D5" w:rsidR="0010575D" w:rsidRPr="00C226E8" w:rsidRDefault="0010575D" w:rsidP="0010575D">
      <w:pPr>
        <w:spacing w:after="0" w:line="240" w:lineRule="auto"/>
        <w:jc w:val="center"/>
        <w:rPr>
          <w:rFonts w:cstheme="majorHAnsi"/>
        </w:rPr>
      </w:pPr>
    </w:p>
    <w:p w14:paraId="0D775EBB" w14:textId="77777777" w:rsidR="00DD1D90" w:rsidRPr="00C226E8" w:rsidRDefault="00DD1D90" w:rsidP="00163C88">
      <w:pPr>
        <w:pStyle w:val="Heading2"/>
        <w:spacing w:line="240" w:lineRule="auto"/>
        <w:rPr>
          <w:rFonts w:asciiTheme="minorHAnsi" w:hAnsiTheme="minorHAnsi" w:cstheme="majorHAnsi"/>
        </w:rPr>
      </w:pPr>
      <w:r w:rsidRPr="00C226E8">
        <w:rPr>
          <w:rFonts w:asciiTheme="minorHAnsi" w:hAnsiTheme="minorHAnsi" w:cstheme="majorHAnsi"/>
        </w:rPr>
        <w:t>Materials Needed:</w:t>
      </w:r>
    </w:p>
    <w:p w14:paraId="3779EC86" w14:textId="2732EB73" w:rsidR="00DD1D90" w:rsidRPr="00C226E8" w:rsidRDefault="00DD1D90" w:rsidP="00163C88">
      <w:pPr>
        <w:spacing w:after="0" w:line="240" w:lineRule="auto"/>
        <w:rPr>
          <w:rFonts w:cstheme="majorHAnsi"/>
        </w:rPr>
      </w:pPr>
      <w:r w:rsidRPr="00C226E8">
        <w:rPr>
          <w:rFonts w:cstheme="majorHAnsi"/>
        </w:rPr>
        <w:br/>
        <w:t>• Foam board or cardboard backing (approx. 11"x17")</w:t>
      </w:r>
      <w:r w:rsidRPr="00C226E8">
        <w:rPr>
          <w:rFonts w:cstheme="majorHAnsi"/>
        </w:rPr>
        <w:br/>
        <w:t>• Ruler or measuring tape</w:t>
      </w:r>
      <w:r w:rsidRPr="00C226E8">
        <w:rPr>
          <w:rFonts w:cstheme="majorHAnsi"/>
        </w:rPr>
        <w:br/>
        <w:t>• Pencil and marker</w:t>
      </w:r>
      <w:r w:rsidRPr="00C226E8">
        <w:rPr>
          <w:rFonts w:cstheme="majorHAnsi"/>
        </w:rPr>
        <w:br/>
        <w:t>• Glue or double-sided tape</w:t>
      </w:r>
      <w:r w:rsidRPr="00C226E8">
        <w:rPr>
          <w:rFonts w:cstheme="majorHAnsi"/>
        </w:rPr>
        <w:br/>
        <w:t>• Labels or sticky notes</w:t>
      </w:r>
    </w:p>
    <w:p w14:paraId="112165F7" w14:textId="4951668F" w:rsidR="00430581" w:rsidRPr="00C226E8" w:rsidRDefault="00DD1D90" w:rsidP="00430581">
      <w:pPr>
        <w:pStyle w:val="Heading2"/>
        <w:spacing w:line="240" w:lineRule="auto"/>
        <w:rPr>
          <w:rFonts w:asciiTheme="minorHAnsi" w:hAnsiTheme="minorHAnsi" w:cstheme="majorHAnsi"/>
        </w:rPr>
      </w:pPr>
      <w:r w:rsidRPr="00C226E8">
        <w:rPr>
          <w:rFonts w:asciiTheme="minorHAnsi" w:hAnsiTheme="minorHAnsi" w:cstheme="majorHAnsi"/>
        </w:rPr>
        <w:t>Instructions</w:t>
      </w:r>
      <w:r w:rsidR="00430581" w:rsidRPr="00C226E8">
        <w:rPr>
          <w:rFonts w:asciiTheme="minorHAnsi" w:hAnsiTheme="minorHAnsi" w:cstheme="majorHAnsi"/>
        </w:rPr>
        <w:t>.</w:t>
      </w:r>
    </w:p>
    <w:p w14:paraId="4F2C65E4" w14:textId="77777777" w:rsidR="00430581" w:rsidRPr="00C226E8" w:rsidRDefault="00430581" w:rsidP="00430581">
      <w:pPr>
        <w:spacing w:after="0" w:line="240" w:lineRule="auto"/>
      </w:pPr>
    </w:p>
    <w:p w14:paraId="7CEEDE2E" w14:textId="75801B55" w:rsidR="00DD1D90" w:rsidRDefault="00FE6765" w:rsidP="00430581">
      <w:pPr>
        <w:pStyle w:val="ListNumber"/>
        <w:numPr>
          <w:ilvl w:val="0"/>
          <w:numId w:val="13"/>
        </w:numPr>
        <w:spacing w:after="0" w:line="240" w:lineRule="auto"/>
        <w:rPr>
          <w:rFonts w:cstheme="majorHAnsi"/>
        </w:rPr>
      </w:pPr>
      <w:r w:rsidRPr="00C226E8">
        <w:rPr>
          <w:rFonts w:cstheme="majorHAnsi"/>
        </w:rPr>
        <w:t>Use the internet to s</w:t>
      </w:r>
      <w:r w:rsidR="00DD1D90" w:rsidRPr="00C226E8">
        <w:rPr>
          <w:rFonts w:cstheme="majorHAnsi"/>
        </w:rPr>
        <w:t xml:space="preserve">elect </w:t>
      </w:r>
      <w:r w:rsidRPr="00C226E8">
        <w:rPr>
          <w:rFonts w:cstheme="majorHAnsi"/>
        </w:rPr>
        <w:t>3</w:t>
      </w:r>
      <w:r w:rsidR="00DD1D90" w:rsidRPr="00C226E8">
        <w:rPr>
          <w:rFonts w:cstheme="majorHAnsi"/>
        </w:rPr>
        <w:t xml:space="preserve"> </w:t>
      </w:r>
      <w:r w:rsidRPr="00C226E8">
        <w:rPr>
          <w:rFonts w:cstheme="majorHAnsi"/>
        </w:rPr>
        <w:t>t</w:t>
      </w:r>
      <w:r w:rsidR="00DD1D90" w:rsidRPr="00C226E8">
        <w:rPr>
          <w:rFonts w:cstheme="majorHAnsi"/>
        </w:rPr>
        <w:t xml:space="preserve">rim </w:t>
      </w:r>
      <w:r w:rsidRPr="00C226E8">
        <w:rPr>
          <w:rFonts w:cstheme="majorHAnsi"/>
        </w:rPr>
        <w:t>p</w:t>
      </w:r>
      <w:r w:rsidR="00DD1D90" w:rsidRPr="00C226E8">
        <w:rPr>
          <w:rFonts w:cstheme="majorHAnsi"/>
        </w:rPr>
        <w:t>rofiles</w:t>
      </w:r>
      <w:proofErr w:type="gramStart"/>
      <w:r w:rsidR="00DD1D90" w:rsidRPr="00C226E8">
        <w:rPr>
          <w:rFonts w:cstheme="majorHAnsi"/>
        </w:rPr>
        <w:t>:</w:t>
      </w:r>
      <w:proofErr w:type="gramEnd"/>
      <w:r w:rsidR="00DD1D90" w:rsidRPr="00C226E8">
        <w:rPr>
          <w:rFonts w:cstheme="majorHAnsi"/>
        </w:rPr>
        <w:br/>
        <w:t>Choose three distinct trim styles (e.g., Colonial, Modern, Craftsman, or baseboard, casing, crown).</w:t>
      </w:r>
    </w:p>
    <w:p w14:paraId="3FF4E6DE" w14:textId="77777777" w:rsidR="00C226E8" w:rsidRPr="00C226E8" w:rsidRDefault="00C226E8" w:rsidP="00C226E8">
      <w:pPr>
        <w:pStyle w:val="ListNumber"/>
        <w:numPr>
          <w:ilvl w:val="0"/>
          <w:numId w:val="0"/>
        </w:numPr>
        <w:spacing w:after="0" w:line="240" w:lineRule="auto"/>
        <w:ind w:left="360"/>
        <w:rPr>
          <w:rFonts w:cstheme="majorHAnsi"/>
        </w:rPr>
      </w:pPr>
    </w:p>
    <w:p w14:paraId="72CE7422" w14:textId="0F85F6A8" w:rsidR="00DD1D90" w:rsidRDefault="00DD1D90" w:rsidP="00430581">
      <w:pPr>
        <w:pStyle w:val="ListNumber"/>
        <w:numPr>
          <w:ilvl w:val="0"/>
          <w:numId w:val="13"/>
        </w:numPr>
        <w:spacing w:after="0" w:line="240" w:lineRule="auto"/>
        <w:rPr>
          <w:rFonts w:cstheme="majorHAnsi"/>
        </w:rPr>
      </w:pPr>
      <w:r w:rsidRPr="00C226E8">
        <w:rPr>
          <w:rFonts w:cstheme="majorHAnsi"/>
        </w:rPr>
        <w:t>Cut and Arrange</w:t>
      </w:r>
      <w:proofErr w:type="gramStart"/>
      <w:r w:rsidRPr="00C226E8">
        <w:rPr>
          <w:rFonts w:cstheme="majorHAnsi"/>
        </w:rPr>
        <w:t>:</w:t>
      </w:r>
      <w:proofErr w:type="gramEnd"/>
      <w:r w:rsidRPr="00C226E8">
        <w:rPr>
          <w:rFonts w:cstheme="majorHAnsi"/>
        </w:rPr>
        <w:br/>
        <w:t>Arrange your trim pieces vertically or horizontally on the board with even spacing.</w:t>
      </w:r>
    </w:p>
    <w:p w14:paraId="31499C3B" w14:textId="77777777" w:rsidR="00C226E8" w:rsidRPr="00C226E8" w:rsidRDefault="00C226E8" w:rsidP="00C226E8">
      <w:pPr>
        <w:pStyle w:val="ListNumber"/>
        <w:numPr>
          <w:ilvl w:val="0"/>
          <w:numId w:val="0"/>
        </w:numPr>
        <w:spacing w:after="0" w:line="240" w:lineRule="auto"/>
        <w:rPr>
          <w:rFonts w:cstheme="majorHAnsi"/>
        </w:rPr>
      </w:pPr>
    </w:p>
    <w:p w14:paraId="754A2C11" w14:textId="7E3B31C4" w:rsidR="00DD1D90" w:rsidRPr="00C226E8" w:rsidRDefault="00DD1D90" w:rsidP="00430581">
      <w:pPr>
        <w:pStyle w:val="ListNumber"/>
        <w:numPr>
          <w:ilvl w:val="0"/>
          <w:numId w:val="13"/>
        </w:numPr>
        <w:spacing w:after="0" w:line="240" w:lineRule="auto"/>
        <w:rPr>
          <w:rFonts w:cstheme="majorHAnsi"/>
        </w:rPr>
      </w:pPr>
      <w:r w:rsidRPr="00C226E8">
        <w:rPr>
          <w:rFonts w:cstheme="majorHAnsi"/>
        </w:rPr>
        <w:t>Label Each Profile</w:t>
      </w:r>
      <w:proofErr w:type="gramStart"/>
      <w:r w:rsidRPr="00C226E8">
        <w:rPr>
          <w:rFonts w:cstheme="majorHAnsi"/>
        </w:rPr>
        <w:t>:</w:t>
      </w:r>
      <w:proofErr w:type="gramEnd"/>
      <w:r w:rsidRPr="00C226E8">
        <w:rPr>
          <w:rFonts w:cstheme="majorHAnsi"/>
        </w:rPr>
        <w:br/>
        <w:t>Use labels to name each trim type. Include:</w:t>
      </w:r>
      <w:r w:rsidRPr="00C226E8">
        <w:rPr>
          <w:rFonts w:cstheme="majorHAnsi"/>
        </w:rPr>
        <w:br/>
        <w:t xml:space="preserve">  - Name of the trim style</w:t>
      </w:r>
      <w:r w:rsidRPr="00C226E8">
        <w:rPr>
          <w:rFonts w:cstheme="majorHAnsi"/>
        </w:rPr>
        <w:br/>
        <w:t xml:space="preserve">  - Where it's commonly used (e.g., baseboard, window casing)</w:t>
      </w:r>
      <w:r w:rsidRPr="00C226E8">
        <w:rPr>
          <w:rFonts w:cstheme="majorHAnsi"/>
        </w:rPr>
        <w:br/>
        <w:t xml:space="preserve">  - Aesthetic features (e.g., curved, flat, layered)</w:t>
      </w:r>
    </w:p>
    <w:p w14:paraId="7A327EE6" w14:textId="77777777" w:rsidR="00430581" w:rsidRPr="00C226E8" w:rsidRDefault="00430581" w:rsidP="00430581">
      <w:pPr>
        <w:pStyle w:val="ListNumber"/>
        <w:numPr>
          <w:ilvl w:val="0"/>
          <w:numId w:val="0"/>
        </w:numPr>
        <w:spacing w:after="0" w:line="240" w:lineRule="auto"/>
        <w:rPr>
          <w:rFonts w:cstheme="majorHAnsi"/>
        </w:rPr>
      </w:pPr>
    </w:p>
    <w:p w14:paraId="398981C9" w14:textId="1AD6E723" w:rsidR="00DD1D90" w:rsidRPr="00C226E8" w:rsidRDefault="00DD1D90" w:rsidP="00430581">
      <w:pPr>
        <w:pStyle w:val="ListNumber"/>
        <w:numPr>
          <w:ilvl w:val="0"/>
          <w:numId w:val="13"/>
        </w:numPr>
        <w:spacing w:after="0" w:line="240" w:lineRule="auto"/>
        <w:rPr>
          <w:rFonts w:cstheme="majorHAnsi"/>
        </w:rPr>
      </w:pPr>
      <w:r w:rsidRPr="00C226E8">
        <w:rPr>
          <w:rFonts w:cstheme="majorHAnsi"/>
        </w:rPr>
        <w:t>Decorate Your Board (Optional):</w:t>
      </w:r>
      <w:r w:rsidRPr="00C226E8">
        <w:rPr>
          <w:rFonts w:cstheme="majorHAnsi"/>
        </w:rPr>
        <w:br/>
        <w:t>Add a title: “Trim Style Board” and any visuals or colors to enhance presentation.</w:t>
      </w:r>
    </w:p>
    <w:p w14:paraId="731229B5" w14:textId="77777777" w:rsidR="00430581" w:rsidRPr="00C226E8" w:rsidRDefault="00430581" w:rsidP="00430581">
      <w:pPr>
        <w:pStyle w:val="ListNumber"/>
        <w:numPr>
          <w:ilvl w:val="0"/>
          <w:numId w:val="0"/>
        </w:numPr>
        <w:spacing w:after="0" w:line="240" w:lineRule="auto"/>
        <w:rPr>
          <w:rFonts w:cstheme="majorHAnsi"/>
        </w:rPr>
      </w:pPr>
    </w:p>
    <w:p w14:paraId="6B44CE5D" w14:textId="69EB8CA4" w:rsidR="00DD1D90" w:rsidRPr="00C226E8" w:rsidRDefault="00DD1D90" w:rsidP="00430581">
      <w:pPr>
        <w:pStyle w:val="ListNumber"/>
        <w:numPr>
          <w:ilvl w:val="0"/>
          <w:numId w:val="0"/>
        </w:numPr>
        <w:spacing w:after="0" w:line="240" w:lineRule="auto"/>
        <w:rPr>
          <w:rFonts w:cstheme="majorHAnsi"/>
        </w:rPr>
      </w:pPr>
      <w:r w:rsidRPr="00C226E8">
        <w:rPr>
          <w:rFonts w:cstheme="majorHAnsi"/>
        </w:rPr>
        <w:t>5. Present Your Board:</w:t>
      </w:r>
      <w:r w:rsidRPr="00C226E8">
        <w:rPr>
          <w:rFonts w:cstheme="majorHAnsi"/>
        </w:rPr>
        <w:br/>
        <w:t xml:space="preserve">Share your board with </w:t>
      </w:r>
      <w:r w:rsidR="00FE6765" w:rsidRPr="00C226E8">
        <w:rPr>
          <w:rFonts w:cstheme="majorHAnsi"/>
        </w:rPr>
        <w:t>your family</w:t>
      </w:r>
      <w:r w:rsidRPr="00C226E8">
        <w:rPr>
          <w:rFonts w:cstheme="majorHAnsi"/>
        </w:rPr>
        <w:t>.</w:t>
      </w:r>
    </w:p>
    <w:p w14:paraId="4DEA20E9" w14:textId="77777777" w:rsidR="00DD1D90" w:rsidRPr="00C226E8" w:rsidRDefault="00DD1D90" w:rsidP="00163C88">
      <w:pPr>
        <w:pStyle w:val="ListNumber"/>
        <w:numPr>
          <w:ilvl w:val="0"/>
          <w:numId w:val="0"/>
        </w:numPr>
        <w:spacing w:after="0" w:line="240" w:lineRule="auto"/>
        <w:ind w:left="360" w:hanging="360"/>
        <w:rPr>
          <w:rFonts w:cstheme="majorHAnsi"/>
        </w:rPr>
      </w:pPr>
    </w:p>
    <w:p w14:paraId="77A04AC1" w14:textId="77777777" w:rsidR="00DD1D90" w:rsidRPr="00C226E8" w:rsidRDefault="00DD1D90" w:rsidP="00163C88">
      <w:pPr>
        <w:pStyle w:val="ListNumber"/>
        <w:numPr>
          <w:ilvl w:val="0"/>
          <w:numId w:val="0"/>
        </w:numPr>
        <w:spacing w:after="0" w:line="240" w:lineRule="auto"/>
        <w:ind w:left="360" w:hanging="360"/>
        <w:rPr>
          <w:rFonts w:cstheme="majorHAnsi"/>
        </w:rPr>
      </w:pPr>
    </w:p>
    <w:p w14:paraId="27DE38F5" w14:textId="77777777" w:rsidR="00DD1D90" w:rsidRPr="00C226E8" w:rsidRDefault="00DD1D90" w:rsidP="00163C88">
      <w:pPr>
        <w:pStyle w:val="ListNumber"/>
        <w:numPr>
          <w:ilvl w:val="0"/>
          <w:numId w:val="0"/>
        </w:numPr>
        <w:spacing w:after="0" w:line="240" w:lineRule="auto"/>
        <w:ind w:left="360" w:hanging="360"/>
        <w:rPr>
          <w:rFonts w:cstheme="majorHAnsi"/>
        </w:rPr>
      </w:pPr>
    </w:p>
    <w:p w14:paraId="77C30D4A" w14:textId="77777777" w:rsidR="00DD1D90" w:rsidRPr="00C226E8" w:rsidRDefault="00DD1D90" w:rsidP="00163C88">
      <w:pPr>
        <w:pStyle w:val="ListNumber"/>
        <w:numPr>
          <w:ilvl w:val="0"/>
          <w:numId w:val="0"/>
        </w:numPr>
        <w:spacing w:after="0" w:line="240" w:lineRule="auto"/>
        <w:ind w:left="360" w:hanging="360"/>
        <w:rPr>
          <w:rFonts w:cstheme="majorHAnsi"/>
        </w:rPr>
      </w:pPr>
    </w:p>
    <w:p w14:paraId="42C4C4A2" w14:textId="77777777" w:rsidR="00DD1D90" w:rsidRPr="00C226E8" w:rsidRDefault="00DD1D90" w:rsidP="00163C88">
      <w:pPr>
        <w:pStyle w:val="ListNumber"/>
        <w:numPr>
          <w:ilvl w:val="0"/>
          <w:numId w:val="0"/>
        </w:numPr>
        <w:spacing w:after="0" w:line="240" w:lineRule="auto"/>
        <w:ind w:left="360" w:hanging="360"/>
        <w:rPr>
          <w:rFonts w:cstheme="majorHAnsi"/>
        </w:rPr>
      </w:pPr>
    </w:p>
    <w:p w14:paraId="40C0C1F7" w14:textId="77777777" w:rsidR="00430581" w:rsidRPr="00C226E8" w:rsidRDefault="00430581" w:rsidP="00163C88">
      <w:pPr>
        <w:pStyle w:val="ListNumber"/>
        <w:numPr>
          <w:ilvl w:val="0"/>
          <w:numId w:val="0"/>
        </w:numPr>
        <w:spacing w:after="0" w:line="240" w:lineRule="auto"/>
        <w:ind w:left="360" w:hanging="360"/>
        <w:rPr>
          <w:rFonts w:cstheme="majorHAnsi"/>
        </w:rPr>
      </w:pPr>
    </w:p>
    <w:p w14:paraId="5FDD7282" w14:textId="77777777" w:rsidR="0010575D" w:rsidRPr="00C226E8" w:rsidRDefault="0010575D" w:rsidP="00163C88">
      <w:pPr>
        <w:pStyle w:val="ListNumber"/>
        <w:numPr>
          <w:ilvl w:val="0"/>
          <w:numId w:val="0"/>
        </w:numPr>
        <w:spacing w:after="0" w:line="240" w:lineRule="auto"/>
        <w:ind w:left="360" w:hanging="360"/>
        <w:rPr>
          <w:rFonts w:cstheme="majorHAnsi"/>
        </w:rPr>
      </w:pPr>
    </w:p>
    <w:p w14:paraId="12D67C74" w14:textId="77777777" w:rsidR="0010575D" w:rsidRPr="00C226E8" w:rsidRDefault="0010575D" w:rsidP="00163C88">
      <w:pPr>
        <w:pStyle w:val="ListNumber"/>
        <w:numPr>
          <w:ilvl w:val="0"/>
          <w:numId w:val="0"/>
        </w:numPr>
        <w:spacing w:after="0" w:line="240" w:lineRule="auto"/>
        <w:ind w:left="360" w:hanging="360"/>
        <w:rPr>
          <w:rFonts w:cstheme="majorHAnsi"/>
        </w:rPr>
      </w:pPr>
    </w:p>
    <w:p w14:paraId="1611E5D4" w14:textId="77777777" w:rsidR="0010575D" w:rsidRPr="00C226E8" w:rsidRDefault="0010575D" w:rsidP="00163C88">
      <w:pPr>
        <w:pStyle w:val="ListNumber"/>
        <w:numPr>
          <w:ilvl w:val="0"/>
          <w:numId w:val="0"/>
        </w:numPr>
        <w:spacing w:after="0" w:line="240" w:lineRule="auto"/>
        <w:ind w:left="360" w:hanging="360"/>
        <w:rPr>
          <w:rFonts w:cstheme="majorHAnsi"/>
        </w:rPr>
      </w:pPr>
    </w:p>
    <w:p w14:paraId="7C26368F" w14:textId="77777777" w:rsidR="0010575D" w:rsidRPr="00C226E8" w:rsidRDefault="0010575D" w:rsidP="00163C88">
      <w:pPr>
        <w:pStyle w:val="ListNumber"/>
        <w:numPr>
          <w:ilvl w:val="0"/>
          <w:numId w:val="0"/>
        </w:numPr>
        <w:spacing w:after="0" w:line="240" w:lineRule="auto"/>
        <w:ind w:left="360" w:hanging="360"/>
        <w:rPr>
          <w:rFonts w:cstheme="majorHAnsi"/>
        </w:rPr>
      </w:pPr>
    </w:p>
    <w:p w14:paraId="0BE11044" w14:textId="77777777" w:rsidR="0010575D" w:rsidRPr="00C226E8" w:rsidRDefault="0010575D" w:rsidP="00163C88">
      <w:pPr>
        <w:pStyle w:val="ListNumber"/>
        <w:numPr>
          <w:ilvl w:val="0"/>
          <w:numId w:val="0"/>
        </w:numPr>
        <w:spacing w:after="0" w:line="240" w:lineRule="auto"/>
        <w:ind w:left="360" w:hanging="360"/>
        <w:rPr>
          <w:rFonts w:cstheme="majorHAnsi"/>
        </w:rPr>
      </w:pPr>
    </w:p>
    <w:p w14:paraId="43664A08" w14:textId="77777777" w:rsidR="0010575D" w:rsidRPr="00C226E8" w:rsidRDefault="0010575D" w:rsidP="00163C88">
      <w:pPr>
        <w:pStyle w:val="ListNumber"/>
        <w:numPr>
          <w:ilvl w:val="0"/>
          <w:numId w:val="0"/>
        </w:numPr>
        <w:spacing w:after="0" w:line="240" w:lineRule="auto"/>
        <w:ind w:left="360" w:hanging="360"/>
        <w:rPr>
          <w:rFonts w:cstheme="majorHAnsi"/>
        </w:rPr>
      </w:pPr>
    </w:p>
    <w:p w14:paraId="2AE9C7F7" w14:textId="77777777" w:rsidR="0010575D" w:rsidRPr="00C226E8" w:rsidRDefault="0010575D" w:rsidP="00163C88">
      <w:pPr>
        <w:pStyle w:val="ListNumber"/>
        <w:numPr>
          <w:ilvl w:val="0"/>
          <w:numId w:val="0"/>
        </w:numPr>
        <w:spacing w:after="0" w:line="240" w:lineRule="auto"/>
        <w:ind w:left="360" w:hanging="360"/>
        <w:rPr>
          <w:rFonts w:cstheme="majorHAnsi"/>
        </w:rPr>
      </w:pPr>
    </w:p>
    <w:p w14:paraId="2407EBEA" w14:textId="77777777" w:rsidR="0010575D" w:rsidRPr="00C226E8" w:rsidRDefault="0010575D" w:rsidP="00163C88">
      <w:pPr>
        <w:pStyle w:val="ListNumber"/>
        <w:numPr>
          <w:ilvl w:val="0"/>
          <w:numId w:val="0"/>
        </w:numPr>
        <w:spacing w:after="0" w:line="240" w:lineRule="auto"/>
        <w:ind w:left="360" w:hanging="360"/>
        <w:rPr>
          <w:rFonts w:cstheme="majorHAnsi"/>
        </w:rPr>
      </w:pPr>
    </w:p>
    <w:p w14:paraId="0BDD6B7D" w14:textId="77777777" w:rsidR="0010575D" w:rsidRPr="00C226E8" w:rsidRDefault="0010575D" w:rsidP="00163C88">
      <w:pPr>
        <w:pStyle w:val="ListNumber"/>
        <w:numPr>
          <w:ilvl w:val="0"/>
          <w:numId w:val="0"/>
        </w:numPr>
        <w:spacing w:after="0" w:line="240" w:lineRule="auto"/>
        <w:ind w:left="360" w:hanging="360"/>
        <w:rPr>
          <w:rFonts w:cstheme="majorHAnsi"/>
        </w:rPr>
      </w:pPr>
    </w:p>
    <w:p w14:paraId="49ADB787" w14:textId="29D3C3E8" w:rsidR="00DD1D90" w:rsidRPr="00C226E8" w:rsidRDefault="00430581" w:rsidP="009763D0">
      <w:pPr>
        <w:pStyle w:val="ListNumber"/>
        <w:numPr>
          <w:ilvl w:val="0"/>
          <w:numId w:val="22"/>
        </w:numPr>
        <w:spacing w:line="240" w:lineRule="auto"/>
        <w:rPr>
          <w:rFonts w:cstheme="majorHAnsi"/>
          <w:b/>
          <w:bCs/>
          <w:color w:val="4F81BD" w:themeColor="accent1"/>
          <w:sz w:val="26"/>
          <w:szCs w:val="26"/>
        </w:rPr>
      </w:pPr>
      <w:r w:rsidRPr="00C226E8">
        <w:rPr>
          <w:rFonts w:cstheme="majorHAnsi"/>
          <w:b/>
          <w:bCs/>
          <w:color w:val="4F81BD" w:themeColor="accent1"/>
          <w:sz w:val="26"/>
          <w:szCs w:val="26"/>
        </w:rPr>
        <w:lastRenderedPageBreak/>
        <w:t>Draw.</w:t>
      </w:r>
    </w:p>
    <w:p w14:paraId="7623F0D4" w14:textId="1E77EB05" w:rsidR="00944BE9" w:rsidRPr="00C226E8" w:rsidRDefault="00DD1D90" w:rsidP="00163C88">
      <w:pPr>
        <w:spacing w:after="0" w:line="240" w:lineRule="auto"/>
        <w:rPr>
          <w:rFonts w:cstheme="majorHAnsi"/>
        </w:rPr>
      </w:pPr>
      <w:r w:rsidRPr="00C226E8">
        <w:rPr>
          <w:rFonts w:cstheme="majorHAnsi"/>
        </w:rPr>
        <w:t>Draw your own trim profile ideas inspired by traditional styles and explain where they would be used.</w:t>
      </w:r>
    </w:p>
    <w:p w14:paraId="2171174B" w14:textId="77777777" w:rsidR="00856721" w:rsidRPr="00C226E8" w:rsidRDefault="00856721" w:rsidP="00163C88">
      <w:pPr>
        <w:spacing w:after="0" w:line="240" w:lineRule="auto"/>
        <w:rPr>
          <w:rFonts w:cstheme="majorHAnsi"/>
        </w:rPr>
      </w:pPr>
    </w:p>
    <w:p w14:paraId="6915ABD1" w14:textId="77777777" w:rsidR="00856721" w:rsidRPr="00C226E8" w:rsidRDefault="00856721" w:rsidP="00163C88">
      <w:pPr>
        <w:spacing w:after="0" w:line="240" w:lineRule="auto"/>
        <w:rPr>
          <w:rFonts w:cstheme="majorHAnsi"/>
        </w:rPr>
      </w:pPr>
    </w:p>
    <w:p w14:paraId="224C8B2D" w14:textId="77777777" w:rsidR="00856721" w:rsidRPr="00C226E8" w:rsidRDefault="00856721" w:rsidP="00163C88">
      <w:pPr>
        <w:spacing w:after="0" w:line="240" w:lineRule="auto"/>
        <w:rPr>
          <w:rFonts w:cstheme="majorHAnsi"/>
        </w:rPr>
      </w:pPr>
    </w:p>
    <w:p w14:paraId="79CBDF8C" w14:textId="77777777" w:rsidR="00856721" w:rsidRPr="00C226E8" w:rsidRDefault="00856721" w:rsidP="00163C88">
      <w:pPr>
        <w:spacing w:after="0" w:line="240" w:lineRule="auto"/>
        <w:rPr>
          <w:rFonts w:cstheme="majorHAnsi"/>
        </w:rPr>
      </w:pPr>
    </w:p>
    <w:p w14:paraId="0398A904" w14:textId="77777777" w:rsidR="00856721" w:rsidRPr="00C226E8" w:rsidRDefault="00856721" w:rsidP="00163C88">
      <w:pPr>
        <w:spacing w:after="0" w:line="240" w:lineRule="auto"/>
        <w:rPr>
          <w:rFonts w:cstheme="majorHAnsi"/>
        </w:rPr>
      </w:pPr>
    </w:p>
    <w:p w14:paraId="0872D7AD" w14:textId="77777777" w:rsidR="00856721" w:rsidRPr="00C226E8" w:rsidRDefault="00856721" w:rsidP="00163C88">
      <w:pPr>
        <w:spacing w:after="0" w:line="240" w:lineRule="auto"/>
        <w:rPr>
          <w:rFonts w:cstheme="majorHAnsi"/>
        </w:rPr>
      </w:pPr>
    </w:p>
    <w:p w14:paraId="0A92F0A0" w14:textId="77777777" w:rsidR="00856721" w:rsidRPr="00C226E8" w:rsidRDefault="00856721" w:rsidP="00163C88">
      <w:pPr>
        <w:spacing w:after="0" w:line="240" w:lineRule="auto"/>
        <w:rPr>
          <w:rFonts w:cstheme="majorHAnsi"/>
        </w:rPr>
      </w:pPr>
    </w:p>
    <w:p w14:paraId="6DD6A7A0" w14:textId="77777777" w:rsidR="00B65CD4" w:rsidRPr="00C226E8" w:rsidRDefault="00B65CD4" w:rsidP="00163C88">
      <w:pPr>
        <w:spacing w:after="0" w:line="240" w:lineRule="auto"/>
        <w:rPr>
          <w:rFonts w:cstheme="majorHAnsi"/>
        </w:rPr>
      </w:pPr>
    </w:p>
    <w:p w14:paraId="40BB2467" w14:textId="77777777" w:rsidR="00B65CD4" w:rsidRPr="00C226E8" w:rsidRDefault="00B65CD4" w:rsidP="00163C88">
      <w:pPr>
        <w:spacing w:after="0" w:line="240" w:lineRule="auto"/>
        <w:rPr>
          <w:rFonts w:cstheme="majorHAnsi"/>
        </w:rPr>
      </w:pPr>
    </w:p>
    <w:p w14:paraId="006B9681" w14:textId="77777777" w:rsidR="00B65CD4" w:rsidRPr="00C226E8" w:rsidRDefault="00B65CD4" w:rsidP="00163C88">
      <w:pPr>
        <w:spacing w:after="0" w:line="240" w:lineRule="auto"/>
        <w:rPr>
          <w:rFonts w:cstheme="majorHAnsi"/>
        </w:rPr>
      </w:pPr>
    </w:p>
    <w:p w14:paraId="3D201DE1" w14:textId="77777777" w:rsidR="00430581" w:rsidRPr="00C226E8" w:rsidRDefault="00430581" w:rsidP="00163C88">
      <w:pPr>
        <w:spacing w:after="0" w:line="240" w:lineRule="auto"/>
        <w:rPr>
          <w:rFonts w:cstheme="majorHAnsi"/>
        </w:rPr>
      </w:pPr>
    </w:p>
    <w:p w14:paraId="3BA94C23" w14:textId="77777777" w:rsidR="00430581" w:rsidRPr="00C226E8" w:rsidRDefault="00430581" w:rsidP="00163C88">
      <w:pPr>
        <w:spacing w:after="0" w:line="240" w:lineRule="auto"/>
        <w:rPr>
          <w:rFonts w:cstheme="majorHAnsi"/>
        </w:rPr>
      </w:pPr>
    </w:p>
    <w:p w14:paraId="26E938CE" w14:textId="77777777" w:rsidR="00430581" w:rsidRPr="00C226E8" w:rsidRDefault="00430581" w:rsidP="00163C88">
      <w:pPr>
        <w:spacing w:after="0" w:line="240" w:lineRule="auto"/>
        <w:rPr>
          <w:rFonts w:cstheme="majorHAnsi"/>
        </w:rPr>
      </w:pPr>
    </w:p>
    <w:p w14:paraId="7A0CF72E" w14:textId="77777777" w:rsidR="00430581" w:rsidRPr="00C226E8" w:rsidRDefault="00430581" w:rsidP="00163C88">
      <w:pPr>
        <w:spacing w:after="0" w:line="240" w:lineRule="auto"/>
        <w:rPr>
          <w:rFonts w:cstheme="majorHAnsi"/>
        </w:rPr>
      </w:pPr>
    </w:p>
    <w:p w14:paraId="15DBB98C" w14:textId="77777777" w:rsidR="00430581" w:rsidRPr="00C226E8" w:rsidRDefault="00430581" w:rsidP="00163C88">
      <w:pPr>
        <w:spacing w:after="0" w:line="240" w:lineRule="auto"/>
        <w:rPr>
          <w:rFonts w:cstheme="majorHAnsi"/>
        </w:rPr>
      </w:pPr>
    </w:p>
    <w:p w14:paraId="64685AAA" w14:textId="77777777" w:rsidR="00B65CD4" w:rsidRPr="00C226E8" w:rsidRDefault="00B65CD4" w:rsidP="00163C88">
      <w:pPr>
        <w:spacing w:after="0" w:line="240" w:lineRule="auto"/>
        <w:rPr>
          <w:rFonts w:cstheme="majorHAnsi"/>
        </w:rPr>
      </w:pPr>
    </w:p>
    <w:p w14:paraId="2F9D066D" w14:textId="77777777" w:rsidR="00B65CD4" w:rsidRPr="00C226E8" w:rsidRDefault="00B65CD4" w:rsidP="00163C88">
      <w:pPr>
        <w:spacing w:after="0" w:line="240" w:lineRule="auto"/>
        <w:rPr>
          <w:rFonts w:cstheme="majorHAnsi"/>
        </w:rPr>
      </w:pPr>
    </w:p>
    <w:p w14:paraId="1266AF00" w14:textId="77777777" w:rsidR="00B65CD4" w:rsidRPr="00C226E8" w:rsidRDefault="00B65CD4" w:rsidP="00163C88">
      <w:pPr>
        <w:spacing w:after="0" w:line="240" w:lineRule="auto"/>
        <w:rPr>
          <w:rFonts w:cstheme="majorHAnsi"/>
        </w:rPr>
      </w:pPr>
    </w:p>
    <w:p w14:paraId="5F1AC237" w14:textId="77777777" w:rsidR="00430581" w:rsidRPr="00C226E8" w:rsidRDefault="00430581" w:rsidP="00163C88">
      <w:pPr>
        <w:spacing w:after="0" w:line="240" w:lineRule="auto"/>
        <w:rPr>
          <w:rFonts w:cstheme="majorHAnsi"/>
        </w:rPr>
      </w:pPr>
    </w:p>
    <w:p w14:paraId="3E175B7D" w14:textId="77777777" w:rsidR="00430581" w:rsidRPr="00C226E8" w:rsidRDefault="00430581" w:rsidP="00163C88">
      <w:pPr>
        <w:spacing w:after="0" w:line="240" w:lineRule="auto"/>
        <w:rPr>
          <w:rFonts w:cstheme="majorHAnsi"/>
        </w:rPr>
      </w:pPr>
    </w:p>
    <w:p w14:paraId="07C02D9C" w14:textId="77777777" w:rsidR="00430581" w:rsidRPr="00C226E8" w:rsidRDefault="00430581" w:rsidP="00163C88">
      <w:pPr>
        <w:spacing w:after="0" w:line="240" w:lineRule="auto"/>
        <w:rPr>
          <w:rFonts w:cstheme="majorHAnsi"/>
        </w:rPr>
      </w:pPr>
    </w:p>
    <w:p w14:paraId="5B5F06B1" w14:textId="77777777" w:rsidR="00430581" w:rsidRPr="00C226E8" w:rsidRDefault="00430581" w:rsidP="00163C88">
      <w:pPr>
        <w:spacing w:after="0" w:line="240" w:lineRule="auto"/>
        <w:rPr>
          <w:rFonts w:cstheme="majorHAnsi"/>
        </w:rPr>
      </w:pPr>
    </w:p>
    <w:p w14:paraId="32672D32" w14:textId="77777777" w:rsidR="00430581" w:rsidRPr="00C226E8" w:rsidRDefault="00430581" w:rsidP="00163C88">
      <w:pPr>
        <w:spacing w:after="0" w:line="240" w:lineRule="auto"/>
        <w:rPr>
          <w:rFonts w:cstheme="majorHAnsi"/>
        </w:rPr>
      </w:pPr>
    </w:p>
    <w:p w14:paraId="477493C7" w14:textId="77777777" w:rsidR="00430581" w:rsidRPr="00C226E8" w:rsidRDefault="00430581" w:rsidP="00163C88">
      <w:pPr>
        <w:spacing w:after="0" w:line="240" w:lineRule="auto"/>
        <w:rPr>
          <w:rFonts w:cstheme="majorHAnsi"/>
        </w:rPr>
      </w:pPr>
    </w:p>
    <w:p w14:paraId="2881C182" w14:textId="77777777" w:rsidR="00430581" w:rsidRPr="00C226E8" w:rsidRDefault="00430581" w:rsidP="00163C88">
      <w:pPr>
        <w:spacing w:after="0" w:line="240" w:lineRule="auto"/>
        <w:rPr>
          <w:rFonts w:cstheme="majorHAnsi"/>
        </w:rPr>
      </w:pPr>
    </w:p>
    <w:p w14:paraId="5599C398" w14:textId="77777777" w:rsidR="00430581" w:rsidRPr="00C226E8" w:rsidRDefault="00430581" w:rsidP="00163C88">
      <w:pPr>
        <w:spacing w:after="0" w:line="240" w:lineRule="auto"/>
        <w:rPr>
          <w:rFonts w:cstheme="majorHAnsi"/>
        </w:rPr>
      </w:pPr>
    </w:p>
    <w:p w14:paraId="7C240040" w14:textId="77777777" w:rsidR="00430581" w:rsidRPr="00C226E8" w:rsidRDefault="00430581" w:rsidP="00163C88">
      <w:pPr>
        <w:spacing w:after="0" w:line="240" w:lineRule="auto"/>
        <w:rPr>
          <w:rFonts w:cstheme="majorHAnsi"/>
        </w:rPr>
      </w:pPr>
    </w:p>
    <w:p w14:paraId="59404C0A" w14:textId="77777777" w:rsidR="00430581" w:rsidRPr="00C226E8" w:rsidRDefault="00430581" w:rsidP="00163C88">
      <w:pPr>
        <w:spacing w:after="0" w:line="240" w:lineRule="auto"/>
        <w:rPr>
          <w:rFonts w:cstheme="majorHAnsi"/>
        </w:rPr>
      </w:pPr>
    </w:p>
    <w:p w14:paraId="27E65C8A" w14:textId="77777777" w:rsidR="00B65CD4" w:rsidRPr="00C226E8" w:rsidRDefault="00B65CD4" w:rsidP="00163C88">
      <w:pPr>
        <w:spacing w:after="0" w:line="240" w:lineRule="auto"/>
        <w:rPr>
          <w:rFonts w:cstheme="majorHAnsi"/>
        </w:rPr>
      </w:pPr>
    </w:p>
    <w:p w14:paraId="7999301C" w14:textId="77777777" w:rsidR="00B65CD4" w:rsidRPr="00C226E8" w:rsidRDefault="00B65CD4" w:rsidP="00163C88">
      <w:pPr>
        <w:spacing w:after="0" w:line="240" w:lineRule="auto"/>
        <w:rPr>
          <w:rFonts w:cstheme="majorHAnsi"/>
        </w:rPr>
      </w:pPr>
    </w:p>
    <w:p w14:paraId="5E469C96" w14:textId="77777777" w:rsidR="00B65CD4" w:rsidRPr="00C226E8" w:rsidRDefault="00B65CD4" w:rsidP="00163C88">
      <w:pPr>
        <w:spacing w:after="0" w:line="240" w:lineRule="auto"/>
        <w:rPr>
          <w:rFonts w:cstheme="majorHAnsi"/>
        </w:rPr>
      </w:pPr>
    </w:p>
    <w:p w14:paraId="4472FB78" w14:textId="77777777" w:rsidR="00B65CD4" w:rsidRPr="00C226E8" w:rsidRDefault="00B65CD4" w:rsidP="00163C88">
      <w:pPr>
        <w:spacing w:after="0" w:line="240" w:lineRule="auto"/>
        <w:rPr>
          <w:rFonts w:cstheme="majorHAnsi"/>
        </w:rPr>
      </w:pPr>
    </w:p>
    <w:p w14:paraId="6CF8655A" w14:textId="77777777" w:rsidR="00B65CD4" w:rsidRPr="00C226E8" w:rsidRDefault="00B65CD4" w:rsidP="00163C88">
      <w:pPr>
        <w:spacing w:after="0" w:line="240" w:lineRule="auto"/>
        <w:rPr>
          <w:rFonts w:cstheme="majorHAnsi"/>
        </w:rPr>
      </w:pPr>
    </w:p>
    <w:p w14:paraId="54C61F37" w14:textId="77777777" w:rsidR="00430581" w:rsidRPr="00C226E8" w:rsidRDefault="00430581" w:rsidP="00163C88">
      <w:pPr>
        <w:spacing w:after="0" w:line="240" w:lineRule="auto"/>
        <w:rPr>
          <w:rFonts w:cstheme="majorHAnsi"/>
        </w:rPr>
      </w:pPr>
    </w:p>
    <w:p w14:paraId="0C45F2B6" w14:textId="77777777" w:rsidR="00430581" w:rsidRPr="00C226E8" w:rsidRDefault="00430581" w:rsidP="00163C88">
      <w:pPr>
        <w:spacing w:after="0" w:line="240" w:lineRule="auto"/>
        <w:rPr>
          <w:rFonts w:cstheme="majorHAnsi"/>
        </w:rPr>
      </w:pPr>
    </w:p>
    <w:p w14:paraId="3A990263" w14:textId="77777777" w:rsidR="00430581" w:rsidRPr="00C226E8" w:rsidRDefault="00430581" w:rsidP="00163C88">
      <w:pPr>
        <w:spacing w:after="0" w:line="240" w:lineRule="auto"/>
        <w:rPr>
          <w:rFonts w:cstheme="majorHAnsi"/>
        </w:rPr>
      </w:pPr>
    </w:p>
    <w:p w14:paraId="03168073" w14:textId="77777777" w:rsidR="00430581" w:rsidRPr="00C226E8" w:rsidRDefault="00430581" w:rsidP="00163C88">
      <w:pPr>
        <w:spacing w:after="0" w:line="240" w:lineRule="auto"/>
        <w:rPr>
          <w:rFonts w:cstheme="majorHAnsi"/>
        </w:rPr>
      </w:pPr>
    </w:p>
    <w:p w14:paraId="6D9B394E" w14:textId="77777777" w:rsidR="00430581" w:rsidRPr="00C226E8" w:rsidRDefault="00430581" w:rsidP="00163C88">
      <w:pPr>
        <w:spacing w:after="0" w:line="240" w:lineRule="auto"/>
        <w:rPr>
          <w:rFonts w:cstheme="majorHAnsi"/>
        </w:rPr>
      </w:pPr>
    </w:p>
    <w:p w14:paraId="2B33EBE4" w14:textId="77777777" w:rsidR="00B65CD4" w:rsidRPr="00C226E8" w:rsidRDefault="00B65CD4" w:rsidP="00163C88">
      <w:pPr>
        <w:spacing w:after="0" w:line="240" w:lineRule="auto"/>
        <w:rPr>
          <w:rFonts w:cstheme="majorHAnsi"/>
        </w:rPr>
      </w:pPr>
    </w:p>
    <w:p w14:paraId="0A2113CA" w14:textId="77777777" w:rsidR="00B65CD4" w:rsidRPr="00C226E8" w:rsidRDefault="00B65CD4" w:rsidP="00163C88">
      <w:pPr>
        <w:spacing w:after="0" w:line="240" w:lineRule="auto"/>
        <w:rPr>
          <w:rFonts w:cstheme="majorHAnsi"/>
        </w:rPr>
      </w:pPr>
    </w:p>
    <w:p w14:paraId="67483BB2" w14:textId="77777777" w:rsidR="00B65CD4" w:rsidRDefault="00B65CD4" w:rsidP="00163C88">
      <w:pPr>
        <w:spacing w:after="0" w:line="240" w:lineRule="auto"/>
        <w:rPr>
          <w:rFonts w:cstheme="majorHAnsi"/>
        </w:rPr>
      </w:pPr>
    </w:p>
    <w:p w14:paraId="159881BF" w14:textId="77777777" w:rsidR="00C226E8" w:rsidRDefault="00C226E8" w:rsidP="00163C88">
      <w:pPr>
        <w:spacing w:after="0" w:line="240" w:lineRule="auto"/>
        <w:rPr>
          <w:rFonts w:cstheme="majorHAnsi"/>
        </w:rPr>
      </w:pPr>
    </w:p>
    <w:p w14:paraId="446C5259" w14:textId="77777777" w:rsidR="00C226E8" w:rsidRPr="00C226E8" w:rsidRDefault="00C226E8" w:rsidP="00163C88">
      <w:pPr>
        <w:spacing w:after="0" w:line="240" w:lineRule="auto"/>
        <w:rPr>
          <w:rFonts w:cstheme="majorHAnsi"/>
        </w:rPr>
      </w:pPr>
    </w:p>
    <w:p w14:paraId="4B412269" w14:textId="77777777" w:rsidR="00B65CD4" w:rsidRPr="00C226E8" w:rsidRDefault="00B65CD4" w:rsidP="00163C88">
      <w:pPr>
        <w:spacing w:after="0" w:line="240" w:lineRule="auto"/>
        <w:rPr>
          <w:rFonts w:cstheme="majorHAnsi"/>
        </w:rPr>
      </w:pPr>
    </w:p>
    <w:p w14:paraId="4314BEB6" w14:textId="77777777" w:rsidR="00856721" w:rsidRPr="00C226E8" w:rsidRDefault="00856721" w:rsidP="00163C88">
      <w:pPr>
        <w:spacing w:after="0" w:line="240" w:lineRule="auto"/>
        <w:rPr>
          <w:rFonts w:cstheme="majorHAnsi"/>
        </w:rPr>
      </w:pPr>
    </w:p>
    <w:p w14:paraId="3B0DC43D" w14:textId="77777777" w:rsidR="00090803" w:rsidRPr="00C226E8" w:rsidRDefault="00090803" w:rsidP="00090803">
      <w:pPr>
        <w:pStyle w:val="Title"/>
        <w:pBdr>
          <w:bottom w:val="none" w:sz="0" w:space="0" w:color="auto"/>
        </w:pBdr>
        <w:spacing w:after="0"/>
        <w:rPr>
          <w:rFonts w:asciiTheme="minorHAnsi" w:hAnsiTheme="minorHAnsi" w:cstheme="majorHAnsi"/>
          <w:b/>
          <w:bCs/>
          <w:sz w:val="28"/>
          <w:szCs w:val="28"/>
        </w:rPr>
      </w:pPr>
    </w:p>
    <w:p w14:paraId="60E3A963" w14:textId="67B807E2" w:rsidR="00B54D9E" w:rsidRPr="00C226E8" w:rsidRDefault="00856721" w:rsidP="009763D0">
      <w:pPr>
        <w:pStyle w:val="ListNumber"/>
        <w:numPr>
          <w:ilvl w:val="0"/>
          <w:numId w:val="22"/>
        </w:numPr>
        <w:rPr>
          <w:rFonts w:cstheme="majorHAnsi"/>
          <w:b/>
          <w:bCs/>
          <w:color w:val="4F81BD" w:themeColor="accent1"/>
          <w:sz w:val="28"/>
          <w:szCs w:val="28"/>
        </w:rPr>
      </w:pPr>
      <w:r w:rsidRPr="00C226E8">
        <w:rPr>
          <w:rFonts w:cstheme="majorHAnsi"/>
          <w:b/>
          <w:bCs/>
          <w:color w:val="4F81BD" w:themeColor="accent1"/>
          <w:sz w:val="28"/>
          <w:szCs w:val="28"/>
        </w:rPr>
        <w:lastRenderedPageBreak/>
        <w:t xml:space="preserve"> Install Baseboard and Casing Pieces on Project Panel</w:t>
      </w:r>
      <w:r w:rsidR="00090803" w:rsidRPr="00C226E8">
        <w:rPr>
          <w:rFonts w:cstheme="majorHAnsi"/>
          <w:b/>
          <w:bCs/>
          <w:color w:val="4F81BD" w:themeColor="accent1"/>
          <w:sz w:val="28"/>
          <w:szCs w:val="28"/>
        </w:rPr>
        <w:t>.</w:t>
      </w:r>
    </w:p>
    <w:p w14:paraId="4E5CCD23" w14:textId="77777777" w:rsidR="00B54D9E" w:rsidRPr="00C226E8" w:rsidRDefault="00B54D9E" w:rsidP="00B54D9E">
      <w:pPr>
        <w:pStyle w:val="Title"/>
        <w:pBdr>
          <w:bottom w:val="none" w:sz="0" w:space="0" w:color="auto"/>
        </w:pBdr>
        <w:spacing w:after="0"/>
        <w:ind w:left="360"/>
        <w:rPr>
          <w:rFonts w:asciiTheme="minorHAnsi" w:hAnsiTheme="minorHAnsi" w:cstheme="majorHAnsi"/>
          <w:b/>
          <w:bCs/>
          <w:color w:val="4F81BD" w:themeColor="accent1"/>
          <w:sz w:val="28"/>
          <w:szCs w:val="28"/>
        </w:rPr>
      </w:pPr>
    </w:p>
    <w:p w14:paraId="618D1F5B" w14:textId="18E61914" w:rsidR="00856721" w:rsidRPr="00C226E8" w:rsidRDefault="00856721" w:rsidP="00B54D9E">
      <w:pPr>
        <w:pStyle w:val="Title"/>
        <w:pBdr>
          <w:bottom w:val="none" w:sz="0" w:space="0" w:color="auto"/>
        </w:pBdr>
        <w:spacing w:after="0"/>
        <w:rPr>
          <w:rFonts w:asciiTheme="minorHAnsi" w:hAnsiTheme="minorHAnsi" w:cstheme="majorHAnsi"/>
          <w:b/>
          <w:bCs/>
          <w:color w:val="4F81BD" w:themeColor="accent1"/>
          <w:sz w:val="28"/>
          <w:szCs w:val="28"/>
        </w:rPr>
      </w:pPr>
      <w:r w:rsidRPr="00C226E8">
        <w:rPr>
          <w:rFonts w:asciiTheme="minorHAnsi" w:hAnsiTheme="minorHAnsi" w:cstheme="majorHAnsi"/>
          <w:color w:val="4F81BD" w:themeColor="accent1"/>
          <w:sz w:val="26"/>
          <w:szCs w:val="26"/>
        </w:rPr>
        <w:t>Objective</w:t>
      </w:r>
    </w:p>
    <w:p w14:paraId="334AB866" w14:textId="77777777" w:rsidR="00B54D9E" w:rsidRPr="00C226E8" w:rsidRDefault="00856721" w:rsidP="00B54D9E">
      <w:pPr>
        <w:spacing w:after="0" w:line="240" w:lineRule="auto"/>
        <w:rPr>
          <w:rFonts w:cstheme="majorHAnsi"/>
        </w:rPr>
      </w:pPr>
      <w:r w:rsidRPr="00C226E8">
        <w:rPr>
          <w:rFonts w:cstheme="majorHAnsi"/>
        </w:rPr>
        <w:t>Students will accurately measure, cut, and install baseboard and casing pieces on a mock project panel to simulate interior finish carpentry installation.</w:t>
      </w:r>
    </w:p>
    <w:p w14:paraId="5607B69E" w14:textId="77777777" w:rsidR="00B54D9E" w:rsidRPr="00C226E8" w:rsidRDefault="00B54D9E" w:rsidP="00B54D9E">
      <w:pPr>
        <w:spacing w:after="0" w:line="240" w:lineRule="auto"/>
        <w:rPr>
          <w:rFonts w:cstheme="majorHAnsi"/>
        </w:rPr>
      </w:pPr>
    </w:p>
    <w:p w14:paraId="4E4AC52B" w14:textId="5490E756" w:rsidR="00856721" w:rsidRPr="00C226E8" w:rsidRDefault="00856721" w:rsidP="00B54D9E">
      <w:pPr>
        <w:spacing w:after="0" w:line="240" w:lineRule="auto"/>
        <w:rPr>
          <w:rFonts w:cstheme="majorHAnsi"/>
          <w:color w:val="4F81BD" w:themeColor="accent1"/>
          <w:sz w:val="26"/>
          <w:szCs w:val="26"/>
        </w:rPr>
      </w:pPr>
      <w:r w:rsidRPr="00C226E8">
        <w:rPr>
          <w:rFonts w:cstheme="majorHAnsi"/>
          <w:color w:val="4F81BD" w:themeColor="accent1"/>
          <w:sz w:val="26"/>
          <w:szCs w:val="26"/>
        </w:rPr>
        <w:t>Materials Needed</w:t>
      </w:r>
    </w:p>
    <w:p w14:paraId="257AF171" w14:textId="77777777" w:rsidR="00856721" w:rsidRPr="00C226E8" w:rsidRDefault="00856721" w:rsidP="00163C88">
      <w:pPr>
        <w:pStyle w:val="ListBullet"/>
        <w:spacing w:after="0" w:line="240" w:lineRule="auto"/>
        <w:rPr>
          <w:rFonts w:cstheme="majorHAnsi"/>
        </w:rPr>
      </w:pPr>
      <w:r w:rsidRPr="00C226E8">
        <w:rPr>
          <w:rFonts w:cstheme="majorHAnsi"/>
        </w:rPr>
        <w:t>Pre-cut or scrap lengths of baseboard and casing trim</w:t>
      </w:r>
    </w:p>
    <w:p w14:paraId="788D4853" w14:textId="77777777" w:rsidR="00856721" w:rsidRPr="00C226E8" w:rsidRDefault="00856721" w:rsidP="00163C88">
      <w:pPr>
        <w:pStyle w:val="ListBullet"/>
        <w:spacing w:after="0" w:line="240" w:lineRule="auto"/>
        <w:rPr>
          <w:rFonts w:cstheme="majorHAnsi"/>
        </w:rPr>
      </w:pPr>
      <w:r w:rsidRPr="00C226E8">
        <w:rPr>
          <w:rFonts w:cstheme="majorHAnsi"/>
        </w:rPr>
        <w:t>Mock panel or plywood board (approx. 24" x 24")</w:t>
      </w:r>
    </w:p>
    <w:p w14:paraId="5F1C94E8" w14:textId="75C5357A" w:rsidR="00856721" w:rsidRPr="00C226E8" w:rsidRDefault="00856721" w:rsidP="00163C88">
      <w:pPr>
        <w:pStyle w:val="ListBullet"/>
        <w:spacing w:after="0" w:line="240" w:lineRule="auto"/>
        <w:rPr>
          <w:rFonts w:cstheme="majorHAnsi"/>
        </w:rPr>
      </w:pPr>
      <w:r w:rsidRPr="00C226E8">
        <w:rPr>
          <w:rFonts w:cstheme="majorHAnsi"/>
        </w:rPr>
        <w:t xml:space="preserve">Miter saw or hand saw </w:t>
      </w:r>
    </w:p>
    <w:p w14:paraId="668972C1" w14:textId="36172090" w:rsidR="00856721" w:rsidRPr="00C226E8" w:rsidRDefault="00856721" w:rsidP="00163C88">
      <w:pPr>
        <w:pStyle w:val="ListBullet"/>
        <w:spacing w:after="0" w:line="240" w:lineRule="auto"/>
        <w:rPr>
          <w:rFonts w:cstheme="majorHAnsi"/>
        </w:rPr>
      </w:pPr>
      <w:r w:rsidRPr="00C226E8">
        <w:rPr>
          <w:rFonts w:cstheme="majorHAnsi"/>
        </w:rPr>
        <w:t xml:space="preserve">Wood glue or finish nails </w:t>
      </w:r>
    </w:p>
    <w:p w14:paraId="42043439" w14:textId="77777777" w:rsidR="00856721" w:rsidRPr="00C226E8" w:rsidRDefault="00856721" w:rsidP="00163C88">
      <w:pPr>
        <w:pStyle w:val="ListBullet"/>
        <w:spacing w:after="0" w:line="240" w:lineRule="auto"/>
        <w:rPr>
          <w:rFonts w:cstheme="majorHAnsi"/>
        </w:rPr>
      </w:pPr>
      <w:r w:rsidRPr="00C226E8">
        <w:rPr>
          <w:rFonts w:cstheme="majorHAnsi"/>
        </w:rPr>
        <w:t>Tape measure, pencil, speed square</w:t>
      </w:r>
    </w:p>
    <w:p w14:paraId="36544DF1" w14:textId="77777777" w:rsidR="00856721" w:rsidRPr="00C226E8" w:rsidRDefault="00856721" w:rsidP="00163C88">
      <w:pPr>
        <w:pStyle w:val="ListBullet"/>
        <w:spacing w:after="0" w:line="240" w:lineRule="auto"/>
        <w:rPr>
          <w:rFonts w:cstheme="majorHAnsi"/>
        </w:rPr>
      </w:pPr>
      <w:r w:rsidRPr="00C226E8">
        <w:rPr>
          <w:rFonts w:cstheme="majorHAnsi"/>
        </w:rPr>
        <w:t>Optional: caulk, filler, and sandpaper for finishing</w:t>
      </w:r>
    </w:p>
    <w:p w14:paraId="5B3EEB38" w14:textId="77777777" w:rsidR="00856721" w:rsidRPr="00C226E8" w:rsidRDefault="00856721" w:rsidP="00163C88">
      <w:pPr>
        <w:pStyle w:val="Heading1"/>
        <w:spacing w:line="240" w:lineRule="auto"/>
        <w:rPr>
          <w:rFonts w:asciiTheme="minorHAnsi" w:hAnsiTheme="minorHAnsi" w:cstheme="majorHAnsi"/>
          <w:color w:val="4F81BD" w:themeColor="accent1"/>
          <w:sz w:val="26"/>
          <w:szCs w:val="26"/>
        </w:rPr>
      </w:pPr>
      <w:r w:rsidRPr="00C226E8">
        <w:rPr>
          <w:rFonts w:asciiTheme="minorHAnsi" w:hAnsiTheme="minorHAnsi" w:cstheme="majorHAnsi"/>
          <w:color w:val="4F81BD" w:themeColor="accent1"/>
          <w:sz w:val="26"/>
          <w:szCs w:val="26"/>
        </w:rPr>
        <w:t>Instructions</w:t>
      </w:r>
    </w:p>
    <w:p w14:paraId="17D2A6ED" w14:textId="77777777" w:rsidR="00856721" w:rsidRPr="00C226E8" w:rsidRDefault="00856721" w:rsidP="00163C88">
      <w:pPr>
        <w:pStyle w:val="ListNumber"/>
        <w:numPr>
          <w:ilvl w:val="0"/>
          <w:numId w:val="0"/>
        </w:numPr>
        <w:spacing w:after="0" w:line="240" w:lineRule="auto"/>
        <w:rPr>
          <w:rFonts w:cstheme="majorHAnsi"/>
        </w:rPr>
      </w:pPr>
      <w:r w:rsidRPr="00C226E8">
        <w:rPr>
          <w:rFonts w:cstheme="majorHAnsi"/>
        </w:rPr>
        <w:t>1. Measure the length of the bottom edge of the panel for your baseboard.</w:t>
      </w:r>
    </w:p>
    <w:p w14:paraId="075A94F0" w14:textId="77777777" w:rsidR="00856721" w:rsidRPr="00C226E8" w:rsidRDefault="00856721" w:rsidP="00163C88">
      <w:pPr>
        <w:pStyle w:val="ListNumber"/>
        <w:numPr>
          <w:ilvl w:val="0"/>
          <w:numId w:val="0"/>
        </w:numPr>
        <w:spacing w:after="0" w:line="240" w:lineRule="auto"/>
        <w:rPr>
          <w:rFonts w:cstheme="majorHAnsi"/>
        </w:rPr>
      </w:pPr>
      <w:r w:rsidRPr="00C226E8">
        <w:rPr>
          <w:rFonts w:cstheme="majorHAnsi"/>
        </w:rPr>
        <w:t>2. Cut the baseboard piece to fit using a straight 90° cut.</w:t>
      </w:r>
    </w:p>
    <w:p w14:paraId="39106F90" w14:textId="77777777" w:rsidR="00856721" w:rsidRPr="00C226E8" w:rsidRDefault="00856721" w:rsidP="00163C88">
      <w:pPr>
        <w:pStyle w:val="ListNumber"/>
        <w:numPr>
          <w:ilvl w:val="0"/>
          <w:numId w:val="0"/>
        </w:numPr>
        <w:spacing w:after="0" w:line="240" w:lineRule="auto"/>
        <w:rPr>
          <w:rFonts w:cstheme="majorHAnsi"/>
        </w:rPr>
      </w:pPr>
      <w:r w:rsidRPr="00C226E8">
        <w:rPr>
          <w:rFonts w:cstheme="majorHAnsi"/>
        </w:rPr>
        <w:t>3. Measure and mark for casing pieces to simulate a window or door trim set on the panel.</w:t>
      </w:r>
    </w:p>
    <w:p w14:paraId="4694BFE1" w14:textId="77777777" w:rsidR="00856721" w:rsidRPr="00C226E8" w:rsidRDefault="00856721" w:rsidP="00163C88">
      <w:pPr>
        <w:pStyle w:val="ListNumber"/>
        <w:numPr>
          <w:ilvl w:val="0"/>
          <w:numId w:val="0"/>
        </w:numPr>
        <w:spacing w:after="0" w:line="240" w:lineRule="auto"/>
        <w:rPr>
          <w:rFonts w:cstheme="majorHAnsi"/>
        </w:rPr>
      </w:pPr>
      <w:r w:rsidRPr="00C226E8">
        <w:rPr>
          <w:rFonts w:cstheme="majorHAnsi"/>
        </w:rPr>
        <w:t>4. Cut casing pieces using 45° angles at the corners.</w:t>
      </w:r>
    </w:p>
    <w:p w14:paraId="5391E90A" w14:textId="77777777" w:rsidR="00856721" w:rsidRPr="00C226E8" w:rsidRDefault="00856721" w:rsidP="00163C88">
      <w:pPr>
        <w:pStyle w:val="ListNumber"/>
        <w:numPr>
          <w:ilvl w:val="0"/>
          <w:numId w:val="0"/>
        </w:numPr>
        <w:spacing w:after="0" w:line="240" w:lineRule="auto"/>
        <w:rPr>
          <w:rFonts w:cstheme="majorHAnsi"/>
        </w:rPr>
      </w:pPr>
      <w:r w:rsidRPr="00C226E8">
        <w:rPr>
          <w:rFonts w:cstheme="majorHAnsi"/>
        </w:rPr>
        <w:t>5. Attach all trim pieces securely to the panel using glue and/or finish nails.</w:t>
      </w:r>
    </w:p>
    <w:p w14:paraId="1FA5F75B" w14:textId="77777777" w:rsidR="00856721" w:rsidRPr="00C226E8" w:rsidRDefault="00856721" w:rsidP="00163C88">
      <w:pPr>
        <w:pStyle w:val="ListNumber"/>
        <w:numPr>
          <w:ilvl w:val="0"/>
          <w:numId w:val="0"/>
        </w:numPr>
        <w:spacing w:after="0" w:line="240" w:lineRule="auto"/>
        <w:rPr>
          <w:rFonts w:cstheme="majorHAnsi"/>
        </w:rPr>
      </w:pPr>
      <w:r w:rsidRPr="00C226E8">
        <w:rPr>
          <w:rFonts w:cstheme="majorHAnsi"/>
        </w:rPr>
        <w:t>6. (Optional) Fill nail holes and seams, then sand for a smooth finish.</w:t>
      </w:r>
    </w:p>
    <w:p w14:paraId="2E2BD26E" w14:textId="4042EBE4" w:rsidR="00856721" w:rsidRPr="00C226E8" w:rsidRDefault="00856721" w:rsidP="00163C88">
      <w:pPr>
        <w:pStyle w:val="ListNumber"/>
        <w:numPr>
          <w:ilvl w:val="0"/>
          <w:numId w:val="0"/>
        </w:numPr>
        <w:spacing w:after="0" w:line="240" w:lineRule="auto"/>
        <w:rPr>
          <w:rFonts w:cstheme="majorHAnsi"/>
        </w:rPr>
      </w:pPr>
      <w:r w:rsidRPr="00C226E8">
        <w:rPr>
          <w:rFonts w:cstheme="majorHAnsi"/>
        </w:rPr>
        <w:t>7. Label your panel with your name on the back for evaluation.</w:t>
      </w:r>
    </w:p>
    <w:p w14:paraId="0B125FD8" w14:textId="77777777" w:rsidR="00FE1998" w:rsidRPr="00C226E8" w:rsidRDefault="00FE1998" w:rsidP="00FE1998">
      <w:pPr>
        <w:pStyle w:val="Heading1"/>
        <w:rPr>
          <w:rFonts w:asciiTheme="minorHAnsi" w:hAnsiTheme="minorHAnsi"/>
        </w:rPr>
      </w:pPr>
      <w:r w:rsidRPr="00C226E8">
        <w:rPr>
          <w:rFonts w:asciiTheme="minorHAnsi" w:hAnsiTheme="minorHAnsi"/>
        </w:rPr>
        <w:t>Assessment Rubric (20 points)</w:t>
      </w:r>
    </w:p>
    <w:tbl>
      <w:tblPr>
        <w:tblStyle w:val="TableGrid"/>
        <w:tblW w:w="11070" w:type="dxa"/>
        <w:tblInd w:w="-635" w:type="dxa"/>
        <w:tblLook w:val="04A0" w:firstRow="1" w:lastRow="0" w:firstColumn="1" w:lastColumn="0" w:noHBand="0" w:noVBand="1"/>
      </w:tblPr>
      <w:tblGrid>
        <w:gridCol w:w="1980"/>
        <w:gridCol w:w="2250"/>
        <w:gridCol w:w="2160"/>
        <w:gridCol w:w="2257"/>
        <w:gridCol w:w="2423"/>
      </w:tblGrid>
      <w:tr w:rsidR="00FE1998" w:rsidRPr="00C226E8" w14:paraId="45E3A537" w14:textId="77777777" w:rsidTr="00FE1998">
        <w:trPr>
          <w:trHeight w:val="783"/>
        </w:trPr>
        <w:tc>
          <w:tcPr>
            <w:tcW w:w="1980" w:type="dxa"/>
          </w:tcPr>
          <w:p w14:paraId="5AF39A6A" w14:textId="77777777" w:rsidR="00FE1998" w:rsidRPr="00C226E8" w:rsidRDefault="00FE1998" w:rsidP="00543E67">
            <w:pPr>
              <w:rPr>
                <w:b/>
                <w:bCs/>
              </w:rPr>
            </w:pPr>
            <w:r w:rsidRPr="00C226E8">
              <w:rPr>
                <w:b/>
                <w:bCs/>
              </w:rPr>
              <w:t>Criteria</w:t>
            </w:r>
          </w:p>
        </w:tc>
        <w:tc>
          <w:tcPr>
            <w:tcW w:w="2250" w:type="dxa"/>
          </w:tcPr>
          <w:p w14:paraId="4E77B025" w14:textId="77777777" w:rsidR="00FE1998" w:rsidRPr="00C226E8" w:rsidRDefault="00FE1998" w:rsidP="00543E67">
            <w:pPr>
              <w:rPr>
                <w:b/>
                <w:bCs/>
              </w:rPr>
            </w:pPr>
            <w:r w:rsidRPr="00C226E8">
              <w:rPr>
                <w:b/>
                <w:bCs/>
              </w:rPr>
              <w:t>Excellent (4)</w:t>
            </w:r>
          </w:p>
        </w:tc>
        <w:tc>
          <w:tcPr>
            <w:tcW w:w="2160" w:type="dxa"/>
          </w:tcPr>
          <w:p w14:paraId="60AD5AE6" w14:textId="77777777" w:rsidR="00FE1998" w:rsidRPr="00C226E8" w:rsidRDefault="00FE1998" w:rsidP="00543E67">
            <w:pPr>
              <w:rPr>
                <w:b/>
                <w:bCs/>
              </w:rPr>
            </w:pPr>
            <w:r w:rsidRPr="00C226E8">
              <w:rPr>
                <w:b/>
                <w:bCs/>
              </w:rPr>
              <w:t>Good (3)</w:t>
            </w:r>
          </w:p>
        </w:tc>
        <w:tc>
          <w:tcPr>
            <w:tcW w:w="2257" w:type="dxa"/>
          </w:tcPr>
          <w:p w14:paraId="75851320" w14:textId="77777777" w:rsidR="00FE1998" w:rsidRPr="00C226E8" w:rsidRDefault="00FE1998" w:rsidP="00543E67">
            <w:pPr>
              <w:rPr>
                <w:b/>
                <w:bCs/>
              </w:rPr>
            </w:pPr>
            <w:r w:rsidRPr="00C226E8">
              <w:rPr>
                <w:b/>
                <w:bCs/>
              </w:rPr>
              <w:t>Needs Improvement (2)</w:t>
            </w:r>
          </w:p>
        </w:tc>
        <w:tc>
          <w:tcPr>
            <w:tcW w:w="2423" w:type="dxa"/>
          </w:tcPr>
          <w:p w14:paraId="0D3BB035" w14:textId="77777777" w:rsidR="00FE1998" w:rsidRPr="00C226E8" w:rsidRDefault="00FE1998" w:rsidP="00543E67">
            <w:pPr>
              <w:rPr>
                <w:b/>
                <w:bCs/>
              </w:rPr>
            </w:pPr>
            <w:r w:rsidRPr="00C226E8">
              <w:rPr>
                <w:b/>
                <w:bCs/>
              </w:rPr>
              <w:t>Incomplete (1)</w:t>
            </w:r>
          </w:p>
        </w:tc>
      </w:tr>
      <w:tr w:rsidR="00FE1998" w:rsidRPr="00C226E8" w14:paraId="76E0A0A2" w14:textId="77777777" w:rsidTr="00FE1998">
        <w:trPr>
          <w:trHeight w:val="674"/>
        </w:trPr>
        <w:tc>
          <w:tcPr>
            <w:tcW w:w="1980" w:type="dxa"/>
          </w:tcPr>
          <w:p w14:paraId="4945FF27" w14:textId="77777777" w:rsidR="00FE1998" w:rsidRPr="00C226E8" w:rsidRDefault="00FE1998" w:rsidP="00543E67">
            <w:pPr>
              <w:rPr>
                <w:b/>
                <w:bCs/>
              </w:rPr>
            </w:pPr>
            <w:r w:rsidRPr="00C226E8">
              <w:rPr>
                <w:b/>
                <w:bCs/>
              </w:rPr>
              <w:t>Measurements and Layout</w:t>
            </w:r>
          </w:p>
        </w:tc>
        <w:tc>
          <w:tcPr>
            <w:tcW w:w="2250" w:type="dxa"/>
          </w:tcPr>
          <w:p w14:paraId="1D5A62A5" w14:textId="4089D1F5" w:rsidR="00FE1998" w:rsidRPr="00C226E8" w:rsidRDefault="00FE1998" w:rsidP="00543E67">
            <w:r w:rsidRPr="00C226E8">
              <w:t>All measurements are accurate.</w:t>
            </w:r>
          </w:p>
        </w:tc>
        <w:tc>
          <w:tcPr>
            <w:tcW w:w="2160" w:type="dxa"/>
          </w:tcPr>
          <w:p w14:paraId="2F8727DD" w14:textId="2EE5FD9D" w:rsidR="00FE1998" w:rsidRPr="00C226E8" w:rsidRDefault="00FE1998" w:rsidP="00543E67">
            <w:r w:rsidRPr="00C226E8">
              <w:t>Most measurements are correct.</w:t>
            </w:r>
          </w:p>
        </w:tc>
        <w:tc>
          <w:tcPr>
            <w:tcW w:w="2257" w:type="dxa"/>
          </w:tcPr>
          <w:p w14:paraId="6F110D8B" w14:textId="3AE02EA4" w:rsidR="00FE1998" w:rsidRPr="00C226E8" w:rsidRDefault="00FE1998" w:rsidP="00543E67">
            <w:r w:rsidRPr="00C226E8">
              <w:t>Multiple measurement errors.</w:t>
            </w:r>
          </w:p>
        </w:tc>
        <w:tc>
          <w:tcPr>
            <w:tcW w:w="2423" w:type="dxa"/>
          </w:tcPr>
          <w:p w14:paraId="7C41798A" w14:textId="77777777" w:rsidR="00FE1998" w:rsidRPr="00C226E8" w:rsidRDefault="00FE1998" w:rsidP="00543E67">
            <w:r w:rsidRPr="00C226E8">
              <w:t>Measurements missing or highly inaccurate.</w:t>
            </w:r>
          </w:p>
        </w:tc>
      </w:tr>
      <w:tr w:rsidR="00FE1998" w:rsidRPr="00C226E8" w14:paraId="3042F05C" w14:textId="77777777" w:rsidTr="00FE1998">
        <w:trPr>
          <w:trHeight w:val="701"/>
        </w:trPr>
        <w:tc>
          <w:tcPr>
            <w:tcW w:w="1980" w:type="dxa"/>
          </w:tcPr>
          <w:p w14:paraId="227F70A6" w14:textId="77777777" w:rsidR="00FE1998" w:rsidRPr="00C226E8" w:rsidRDefault="00FE1998" w:rsidP="00543E67">
            <w:pPr>
              <w:rPr>
                <w:b/>
                <w:bCs/>
              </w:rPr>
            </w:pPr>
            <w:r w:rsidRPr="00C226E8">
              <w:rPr>
                <w:b/>
                <w:bCs/>
              </w:rPr>
              <w:t>Cuts and Angles</w:t>
            </w:r>
          </w:p>
        </w:tc>
        <w:tc>
          <w:tcPr>
            <w:tcW w:w="2250" w:type="dxa"/>
          </w:tcPr>
          <w:p w14:paraId="0E114548" w14:textId="77777777" w:rsidR="00FE1998" w:rsidRPr="00C226E8" w:rsidRDefault="00FE1998" w:rsidP="00543E67">
            <w:r w:rsidRPr="00C226E8">
              <w:t>All cuts are clean and precise.</w:t>
            </w:r>
          </w:p>
        </w:tc>
        <w:tc>
          <w:tcPr>
            <w:tcW w:w="2160" w:type="dxa"/>
          </w:tcPr>
          <w:p w14:paraId="479B9EBE" w14:textId="5B144A17" w:rsidR="00FE1998" w:rsidRPr="00C226E8" w:rsidRDefault="00FE1998" w:rsidP="00543E67">
            <w:r w:rsidRPr="00C226E8">
              <w:t>Cuts are mostly accurate.</w:t>
            </w:r>
          </w:p>
        </w:tc>
        <w:tc>
          <w:tcPr>
            <w:tcW w:w="2257" w:type="dxa"/>
          </w:tcPr>
          <w:p w14:paraId="3825B2B8" w14:textId="0F1D02BC" w:rsidR="00FE1998" w:rsidRPr="00C226E8" w:rsidRDefault="00FE1998" w:rsidP="00543E67">
            <w:r w:rsidRPr="00C226E8">
              <w:t>Cuts are rough or poorly angled.</w:t>
            </w:r>
          </w:p>
        </w:tc>
        <w:tc>
          <w:tcPr>
            <w:tcW w:w="2423" w:type="dxa"/>
          </w:tcPr>
          <w:p w14:paraId="19461290" w14:textId="77777777" w:rsidR="00FE1998" w:rsidRPr="00C226E8" w:rsidRDefault="00FE1998" w:rsidP="00543E67">
            <w:r w:rsidRPr="00C226E8">
              <w:t>Cuts are incorrect or not attempted.</w:t>
            </w:r>
          </w:p>
        </w:tc>
      </w:tr>
      <w:tr w:rsidR="00FE1998" w:rsidRPr="00C226E8" w14:paraId="4BD1E3FD" w14:textId="77777777" w:rsidTr="00FE1998">
        <w:trPr>
          <w:trHeight w:val="971"/>
        </w:trPr>
        <w:tc>
          <w:tcPr>
            <w:tcW w:w="1980" w:type="dxa"/>
          </w:tcPr>
          <w:p w14:paraId="130BCF4B" w14:textId="77777777" w:rsidR="00FE1998" w:rsidRPr="00C226E8" w:rsidRDefault="00FE1998" w:rsidP="00543E67">
            <w:pPr>
              <w:rPr>
                <w:b/>
                <w:bCs/>
              </w:rPr>
            </w:pPr>
            <w:r w:rsidRPr="00C226E8">
              <w:rPr>
                <w:b/>
                <w:bCs/>
              </w:rPr>
              <w:t>Installation Fit and Finish</w:t>
            </w:r>
          </w:p>
        </w:tc>
        <w:tc>
          <w:tcPr>
            <w:tcW w:w="2250" w:type="dxa"/>
          </w:tcPr>
          <w:p w14:paraId="471C29DE" w14:textId="77777777" w:rsidR="00FE1998" w:rsidRPr="00C226E8" w:rsidRDefault="00FE1998" w:rsidP="00543E67">
            <w:r w:rsidRPr="00C226E8">
              <w:t>Pieces fit tightly with no gaps; joints are seamless.</w:t>
            </w:r>
          </w:p>
        </w:tc>
        <w:tc>
          <w:tcPr>
            <w:tcW w:w="2160" w:type="dxa"/>
          </w:tcPr>
          <w:p w14:paraId="1E7EF747" w14:textId="77777777" w:rsidR="00FE1998" w:rsidRPr="00C226E8" w:rsidRDefault="00FE1998" w:rsidP="00543E67">
            <w:r w:rsidRPr="00C226E8">
              <w:t>Good overall fit; small gaps or visible joints.</w:t>
            </w:r>
          </w:p>
        </w:tc>
        <w:tc>
          <w:tcPr>
            <w:tcW w:w="2257" w:type="dxa"/>
          </w:tcPr>
          <w:p w14:paraId="07E1192A" w14:textId="77777777" w:rsidR="00FE1998" w:rsidRPr="00C226E8" w:rsidRDefault="00FE1998" w:rsidP="00543E67">
            <w:r w:rsidRPr="00C226E8">
              <w:t>Loose or uneven fit; visible gaps or misaligned pieces.</w:t>
            </w:r>
          </w:p>
        </w:tc>
        <w:tc>
          <w:tcPr>
            <w:tcW w:w="2423" w:type="dxa"/>
          </w:tcPr>
          <w:p w14:paraId="618F26D7" w14:textId="77777777" w:rsidR="00FE1998" w:rsidRPr="00C226E8" w:rsidRDefault="00FE1998" w:rsidP="00543E67">
            <w:r w:rsidRPr="00C226E8">
              <w:t>Pieces not secured properly or not installed.</w:t>
            </w:r>
          </w:p>
        </w:tc>
      </w:tr>
      <w:tr w:rsidR="00FE1998" w:rsidRPr="00C226E8" w14:paraId="40610F38" w14:textId="77777777" w:rsidTr="00FE1998">
        <w:trPr>
          <w:trHeight w:val="783"/>
        </w:trPr>
        <w:tc>
          <w:tcPr>
            <w:tcW w:w="1980" w:type="dxa"/>
          </w:tcPr>
          <w:p w14:paraId="4E24519A" w14:textId="77777777" w:rsidR="00FE1998" w:rsidRPr="00C226E8" w:rsidRDefault="00FE1998" w:rsidP="00543E67">
            <w:pPr>
              <w:rPr>
                <w:b/>
                <w:bCs/>
              </w:rPr>
            </w:pPr>
            <w:r w:rsidRPr="00C226E8">
              <w:rPr>
                <w:b/>
                <w:bCs/>
              </w:rPr>
              <w:t>Use of Tools and Safety</w:t>
            </w:r>
          </w:p>
        </w:tc>
        <w:tc>
          <w:tcPr>
            <w:tcW w:w="2250" w:type="dxa"/>
          </w:tcPr>
          <w:p w14:paraId="625B61FA" w14:textId="5DED5BDE" w:rsidR="00FE1998" w:rsidRPr="00C226E8" w:rsidRDefault="00FE1998" w:rsidP="00543E67">
            <w:r w:rsidRPr="00C226E8">
              <w:t>Used tools correctly and safely.</w:t>
            </w:r>
          </w:p>
        </w:tc>
        <w:tc>
          <w:tcPr>
            <w:tcW w:w="2160" w:type="dxa"/>
          </w:tcPr>
          <w:p w14:paraId="66CA9646" w14:textId="36248BF6" w:rsidR="00FE1998" w:rsidRPr="00C226E8" w:rsidRDefault="00FE1998" w:rsidP="00543E67">
            <w:r w:rsidRPr="00C226E8">
              <w:t>Minor errors in tool handling.</w:t>
            </w:r>
          </w:p>
        </w:tc>
        <w:tc>
          <w:tcPr>
            <w:tcW w:w="2257" w:type="dxa"/>
          </w:tcPr>
          <w:p w14:paraId="04F3EF33" w14:textId="0B881001" w:rsidR="00FE1998" w:rsidRPr="00C226E8" w:rsidRDefault="00FE1998" w:rsidP="00543E67">
            <w:r w:rsidRPr="00C226E8">
              <w:t>Frequent tool misuse.</w:t>
            </w:r>
          </w:p>
        </w:tc>
        <w:tc>
          <w:tcPr>
            <w:tcW w:w="2423" w:type="dxa"/>
          </w:tcPr>
          <w:p w14:paraId="1D2C1CFE" w14:textId="77777777" w:rsidR="00FE1998" w:rsidRPr="00C226E8" w:rsidRDefault="00FE1998" w:rsidP="00543E67">
            <w:r w:rsidRPr="00C226E8">
              <w:t>Unsafe use of tools or no tool use demonstrated.</w:t>
            </w:r>
          </w:p>
        </w:tc>
      </w:tr>
      <w:tr w:rsidR="00FE1998" w:rsidRPr="00C226E8" w14:paraId="34E1B2DE" w14:textId="77777777" w:rsidTr="00FE1998">
        <w:trPr>
          <w:trHeight w:val="1040"/>
        </w:trPr>
        <w:tc>
          <w:tcPr>
            <w:tcW w:w="1980" w:type="dxa"/>
          </w:tcPr>
          <w:p w14:paraId="6691B41A" w14:textId="77777777" w:rsidR="00FE1998" w:rsidRPr="00C226E8" w:rsidRDefault="00FE1998" w:rsidP="00543E67">
            <w:pPr>
              <w:rPr>
                <w:b/>
                <w:bCs/>
              </w:rPr>
            </w:pPr>
            <w:r w:rsidRPr="00C226E8">
              <w:rPr>
                <w:b/>
                <w:bCs/>
              </w:rPr>
              <w:t>Overall Presentation</w:t>
            </w:r>
          </w:p>
        </w:tc>
        <w:tc>
          <w:tcPr>
            <w:tcW w:w="2250" w:type="dxa"/>
          </w:tcPr>
          <w:p w14:paraId="7EB744B3" w14:textId="77777777" w:rsidR="00FE1998" w:rsidRPr="00C226E8" w:rsidRDefault="00FE1998" w:rsidP="00543E67">
            <w:r w:rsidRPr="00C226E8">
              <w:t>Panel is clean, aligned, and professionally presented.</w:t>
            </w:r>
          </w:p>
        </w:tc>
        <w:tc>
          <w:tcPr>
            <w:tcW w:w="2160" w:type="dxa"/>
          </w:tcPr>
          <w:p w14:paraId="57D37F83" w14:textId="77777777" w:rsidR="00FE1998" w:rsidRPr="00C226E8" w:rsidRDefault="00FE1998" w:rsidP="00543E67">
            <w:r w:rsidRPr="00C226E8">
              <w:t>Good appearance with minor imperfections.</w:t>
            </w:r>
          </w:p>
        </w:tc>
        <w:tc>
          <w:tcPr>
            <w:tcW w:w="2257" w:type="dxa"/>
          </w:tcPr>
          <w:p w14:paraId="67CFA16D" w14:textId="77777777" w:rsidR="00FE1998" w:rsidRPr="00C226E8" w:rsidRDefault="00FE1998" w:rsidP="00543E67">
            <w:r w:rsidRPr="00C226E8">
              <w:t>Sloppy or rushed appearance; poor alignment.</w:t>
            </w:r>
          </w:p>
        </w:tc>
        <w:tc>
          <w:tcPr>
            <w:tcW w:w="2423" w:type="dxa"/>
          </w:tcPr>
          <w:p w14:paraId="2370AE76" w14:textId="77777777" w:rsidR="00FE1998" w:rsidRPr="00C226E8" w:rsidRDefault="00FE1998" w:rsidP="00543E67">
            <w:r w:rsidRPr="00C226E8">
              <w:t>Project incomplete or unusable.</w:t>
            </w:r>
          </w:p>
        </w:tc>
      </w:tr>
    </w:tbl>
    <w:p w14:paraId="7DBF6F9A" w14:textId="1D9C9083" w:rsidR="00090803" w:rsidRPr="00C226E8" w:rsidRDefault="00090803" w:rsidP="00090803">
      <w:pPr>
        <w:spacing w:after="0" w:line="240" w:lineRule="auto"/>
        <w:rPr>
          <w:rFonts w:cstheme="majorHAnsi"/>
          <w:sz w:val="28"/>
          <w:szCs w:val="28"/>
        </w:rPr>
      </w:pPr>
      <w:r w:rsidRPr="00C226E8">
        <w:rPr>
          <w:rFonts w:cstheme="majorHAnsi"/>
          <w:b/>
          <w:bCs/>
          <w:sz w:val="28"/>
          <w:szCs w:val="28"/>
        </w:rPr>
        <w:t xml:space="preserve">Total Score: </w:t>
      </w:r>
      <w:r w:rsidR="00FE1998" w:rsidRPr="00C226E8">
        <w:rPr>
          <w:rFonts w:cstheme="majorHAnsi"/>
          <w:b/>
          <w:bCs/>
          <w:sz w:val="28"/>
          <w:szCs w:val="28"/>
        </w:rPr>
        <w:t xml:space="preserve">              </w:t>
      </w:r>
      <w:r w:rsidRPr="00C226E8">
        <w:rPr>
          <w:rFonts w:cstheme="majorHAnsi"/>
          <w:b/>
          <w:bCs/>
          <w:sz w:val="28"/>
          <w:szCs w:val="28"/>
        </w:rPr>
        <w:t>/20</w:t>
      </w:r>
    </w:p>
    <w:p w14:paraId="7C0D5CD9" w14:textId="34920FE6" w:rsidR="00B837B4" w:rsidRPr="00C226E8" w:rsidRDefault="00B837B4" w:rsidP="009763D0">
      <w:pPr>
        <w:pStyle w:val="ListNumber"/>
        <w:numPr>
          <w:ilvl w:val="0"/>
          <w:numId w:val="22"/>
        </w:numPr>
        <w:rPr>
          <w:rFonts w:cstheme="majorHAnsi"/>
          <w:b/>
          <w:bCs/>
          <w:color w:val="4F81BD" w:themeColor="accent1"/>
          <w:sz w:val="28"/>
          <w:szCs w:val="28"/>
        </w:rPr>
      </w:pPr>
      <w:r w:rsidRPr="00C226E8">
        <w:rPr>
          <w:rFonts w:cstheme="majorHAnsi"/>
          <w:b/>
          <w:bCs/>
          <w:color w:val="4F81BD" w:themeColor="accent1"/>
          <w:sz w:val="28"/>
          <w:szCs w:val="28"/>
        </w:rPr>
        <w:lastRenderedPageBreak/>
        <w:t>Install Crown Molding on a Mock-Up Corner</w:t>
      </w:r>
    </w:p>
    <w:p w14:paraId="27AFD9FF" w14:textId="77777777" w:rsidR="00B837B4" w:rsidRPr="00C226E8" w:rsidRDefault="00B837B4" w:rsidP="00163C88">
      <w:pPr>
        <w:pStyle w:val="Heading2"/>
        <w:spacing w:line="240" w:lineRule="auto"/>
        <w:rPr>
          <w:rFonts w:asciiTheme="minorHAnsi" w:hAnsiTheme="minorHAnsi" w:cstheme="majorHAnsi"/>
        </w:rPr>
      </w:pPr>
      <w:r w:rsidRPr="00C226E8">
        <w:rPr>
          <w:rFonts w:asciiTheme="minorHAnsi" w:hAnsiTheme="minorHAnsi" w:cstheme="majorHAnsi"/>
        </w:rPr>
        <w:t>Objective:</w:t>
      </w:r>
    </w:p>
    <w:p w14:paraId="204ACFC0" w14:textId="77777777" w:rsidR="00B837B4" w:rsidRPr="00C226E8" w:rsidRDefault="00B837B4" w:rsidP="00163C88">
      <w:pPr>
        <w:spacing w:after="0" w:line="240" w:lineRule="auto"/>
        <w:rPr>
          <w:rFonts w:cstheme="majorHAnsi"/>
        </w:rPr>
      </w:pPr>
      <w:r w:rsidRPr="00C226E8">
        <w:rPr>
          <w:rFonts w:cstheme="majorHAnsi"/>
        </w:rPr>
        <w:t>Students will learn how to measure, cut, and install crown molding on a 90° mock-up corner using miter and coping techniques.</w:t>
      </w:r>
    </w:p>
    <w:p w14:paraId="1A062C42" w14:textId="77777777" w:rsidR="00B837B4" w:rsidRPr="00C226E8" w:rsidRDefault="00B837B4" w:rsidP="00163C88">
      <w:pPr>
        <w:pStyle w:val="Heading2"/>
        <w:spacing w:line="240" w:lineRule="auto"/>
        <w:rPr>
          <w:rFonts w:asciiTheme="minorHAnsi" w:hAnsiTheme="minorHAnsi" w:cstheme="majorHAnsi"/>
        </w:rPr>
      </w:pPr>
      <w:r w:rsidRPr="00C226E8">
        <w:rPr>
          <w:rFonts w:asciiTheme="minorHAnsi" w:hAnsiTheme="minorHAnsi" w:cstheme="majorHAnsi"/>
        </w:rPr>
        <w:t>Materials Needed:</w:t>
      </w:r>
    </w:p>
    <w:p w14:paraId="79DCA428" w14:textId="77777777" w:rsidR="00B837B4" w:rsidRPr="00C226E8" w:rsidRDefault="00B837B4" w:rsidP="00163C88">
      <w:pPr>
        <w:pStyle w:val="ListBullet"/>
        <w:numPr>
          <w:ilvl w:val="0"/>
          <w:numId w:val="0"/>
        </w:numPr>
        <w:spacing w:after="0" w:line="240" w:lineRule="auto"/>
        <w:rPr>
          <w:rFonts w:cstheme="majorHAnsi"/>
        </w:rPr>
      </w:pPr>
      <w:r w:rsidRPr="00C226E8">
        <w:rPr>
          <w:rFonts w:cstheme="majorHAnsi"/>
        </w:rPr>
        <w:t>• Crown molding (wood or MDF), enough for two inside corner pieces</w:t>
      </w:r>
    </w:p>
    <w:p w14:paraId="20929DFA" w14:textId="77777777" w:rsidR="00B837B4" w:rsidRPr="00C226E8" w:rsidRDefault="00B837B4" w:rsidP="00163C88">
      <w:pPr>
        <w:pStyle w:val="ListBullet"/>
        <w:numPr>
          <w:ilvl w:val="0"/>
          <w:numId w:val="0"/>
        </w:numPr>
        <w:spacing w:after="0" w:line="240" w:lineRule="auto"/>
        <w:rPr>
          <w:rFonts w:cstheme="majorHAnsi"/>
        </w:rPr>
      </w:pPr>
      <w:r w:rsidRPr="00C226E8">
        <w:rPr>
          <w:rFonts w:cstheme="majorHAnsi"/>
        </w:rPr>
        <w:t>• 2'x2' or 2'x4' mock-up corner frame (2 walls joined at 90°)</w:t>
      </w:r>
    </w:p>
    <w:p w14:paraId="33C334A5" w14:textId="77777777" w:rsidR="00B837B4" w:rsidRPr="00C226E8" w:rsidRDefault="00B837B4" w:rsidP="00163C88">
      <w:pPr>
        <w:pStyle w:val="ListBullet"/>
        <w:numPr>
          <w:ilvl w:val="0"/>
          <w:numId w:val="0"/>
        </w:numPr>
        <w:spacing w:after="0" w:line="240" w:lineRule="auto"/>
        <w:rPr>
          <w:rFonts w:cstheme="majorHAnsi"/>
        </w:rPr>
      </w:pPr>
      <w:r w:rsidRPr="00C226E8">
        <w:rPr>
          <w:rFonts w:cstheme="majorHAnsi"/>
        </w:rPr>
        <w:t>• Miter saw (or miter box and hand saw)</w:t>
      </w:r>
    </w:p>
    <w:p w14:paraId="62C779F4" w14:textId="77777777" w:rsidR="00B837B4" w:rsidRPr="00C226E8" w:rsidRDefault="00B837B4" w:rsidP="00163C88">
      <w:pPr>
        <w:pStyle w:val="ListBullet"/>
        <w:numPr>
          <w:ilvl w:val="0"/>
          <w:numId w:val="0"/>
        </w:numPr>
        <w:spacing w:after="0" w:line="240" w:lineRule="auto"/>
        <w:rPr>
          <w:rFonts w:cstheme="majorHAnsi"/>
        </w:rPr>
      </w:pPr>
      <w:r w:rsidRPr="00C226E8">
        <w:rPr>
          <w:rFonts w:cstheme="majorHAnsi"/>
        </w:rPr>
        <w:t>• Tape measure and pencil</w:t>
      </w:r>
    </w:p>
    <w:p w14:paraId="199E6195" w14:textId="77777777" w:rsidR="00B837B4" w:rsidRPr="00C226E8" w:rsidRDefault="00B837B4" w:rsidP="00163C88">
      <w:pPr>
        <w:pStyle w:val="ListBullet"/>
        <w:numPr>
          <w:ilvl w:val="0"/>
          <w:numId w:val="0"/>
        </w:numPr>
        <w:spacing w:after="0" w:line="240" w:lineRule="auto"/>
        <w:rPr>
          <w:rFonts w:cstheme="majorHAnsi"/>
        </w:rPr>
      </w:pPr>
      <w:r w:rsidRPr="00C226E8">
        <w:rPr>
          <w:rFonts w:cstheme="majorHAnsi"/>
        </w:rPr>
        <w:t>• Wood glue</w:t>
      </w:r>
    </w:p>
    <w:p w14:paraId="6C123FBB" w14:textId="77777777" w:rsidR="00B837B4" w:rsidRPr="00C226E8" w:rsidRDefault="00B837B4" w:rsidP="00163C88">
      <w:pPr>
        <w:pStyle w:val="ListBullet"/>
        <w:numPr>
          <w:ilvl w:val="0"/>
          <w:numId w:val="0"/>
        </w:numPr>
        <w:spacing w:after="0" w:line="240" w:lineRule="auto"/>
        <w:rPr>
          <w:rFonts w:cstheme="majorHAnsi"/>
        </w:rPr>
      </w:pPr>
      <w:r w:rsidRPr="00C226E8">
        <w:rPr>
          <w:rFonts w:cstheme="majorHAnsi"/>
        </w:rPr>
        <w:t xml:space="preserve">• Finish nails or brad nails and </w:t>
      </w:r>
      <w:proofErr w:type="spellStart"/>
      <w:r w:rsidRPr="00C226E8">
        <w:rPr>
          <w:rFonts w:cstheme="majorHAnsi"/>
        </w:rPr>
        <w:t>nailer</w:t>
      </w:r>
      <w:proofErr w:type="spellEnd"/>
    </w:p>
    <w:p w14:paraId="1323E864" w14:textId="77777777" w:rsidR="00B837B4" w:rsidRPr="00C226E8" w:rsidRDefault="00B837B4" w:rsidP="00163C88">
      <w:pPr>
        <w:pStyle w:val="ListBullet"/>
        <w:numPr>
          <w:ilvl w:val="0"/>
          <w:numId w:val="0"/>
        </w:numPr>
        <w:spacing w:after="0" w:line="240" w:lineRule="auto"/>
        <w:rPr>
          <w:rFonts w:cstheme="majorHAnsi"/>
        </w:rPr>
      </w:pPr>
      <w:r w:rsidRPr="00C226E8">
        <w:rPr>
          <w:rFonts w:cstheme="majorHAnsi"/>
        </w:rPr>
        <w:t>• Sandpaper</w:t>
      </w:r>
    </w:p>
    <w:p w14:paraId="6396F6C1" w14:textId="77777777" w:rsidR="00B837B4" w:rsidRPr="00C226E8" w:rsidRDefault="00B837B4" w:rsidP="00163C88">
      <w:pPr>
        <w:pStyle w:val="ListBullet"/>
        <w:numPr>
          <w:ilvl w:val="0"/>
          <w:numId w:val="0"/>
        </w:numPr>
        <w:spacing w:after="0" w:line="240" w:lineRule="auto"/>
        <w:rPr>
          <w:rFonts w:cstheme="majorHAnsi"/>
        </w:rPr>
      </w:pPr>
      <w:r w:rsidRPr="00C226E8">
        <w:rPr>
          <w:rFonts w:cstheme="majorHAnsi"/>
        </w:rPr>
        <w:t>• Caulk and putty (optional)</w:t>
      </w:r>
    </w:p>
    <w:p w14:paraId="31852D52" w14:textId="77777777" w:rsidR="00B837B4" w:rsidRPr="00C226E8" w:rsidRDefault="00B837B4" w:rsidP="00163C88">
      <w:pPr>
        <w:pStyle w:val="ListBullet"/>
        <w:numPr>
          <w:ilvl w:val="0"/>
          <w:numId w:val="0"/>
        </w:numPr>
        <w:spacing w:after="0" w:line="240" w:lineRule="auto"/>
        <w:rPr>
          <w:rFonts w:cstheme="majorHAnsi"/>
        </w:rPr>
      </w:pPr>
      <w:r w:rsidRPr="00C226E8">
        <w:rPr>
          <w:rFonts w:cstheme="majorHAnsi"/>
        </w:rPr>
        <w:t>• Paint or finish (optional)</w:t>
      </w:r>
    </w:p>
    <w:p w14:paraId="5D286925" w14:textId="77777777" w:rsidR="00B837B4" w:rsidRPr="00C226E8" w:rsidRDefault="00B837B4" w:rsidP="00163C88">
      <w:pPr>
        <w:pStyle w:val="ListBullet"/>
        <w:numPr>
          <w:ilvl w:val="0"/>
          <w:numId w:val="0"/>
        </w:numPr>
        <w:spacing w:after="0" w:line="240" w:lineRule="auto"/>
        <w:ind w:left="360" w:hanging="360"/>
        <w:rPr>
          <w:rFonts w:cstheme="majorHAnsi"/>
        </w:rPr>
      </w:pPr>
    </w:p>
    <w:p w14:paraId="72569FC8" w14:textId="77777777" w:rsidR="00B837B4" w:rsidRPr="00C226E8" w:rsidRDefault="00B837B4" w:rsidP="00163C88">
      <w:pPr>
        <w:pStyle w:val="ListBullet"/>
        <w:numPr>
          <w:ilvl w:val="0"/>
          <w:numId w:val="0"/>
        </w:numPr>
        <w:spacing w:after="0" w:line="240" w:lineRule="auto"/>
        <w:ind w:left="360" w:hanging="360"/>
        <w:jc w:val="center"/>
        <w:rPr>
          <w:rFonts w:cstheme="majorHAnsi"/>
        </w:rPr>
      </w:pPr>
      <w:r w:rsidRPr="00C226E8">
        <w:rPr>
          <w:rFonts w:cstheme="majorHAnsi"/>
          <w:noProof/>
        </w:rPr>
        <w:drawing>
          <wp:inline distT="0" distB="0" distL="0" distR="0" wp14:anchorId="4779ADE6" wp14:editId="22112A65">
            <wp:extent cx="2804160" cy="2804160"/>
            <wp:effectExtent l="0" t="0" r="0" b="0"/>
            <wp:docPr id="2236949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694982" name="Picture 223694982"/>
                    <pic:cNvPicPr/>
                  </pic:nvPicPr>
                  <pic:blipFill>
                    <a:blip r:embed="rId10"/>
                    <a:stretch>
                      <a:fillRect/>
                    </a:stretch>
                  </pic:blipFill>
                  <pic:spPr>
                    <a:xfrm>
                      <a:off x="0" y="0"/>
                      <a:ext cx="2804160" cy="2804160"/>
                    </a:xfrm>
                    <a:prstGeom prst="rect">
                      <a:avLst/>
                    </a:prstGeom>
                  </pic:spPr>
                </pic:pic>
              </a:graphicData>
            </a:graphic>
          </wp:inline>
        </w:drawing>
      </w:r>
    </w:p>
    <w:p w14:paraId="003CB8B7" w14:textId="645CE50B" w:rsidR="00B837B4" w:rsidRPr="00C226E8" w:rsidRDefault="00B837B4" w:rsidP="00163C88">
      <w:pPr>
        <w:pStyle w:val="Heading2"/>
        <w:spacing w:line="240" w:lineRule="auto"/>
        <w:rPr>
          <w:rFonts w:asciiTheme="minorHAnsi" w:hAnsiTheme="minorHAnsi" w:cstheme="majorHAnsi"/>
        </w:rPr>
      </w:pPr>
      <w:r w:rsidRPr="00C226E8">
        <w:rPr>
          <w:rFonts w:asciiTheme="minorHAnsi" w:hAnsiTheme="minorHAnsi" w:cstheme="majorHAnsi"/>
        </w:rPr>
        <w:t>Instructions</w:t>
      </w:r>
      <w:r w:rsidR="009763D0" w:rsidRPr="00C226E8">
        <w:rPr>
          <w:rFonts w:asciiTheme="minorHAnsi" w:hAnsiTheme="minorHAnsi" w:cstheme="majorHAnsi"/>
        </w:rPr>
        <w:t xml:space="preserve">. </w:t>
      </w:r>
    </w:p>
    <w:p w14:paraId="54CA2236" w14:textId="77777777" w:rsidR="009763D0" w:rsidRPr="00C226E8" w:rsidRDefault="009763D0" w:rsidP="009763D0"/>
    <w:p w14:paraId="3486FE1A" w14:textId="7137D6E9" w:rsidR="00B837B4" w:rsidRPr="00C226E8" w:rsidRDefault="00B837B4" w:rsidP="009763D0">
      <w:pPr>
        <w:pStyle w:val="ListNumber"/>
        <w:numPr>
          <w:ilvl w:val="0"/>
          <w:numId w:val="21"/>
        </w:numPr>
        <w:spacing w:after="0" w:line="240" w:lineRule="auto"/>
        <w:rPr>
          <w:rFonts w:cstheme="majorHAnsi"/>
        </w:rPr>
      </w:pPr>
      <w:r w:rsidRPr="00C226E8">
        <w:rPr>
          <w:rFonts w:cstheme="majorHAnsi"/>
        </w:rPr>
        <w:t>Prep the Mock-Up Frame:</w:t>
      </w:r>
      <w:r w:rsidRPr="00C226E8">
        <w:rPr>
          <w:rFonts w:cstheme="majorHAnsi"/>
        </w:rPr>
        <w:br/>
        <w:t>Use two 2'x2' boards or panels joined at a 90° angle to simulate an inside corner.</w:t>
      </w:r>
    </w:p>
    <w:p w14:paraId="3D568AC0" w14:textId="77777777" w:rsidR="009763D0" w:rsidRPr="00C226E8" w:rsidRDefault="009763D0" w:rsidP="00163C88">
      <w:pPr>
        <w:pStyle w:val="ListNumber"/>
        <w:numPr>
          <w:ilvl w:val="0"/>
          <w:numId w:val="0"/>
        </w:numPr>
        <w:spacing w:after="0" w:line="240" w:lineRule="auto"/>
        <w:rPr>
          <w:rFonts w:cstheme="majorHAnsi"/>
        </w:rPr>
      </w:pPr>
    </w:p>
    <w:p w14:paraId="39CEF913" w14:textId="0769D9A3" w:rsidR="00B837B4" w:rsidRPr="00C226E8" w:rsidRDefault="00B837B4" w:rsidP="009763D0">
      <w:pPr>
        <w:pStyle w:val="ListNumber"/>
        <w:numPr>
          <w:ilvl w:val="0"/>
          <w:numId w:val="21"/>
        </w:numPr>
        <w:spacing w:after="0" w:line="240" w:lineRule="auto"/>
        <w:rPr>
          <w:rFonts w:cstheme="majorHAnsi"/>
        </w:rPr>
      </w:pPr>
      <w:r w:rsidRPr="00C226E8">
        <w:rPr>
          <w:rFonts w:cstheme="majorHAnsi"/>
        </w:rPr>
        <w:t>Measure for Crown Molding:</w:t>
      </w:r>
      <w:r w:rsidRPr="00C226E8">
        <w:rPr>
          <w:rFonts w:cstheme="majorHAnsi"/>
        </w:rPr>
        <w:br/>
        <w:t>Measure the top of each wall and mark crown molding length on the back side (the wall side).</w:t>
      </w:r>
    </w:p>
    <w:p w14:paraId="4F6CBC8D" w14:textId="77777777" w:rsidR="009763D0" w:rsidRPr="00C226E8" w:rsidRDefault="009763D0" w:rsidP="009763D0">
      <w:pPr>
        <w:pStyle w:val="ListNumber"/>
        <w:numPr>
          <w:ilvl w:val="0"/>
          <w:numId w:val="0"/>
        </w:numPr>
        <w:spacing w:after="0" w:line="240" w:lineRule="auto"/>
        <w:ind w:left="360"/>
        <w:rPr>
          <w:rFonts w:cstheme="majorHAnsi"/>
        </w:rPr>
      </w:pPr>
    </w:p>
    <w:p w14:paraId="543616A8" w14:textId="057EE3B8" w:rsidR="00B837B4" w:rsidRPr="00C226E8" w:rsidRDefault="00B837B4" w:rsidP="009763D0">
      <w:pPr>
        <w:pStyle w:val="ListNumber"/>
        <w:numPr>
          <w:ilvl w:val="0"/>
          <w:numId w:val="21"/>
        </w:numPr>
        <w:spacing w:after="0" w:line="240" w:lineRule="auto"/>
        <w:rPr>
          <w:rFonts w:cstheme="majorHAnsi"/>
        </w:rPr>
      </w:pPr>
      <w:r w:rsidRPr="00C226E8">
        <w:rPr>
          <w:rFonts w:cstheme="majorHAnsi"/>
        </w:rPr>
        <w:t>Cut the Molding:</w:t>
      </w:r>
      <w:r w:rsidRPr="00C226E8">
        <w:rPr>
          <w:rFonts w:cstheme="majorHAnsi"/>
        </w:rPr>
        <w:br/>
        <w:t>Use a miter saw set to 45° to cut inside corners. Optionally, use a coping saw to cope one end of the molding for a tighter joint.</w:t>
      </w:r>
    </w:p>
    <w:p w14:paraId="5710ABDA" w14:textId="77777777" w:rsidR="009763D0" w:rsidRPr="00C226E8" w:rsidRDefault="009763D0" w:rsidP="009763D0">
      <w:pPr>
        <w:pStyle w:val="ListNumber"/>
        <w:numPr>
          <w:ilvl w:val="0"/>
          <w:numId w:val="0"/>
        </w:numPr>
        <w:spacing w:after="0" w:line="240" w:lineRule="auto"/>
        <w:rPr>
          <w:rFonts w:cstheme="majorHAnsi"/>
        </w:rPr>
      </w:pPr>
    </w:p>
    <w:p w14:paraId="3A10132F" w14:textId="6FF2C1F6" w:rsidR="00B837B4" w:rsidRPr="00C226E8" w:rsidRDefault="00B837B4" w:rsidP="009763D0">
      <w:pPr>
        <w:pStyle w:val="ListNumber"/>
        <w:numPr>
          <w:ilvl w:val="0"/>
          <w:numId w:val="21"/>
        </w:numPr>
        <w:spacing w:after="0" w:line="240" w:lineRule="auto"/>
        <w:rPr>
          <w:rFonts w:cstheme="majorHAnsi"/>
        </w:rPr>
      </w:pPr>
      <w:r w:rsidRPr="00C226E8">
        <w:rPr>
          <w:rFonts w:cstheme="majorHAnsi"/>
        </w:rPr>
        <w:lastRenderedPageBreak/>
        <w:t>Test Fit:</w:t>
      </w:r>
      <w:r w:rsidRPr="00C226E8">
        <w:rPr>
          <w:rFonts w:cstheme="majorHAnsi"/>
        </w:rPr>
        <w:br/>
        <w:t>Dry fit both pieces against the mock-up wall to check for proper fit and clean joints.</w:t>
      </w:r>
    </w:p>
    <w:p w14:paraId="127CBFA1" w14:textId="77777777" w:rsidR="009763D0" w:rsidRPr="00C226E8" w:rsidRDefault="009763D0" w:rsidP="009763D0">
      <w:pPr>
        <w:pStyle w:val="ListNumber"/>
        <w:numPr>
          <w:ilvl w:val="0"/>
          <w:numId w:val="0"/>
        </w:numPr>
        <w:spacing w:after="0" w:line="240" w:lineRule="auto"/>
        <w:rPr>
          <w:rFonts w:cstheme="majorHAnsi"/>
        </w:rPr>
      </w:pPr>
    </w:p>
    <w:p w14:paraId="15BCB7FC" w14:textId="4F07FC71" w:rsidR="00B837B4" w:rsidRPr="00C226E8" w:rsidRDefault="00B837B4" w:rsidP="009763D0">
      <w:pPr>
        <w:pStyle w:val="ListNumber"/>
        <w:numPr>
          <w:ilvl w:val="0"/>
          <w:numId w:val="21"/>
        </w:numPr>
        <w:spacing w:after="0" w:line="240" w:lineRule="auto"/>
        <w:rPr>
          <w:rFonts w:cstheme="majorHAnsi"/>
        </w:rPr>
      </w:pPr>
      <w:r w:rsidRPr="00C226E8">
        <w:rPr>
          <w:rFonts w:cstheme="majorHAnsi"/>
        </w:rPr>
        <w:t>Attach Molding:</w:t>
      </w:r>
      <w:r w:rsidRPr="00C226E8">
        <w:rPr>
          <w:rFonts w:cstheme="majorHAnsi"/>
        </w:rPr>
        <w:br/>
        <w:t>Apply wood glue along contact surfaces. Nail the crown into place along the top and bottom edges.</w:t>
      </w:r>
    </w:p>
    <w:p w14:paraId="482D9B6F" w14:textId="77777777" w:rsidR="009763D0" w:rsidRPr="00C226E8" w:rsidRDefault="009763D0" w:rsidP="009763D0">
      <w:pPr>
        <w:pStyle w:val="ListNumber"/>
        <w:numPr>
          <w:ilvl w:val="0"/>
          <w:numId w:val="0"/>
        </w:numPr>
        <w:spacing w:after="0" w:line="240" w:lineRule="auto"/>
        <w:rPr>
          <w:rFonts w:cstheme="majorHAnsi"/>
        </w:rPr>
      </w:pPr>
    </w:p>
    <w:p w14:paraId="03EB0416" w14:textId="006C617B" w:rsidR="00B837B4" w:rsidRPr="00C226E8" w:rsidRDefault="00B837B4" w:rsidP="009763D0">
      <w:pPr>
        <w:pStyle w:val="ListNumber"/>
        <w:numPr>
          <w:ilvl w:val="0"/>
          <w:numId w:val="21"/>
        </w:numPr>
        <w:spacing w:after="0" w:line="240" w:lineRule="auto"/>
        <w:rPr>
          <w:rFonts w:cstheme="majorHAnsi"/>
        </w:rPr>
      </w:pPr>
      <w:r w:rsidRPr="00C226E8">
        <w:rPr>
          <w:rFonts w:cstheme="majorHAnsi"/>
        </w:rPr>
        <w:t>Finishing:</w:t>
      </w:r>
      <w:r w:rsidRPr="00C226E8">
        <w:rPr>
          <w:rFonts w:cstheme="majorHAnsi"/>
        </w:rPr>
        <w:br/>
        <w:t>Fill any gaps or nail holes with wood putty or caulk. Sand smooth, then paint or stain as desired.</w:t>
      </w:r>
    </w:p>
    <w:p w14:paraId="0758AFEF" w14:textId="77777777" w:rsidR="009763D0" w:rsidRPr="00C226E8" w:rsidRDefault="009763D0" w:rsidP="009763D0">
      <w:pPr>
        <w:pStyle w:val="ListNumber"/>
        <w:numPr>
          <w:ilvl w:val="0"/>
          <w:numId w:val="0"/>
        </w:numPr>
        <w:spacing w:after="0" w:line="240" w:lineRule="auto"/>
        <w:rPr>
          <w:rFonts w:cstheme="majorHAnsi"/>
        </w:rPr>
      </w:pPr>
    </w:p>
    <w:p w14:paraId="6A0862AF" w14:textId="58E46AC6" w:rsidR="00B837B4" w:rsidRPr="00C226E8" w:rsidRDefault="00B837B4" w:rsidP="009763D0">
      <w:pPr>
        <w:pStyle w:val="ListNumber"/>
        <w:numPr>
          <w:ilvl w:val="0"/>
          <w:numId w:val="21"/>
        </w:numPr>
        <w:spacing w:after="0" w:line="240" w:lineRule="auto"/>
        <w:rPr>
          <w:rFonts w:cstheme="majorHAnsi"/>
        </w:rPr>
      </w:pPr>
      <w:r w:rsidRPr="00C226E8">
        <w:rPr>
          <w:rFonts w:cstheme="majorHAnsi"/>
        </w:rPr>
        <w:t>Present and Reflect:</w:t>
      </w:r>
      <w:r w:rsidRPr="00C226E8">
        <w:rPr>
          <w:rFonts w:cstheme="majorHAnsi"/>
        </w:rPr>
        <w:br/>
        <w:t>Show your completed corner and explain your process and how you ensured clean cuts and joints.</w:t>
      </w:r>
    </w:p>
    <w:p w14:paraId="5EBEB13C" w14:textId="77777777" w:rsidR="00B837B4" w:rsidRPr="00C226E8" w:rsidRDefault="00B837B4" w:rsidP="00163C88">
      <w:pPr>
        <w:pStyle w:val="Heading2"/>
        <w:spacing w:line="240" w:lineRule="auto"/>
        <w:rPr>
          <w:rFonts w:asciiTheme="minorHAnsi" w:hAnsiTheme="minorHAnsi" w:cstheme="majorHAnsi"/>
        </w:rPr>
      </w:pPr>
      <w:r w:rsidRPr="00C226E8">
        <w:rPr>
          <w:rFonts w:asciiTheme="minorHAnsi" w:hAnsiTheme="minorHAnsi" w:cstheme="majorHAnsi"/>
        </w:rPr>
        <w:t>Reflection Questions:</w:t>
      </w:r>
    </w:p>
    <w:p w14:paraId="54A22695" w14:textId="77777777" w:rsidR="00B837B4" w:rsidRPr="00C226E8" w:rsidRDefault="00B837B4" w:rsidP="00163C88">
      <w:pPr>
        <w:pStyle w:val="ListBullet"/>
        <w:spacing w:after="0" w:line="240" w:lineRule="auto"/>
        <w:rPr>
          <w:rFonts w:cstheme="majorHAnsi"/>
        </w:rPr>
      </w:pPr>
      <w:r w:rsidRPr="00C226E8">
        <w:rPr>
          <w:rFonts w:cstheme="majorHAnsi"/>
        </w:rPr>
        <w:t>• What made aligning and cutting the crown molding challenging?</w:t>
      </w:r>
    </w:p>
    <w:p w14:paraId="6BAF0F86" w14:textId="77777777" w:rsidR="00B837B4" w:rsidRPr="00C226E8" w:rsidRDefault="00B837B4" w:rsidP="00163C88">
      <w:pPr>
        <w:pStyle w:val="ListBullet"/>
        <w:spacing w:after="0" w:line="240" w:lineRule="auto"/>
        <w:rPr>
          <w:rFonts w:cstheme="majorHAnsi"/>
        </w:rPr>
      </w:pPr>
      <w:r w:rsidRPr="00C226E8">
        <w:rPr>
          <w:rFonts w:cstheme="majorHAnsi"/>
        </w:rPr>
        <w:t>• Did you use a mitered or coped joint? Why?</w:t>
      </w:r>
    </w:p>
    <w:p w14:paraId="35F36903" w14:textId="77777777" w:rsidR="00B837B4" w:rsidRPr="00C226E8" w:rsidRDefault="00B837B4" w:rsidP="00163C88">
      <w:pPr>
        <w:pStyle w:val="ListBullet"/>
        <w:spacing w:after="0" w:line="240" w:lineRule="auto"/>
        <w:rPr>
          <w:rFonts w:cstheme="majorHAnsi"/>
        </w:rPr>
      </w:pPr>
      <w:r w:rsidRPr="00C226E8">
        <w:rPr>
          <w:rFonts w:cstheme="majorHAnsi"/>
        </w:rPr>
        <w:t>• How can you ensure tight-fitting joints in future projects?</w:t>
      </w:r>
    </w:p>
    <w:p w14:paraId="291B8277" w14:textId="032CB442" w:rsidR="00E40A57" w:rsidRDefault="00B837B4" w:rsidP="00C226E8">
      <w:pPr>
        <w:pStyle w:val="Heading2"/>
        <w:spacing w:line="240" w:lineRule="auto"/>
        <w:rPr>
          <w:rFonts w:asciiTheme="minorHAnsi" w:hAnsiTheme="minorHAnsi" w:cstheme="majorHAnsi"/>
        </w:rPr>
      </w:pPr>
      <w:r w:rsidRPr="00C226E8">
        <w:rPr>
          <w:rFonts w:asciiTheme="minorHAnsi" w:hAnsiTheme="minorHAnsi" w:cstheme="majorHAnsi"/>
        </w:rPr>
        <w:t>Project Rubric:</w:t>
      </w:r>
    </w:p>
    <w:p w14:paraId="650BEA97" w14:textId="77777777" w:rsidR="00C226E8" w:rsidRPr="00C226E8" w:rsidRDefault="00C226E8" w:rsidP="00C226E8"/>
    <w:tbl>
      <w:tblPr>
        <w:tblStyle w:val="TableGrid"/>
        <w:tblW w:w="10057" w:type="dxa"/>
        <w:tblLook w:val="04A0" w:firstRow="1" w:lastRow="0" w:firstColumn="1" w:lastColumn="0" w:noHBand="0" w:noVBand="1"/>
      </w:tblPr>
      <w:tblGrid>
        <w:gridCol w:w="3078"/>
        <w:gridCol w:w="1620"/>
        <w:gridCol w:w="1710"/>
        <w:gridCol w:w="1710"/>
        <w:gridCol w:w="1939"/>
      </w:tblGrid>
      <w:tr w:rsidR="00E40A57" w:rsidRPr="00C226E8" w14:paraId="171653B1" w14:textId="77777777" w:rsidTr="00C226E8">
        <w:trPr>
          <w:trHeight w:val="435"/>
        </w:trPr>
        <w:tc>
          <w:tcPr>
            <w:tcW w:w="3078" w:type="dxa"/>
          </w:tcPr>
          <w:p w14:paraId="1F68CC39" w14:textId="77777777" w:rsidR="00E40A57" w:rsidRPr="00C226E8" w:rsidRDefault="00E40A57" w:rsidP="00543E67">
            <w:pPr>
              <w:rPr>
                <w:b/>
                <w:bCs/>
              </w:rPr>
            </w:pPr>
            <w:r w:rsidRPr="00C226E8">
              <w:rPr>
                <w:b/>
                <w:bCs/>
              </w:rPr>
              <w:t>Criteria</w:t>
            </w:r>
          </w:p>
        </w:tc>
        <w:tc>
          <w:tcPr>
            <w:tcW w:w="1620" w:type="dxa"/>
          </w:tcPr>
          <w:p w14:paraId="126F7B01" w14:textId="77777777" w:rsidR="00E40A57" w:rsidRPr="00C226E8" w:rsidRDefault="00E40A57" w:rsidP="00543E67">
            <w:pPr>
              <w:rPr>
                <w:b/>
                <w:bCs/>
              </w:rPr>
            </w:pPr>
            <w:r w:rsidRPr="00C226E8">
              <w:rPr>
                <w:b/>
                <w:bCs/>
              </w:rPr>
              <w:t>Excellent (4)</w:t>
            </w:r>
          </w:p>
        </w:tc>
        <w:tc>
          <w:tcPr>
            <w:tcW w:w="1710" w:type="dxa"/>
          </w:tcPr>
          <w:p w14:paraId="59CE961A" w14:textId="77777777" w:rsidR="00E40A57" w:rsidRPr="00C226E8" w:rsidRDefault="00E40A57" w:rsidP="00543E67">
            <w:pPr>
              <w:rPr>
                <w:b/>
                <w:bCs/>
              </w:rPr>
            </w:pPr>
            <w:r w:rsidRPr="00C226E8">
              <w:rPr>
                <w:b/>
                <w:bCs/>
              </w:rPr>
              <w:t>Good (3)</w:t>
            </w:r>
          </w:p>
        </w:tc>
        <w:tc>
          <w:tcPr>
            <w:tcW w:w="1710" w:type="dxa"/>
          </w:tcPr>
          <w:p w14:paraId="65613AE2" w14:textId="77777777" w:rsidR="00E40A57" w:rsidRPr="00C226E8" w:rsidRDefault="00E40A57" w:rsidP="00543E67">
            <w:pPr>
              <w:rPr>
                <w:b/>
                <w:bCs/>
              </w:rPr>
            </w:pPr>
            <w:r w:rsidRPr="00C226E8">
              <w:rPr>
                <w:b/>
                <w:bCs/>
              </w:rPr>
              <w:t>Fair (2)</w:t>
            </w:r>
          </w:p>
        </w:tc>
        <w:tc>
          <w:tcPr>
            <w:tcW w:w="1939" w:type="dxa"/>
          </w:tcPr>
          <w:p w14:paraId="5E1CEF54" w14:textId="77777777" w:rsidR="00E40A57" w:rsidRPr="00C226E8" w:rsidRDefault="00E40A57" w:rsidP="00543E67">
            <w:pPr>
              <w:rPr>
                <w:b/>
                <w:bCs/>
              </w:rPr>
            </w:pPr>
            <w:r w:rsidRPr="00C226E8">
              <w:rPr>
                <w:b/>
                <w:bCs/>
              </w:rPr>
              <w:t>Needs Work (1)</w:t>
            </w:r>
          </w:p>
        </w:tc>
      </w:tr>
      <w:tr w:rsidR="00E40A57" w:rsidRPr="00C226E8" w14:paraId="55AC2DCE" w14:textId="77777777" w:rsidTr="00C226E8">
        <w:trPr>
          <w:trHeight w:val="891"/>
        </w:trPr>
        <w:tc>
          <w:tcPr>
            <w:tcW w:w="3078" w:type="dxa"/>
          </w:tcPr>
          <w:p w14:paraId="4E956F89" w14:textId="163AB466" w:rsidR="00E40A57" w:rsidRPr="00C226E8" w:rsidRDefault="00C226E8" w:rsidP="00543E67">
            <w:pPr>
              <w:rPr>
                <w:b/>
                <w:bCs/>
              </w:rPr>
            </w:pPr>
            <w:r>
              <w:rPr>
                <w:b/>
                <w:bCs/>
              </w:rPr>
              <w:t>Accurate measuring and</w:t>
            </w:r>
            <w:r w:rsidR="00E40A57" w:rsidRPr="00C226E8">
              <w:rPr>
                <w:b/>
                <w:bCs/>
              </w:rPr>
              <w:t xml:space="preserve"> layout</w:t>
            </w:r>
          </w:p>
        </w:tc>
        <w:tc>
          <w:tcPr>
            <w:tcW w:w="1620" w:type="dxa"/>
          </w:tcPr>
          <w:p w14:paraId="55E4CA7D" w14:textId="77777777" w:rsidR="00E40A57" w:rsidRPr="00C226E8" w:rsidRDefault="00E40A57" w:rsidP="00543E67"/>
        </w:tc>
        <w:tc>
          <w:tcPr>
            <w:tcW w:w="1710" w:type="dxa"/>
          </w:tcPr>
          <w:p w14:paraId="4538F095" w14:textId="77777777" w:rsidR="00E40A57" w:rsidRPr="00C226E8" w:rsidRDefault="00E40A57" w:rsidP="00543E67"/>
        </w:tc>
        <w:tc>
          <w:tcPr>
            <w:tcW w:w="1710" w:type="dxa"/>
          </w:tcPr>
          <w:p w14:paraId="34724F6F" w14:textId="77777777" w:rsidR="00E40A57" w:rsidRPr="00C226E8" w:rsidRDefault="00E40A57" w:rsidP="00543E67"/>
        </w:tc>
        <w:tc>
          <w:tcPr>
            <w:tcW w:w="1939" w:type="dxa"/>
          </w:tcPr>
          <w:p w14:paraId="205E1DDB" w14:textId="77777777" w:rsidR="00E40A57" w:rsidRPr="00C226E8" w:rsidRDefault="00E40A57" w:rsidP="00543E67"/>
        </w:tc>
      </w:tr>
      <w:tr w:rsidR="00E40A57" w:rsidRPr="00C226E8" w14:paraId="2612F89E" w14:textId="77777777" w:rsidTr="00C226E8">
        <w:trPr>
          <w:trHeight w:val="891"/>
        </w:trPr>
        <w:tc>
          <w:tcPr>
            <w:tcW w:w="3078" w:type="dxa"/>
          </w:tcPr>
          <w:p w14:paraId="49660A1B" w14:textId="77777777" w:rsidR="00E40A57" w:rsidRPr="00C226E8" w:rsidRDefault="00E40A57" w:rsidP="00543E67">
            <w:pPr>
              <w:rPr>
                <w:b/>
                <w:bCs/>
              </w:rPr>
            </w:pPr>
            <w:r w:rsidRPr="00C226E8">
              <w:rPr>
                <w:b/>
                <w:bCs/>
              </w:rPr>
              <w:t>Clean 45° or coped joints</w:t>
            </w:r>
          </w:p>
        </w:tc>
        <w:tc>
          <w:tcPr>
            <w:tcW w:w="1620" w:type="dxa"/>
          </w:tcPr>
          <w:p w14:paraId="6A9E9894" w14:textId="77777777" w:rsidR="00E40A57" w:rsidRPr="00C226E8" w:rsidRDefault="00E40A57" w:rsidP="00543E67"/>
        </w:tc>
        <w:tc>
          <w:tcPr>
            <w:tcW w:w="1710" w:type="dxa"/>
          </w:tcPr>
          <w:p w14:paraId="61505FBF" w14:textId="77777777" w:rsidR="00E40A57" w:rsidRPr="00C226E8" w:rsidRDefault="00E40A57" w:rsidP="00543E67"/>
        </w:tc>
        <w:tc>
          <w:tcPr>
            <w:tcW w:w="1710" w:type="dxa"/>
          </w:tcPr>
          <w:p w14:paraId="6376177F" w14:textId="77777777" w:rsidR="00E40A57" w:rsidRPr="00C226E8" w:rsidRDefault="00E40A57" w:rsidP="00543E67"/>
        </w:tc>
        <w:tc>
          <w:tcPr>
            <w:tcW w:w="1939" w:type="dxa"/>
          </w:tcPr>
          <w:p w14:paraId="44705FAB" w14:textId="77777777" w:rsidR="00E40A57" w:rsidRPr="00C226E8" w:rsidRDefault="00E40A57" w:rsidP="00543E67"/>
        </w:tc>
      </w:tr>
      <w:tr w:rsidR="00E40A57" w:rsidRPr="00C226E8" w14:paraId="62501350" w14:textId="77777777" w:rsidTr="00C226E8">
        <w:trPr>
          <w:trHeight w:val="435"/>
        </w:trPr>
        <w:tc>
          <w:tcPr>
            <w:tcW w:w="3078" w:type="dxa"/>
          </w:tcPr>
          <w:p w14:paraId="7BC5EDC0" w14:textId="77777777" w:rsidR="00E40A57" w:rsidRDefault="00C226E8" w:rsidP="00543E67">
            <w:pPr>
              <w:rPr>
                <w:b/>
                <w:bCs/>
              </w:rPr>
            </w:pPr>
            <w:r>
              <w:rPr>
                <w:b/>
                <w:bCs/>
              </w:rPr>
              <w:t>Proper installation and</w:t>
            </w:r>
            <w:r w:rsidR="00E40A57" w:rsidRPr="00C226E8">
              <w:rPr>
                <w:b/>
                <w:bCs/>
              </w:rPr>
              <w:t xml:space="preserve"> fit</w:t>
            </w:r>
          </w:p>
          <w:p w14:paraId="733EE4CB" w14:textId="77777777" w:rsidR="00C226E8" w:rsidRDefault="00C226E8" w:rsidP="00543E67">
            <w:pPr>
              <w:rPr>
                <w:b/>
                <w:bCs/>
              </w:rPr>
            </w:pPr>
          </w:p>
          <w:p w14:paraId="4EDC3E4D" w14:textId="77777777" w:rsidR="00C226E8" w:rsidRDefault="00C226E8" w:rsidP="00543E67">
            <w:pPr>
              <w:rPr>
                <w:b/>
                <w:bCs/>
              </w:rPr>
            </w:pPr>
          </w:p>
          <w:p w14:paraId="40D8828A" w14:textId="659E0F82" w:rsidR="00C226E8" w:rsidRPr="00C226E8" w:rsidRDefault="00C226E8" w:rsidP="00543E67">
            <w:pPr>
              <w:rPr>
                <w:b/>
                <w:bCs/>
              </w:rPr>
            </w:pPr>
          </w:p>
        </w:tc>
        <w:tc>
          <w:tcPr>
            <w:tcW w:w="1620" w:type="dxa"/>
          </w:tcPr>
          <w:p w14:paraId="4D14CA5D" w14:textId="77777777" w:rsidR="00E40A57" w:rsidRPr="00C226E8" w:rsidRDefault="00E40A57" w:rsidP="00543E67"/>
        </w:tc>
        <w:tc>
          <w:tcPr>
            <w:tcW w:w="1710" w:type="dxa"/>
          </w:tcPr>
          <w:p w14:paraId="31A430A5" w14:textId="77777777" w:rsidR="00E40A57" w:rsidRPr="00C226E8" w:rsidRDefault="00E40A57" w:rsidP="00543E67"/>
        </w:tc>
        <w:tc>
          <w:tcPr>
            <w:tcW w:w="1710" w:type="dxa"/>
          </w:tcPr>
          <w:p w14:paraId="02EB0223" w14:textId="77777777" w:rsidR="00E40A57" w:rsidRPr="00C226E8" w:rsidRDefault="00E40A57" w:rsidP="00543E67"/>
        </w:tc>
        <w:tc>
          <w:tcPr>
            <w:tcW w:w="1939" w:type="dxa"/>
          </w:tcPr>
          <w:p w14:paraId="0CBDA42D" w14:textId="77777777" w:rsidR="00E40A57" w:rsidRPr="00C226E8" w:rsidRDefault="00E40A57" w:rsidP="00543E67"/>
        </w:tc>
      </w:tr>
      <w:tr w:rsidR="00E40A57" w:rsidRPr="00C226E8" w14:paraId="06B4088D" w14:textId="77777777" w:rsidTr="00C226E8">
        <w:trPr>
          <w:trHeight w:val="891"/>
        </w:trPr>
        <w:tc>
          <w:tcPr>
            <w:tcW w:w="3078" w:type="dxa"/>
          </w:tcPr>
          <w:p w14:paraId="3501C10A" w14:textId="77777777" w:rsidR="00E40A57" w:rsidRPr="00C226E8" w:rsidRDefault="00E40A57" w:rsidP="00543E67">
            <w:pPr>
              <w:rPr>
                <w:b/>
                <w:bCs/>
              </w:rPr>
            </w:pPr>
            <w:r w:rsidRPr="00C226E8">
              <w:rPr>
                <w:b/>
                <w:bCs/>
              </w:rPr>
              <w:t>Neat finishing (caulk/paint)</w:t>
            </w:r>
          </w:p>
        </w:tc>
        <w:tc>
          <w:tcPr>
            <w:tcW w:w="1620" w:type="dxa"/>
          </w:tcPr>
          <w:p w14:paraId="1F577726" w14:textId="77777777" w:rsidR="00E40A57" w:rsidRPr="00C226E8" w:rsidRDefault="00E40A57" w:rsidP="00543E67"/>
        </w:tc>
        <w:tc>
          <w:tcPr>
            <w:tcW w:w="1710" w:type="dxa"/>
          </w:tcPr>
          <w:p w14:paraId="7982B076" w14:textId="77777777" w:rsidR="00E40A57" w:rsidRPr="00C226E8" w:rsidRDefault="00E40A57" w:rsidP="00543E67"/>
        </w:tc>
        <w:tc>
          <w:tcPr>
            <w:tcW w:w="1710" w:type="dxa"/>
          </w:tcPr>
          <w:p w14:paraId="25B89FE5" w14:textId="77777777" w:rsidR="00E40A57" w:rsidRPr="00C226E8" w:rsidRDefault="00E40A57" w:rsidP="00543E67"/>
        </w:tc>
        <w:tc>
          <w:tcPr>
            <w:tcW w:w="1939" w:type="dxa"/>
          </w:tcPr>
          <w:p w14:paraId="36DAE5F0" w14:textId="77777777" w:rsidR="00E40A57" w:rsidRPr="00C226E8" w:rsidRDefault="00E40A57" w:rsidP="00543E67"/>
        </w:tc>
      </w:tr>
      <w:tr w:rsidR="00E40A57" w:rsidRPr="00C226E8" w14:paraId="0ABD385F" w14:textId="77777777" w:rsidTr="00C226E8">
        <w:trPr>
          <w:trHeight w:val="863"/>
        </w:trPr>
        <w:tc>
          <w:tcPr>
            <w:tcW w:w="3078" w:type="dxa"/>
          </w:tcPr>
          <w:p w14:paraId="43B8ACF7" w14:textId="203966B5" w:rsidR="00E40A57" w:rsidRPr="00C226E8" w:rsidRDefault="00C226E8" w:rsidP="00543E67">
            <w:pPr>
              <w:rPr>
                <w:b/>
                <w:bCs/>
              </w:rPr>
            </w:pPr>
            <w:r>
              <w:rPr>
                <w:b/>
                <w:bCs/>
              </w:rPr>
              <w:t>Safety and</w:t>
            </w:r>
            <w:r w:rsidR="00E40A57" w:rsidRPr="00C226E8">
              <w:rPr>
                <w:b/>
                <w:bCs/>
              </w:rPr>
              <w:t xml:space="preserve"> tool handling</w:t>
            </w:r>
          </w:p>
        </w:tc>
        <w:tc>
          <w:tcPr>
            <w:tcW w:w="1620" w:type="dxa"/>
          </w:tcPr>
          <w:p w14:paraId="1ED04BDC" w14:textId="77777777" w:rsidR="00E40A57" w:rsidRPr="00C226E8" w:rsidRDefault="00E40A57" w:rsidP="00543E67"/>
        </w:tc>
        <w:tc>
          <w:tcPr>
            <w:tcW w:w="1710" w:type="dxa"/>
          </w:tcPr>
          <w:p w14:paraId="37FAFF61" w14:textId="77777777" w:rsidR="00E40A57" w:rsidRPr="00C226E8" w:rsidRDefault="00E40A57" w:rsidP="00543E67"/>
        </w:tc>
        <w:tc>
          <w:tcPr>
            <w:tcW w:w="1710" w:type="dxa"/>
          </w:tcPr>
          <w:p w14:paraId="3323F884" w14:textId="77777777" w:rsidR="00E40A57" w:rsidRPr="00C226E8" w:rsidRDefault="00E40A57" w:rsidP="00543E67"/>
        </w:tc>
        <w:tc>
          <w:tcPr>
            <w:tcW w:w="1939" w:type="dxa"/>
          </w:tcPr>
          <w:p w14:paraId="0601B659" w14:textId="77777777" w:rsidR="00E40A57" w:rsidRPr="00C226E8" w:rsidRDefault="00E40A57" w:rsidP="00543E67"/>
        </w:tc>
      </w:tr>
    </w:tbl>
    <w:p w14:paraId="6E995A84" w14:textId="77777777" w:rsidR="00C226E8" w:rsidRPr="00C226E8" w:rsidRDefault="00C226E8" w:rsidP="00C226E8">
      <w:pPr>
        <w:pStyle w:val="Heading1"/>
        <w:spacing w:before="0" w:line="240" w:lineRule="auto"/>
        <w:rPr>
          <w:rFonts w:asciiTheme="minorHAnsi" w:hAnsiTheme="minorHAnsi"/>
        </w:rPr>
      </w:pPr>
      <w:r w:rsidRPr="00C226E8">
        <w:rPr>
          <w:rFonts w:asciiTheme="minorHAnsi" w:hAnsiTheme="minorHAnsi"/>
        </w:rPr>
        <w:t xml:space="preserve">Score         </w:t>
      </w:r>
      <w:r>
        <w:rPr>
          <w:rFonts w:asciiTheme="minorHAnsi" w:hAnsiTheme="minorHAnsi"/>
        </w:rPr>
        <w:t xml:space="preserve">                            /20</w:t>
      </w:r>
    </w:p>
    <w:p w14:paraId="1828454B" w14:textId="13EFB903" w:rsidR="00E40A57" w:rsidRPr="00C226E8" w:rsidRDefault="00E40A57" w:rsidP="00E40A57">
      <w:bookmarkStart w:id="0" w:name="_GoBack"/>
      <w:bookmarkEnd w:id="0"/>
    </w:p>
    <w:p w14:paraId="2908309B" w14:textId="77777777" w:rsidR="00577F48" w:rsidRPr="00C226E8" w:rsidRDefault="00577F48" w:rsidP="00163C88">
      <w:pPr>
        <w:spacing w:after="0" w:line="240" w:lineRule="auto"/>
        <w:rPr>
          <w:rFonts w:cstheme="majorHAnsi"/>
        </w:rPr>
      </w:pPr>
    </w:p>
    <w:p w14:paraId="29A3688D" w14:textId="77777777" w:rsidR="00856721" w:rsidRPr="00C226E8" w:rsidRDefault="00856721" w:rsidP="00163C88">
      <w:pPr>
        <w:spacing w:after="0" w:line="240" w:lineRule="auto"/>
        <w:rPr>
          <w:rFonts w:cstheme="majorHAnsi"/>
        </w:rPr>
      </w:pPr>
    </w:p>
    <w:sectPr w:rsidR="00856721" w:rsidRPr="00C226E8" w:rsidSect="00B54D9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multilevel"/>
    <w:tmpl w:val="528C1BC4"/>
    <w:lvl w:ilvl="0">
      <w:start w:val="1"/>
      <w:numFmt w:val="decimal"/>
      <w:pStyle w:val="ListNumber"/>
      <w:lvlText w:val="%1."/>
      <w:lvlJc w:val="left"/>
      <w:pPr>
        <w:tabs>
          <w:tab w:val="num" w:pos="360"/>
        </w:tabs>
        <w:ind w:left="36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nsid w:val="FFFFFF89"/>
    <w:multiLevelType w:val="singleLevel"/>
    <w:tmpl w:val="C92E8696"/>
    <w:lvl w:ilvl="0">
      <w:start w:val="1"/>
      <w:numFmt w:val="bullet"/>
      <w:pStyle w:val="ListBullet"/>
      <w:lvlText w:val=""/>
      <w:lvlJc w:val="left"/>
      <w:pPr>
        <w:tabs>
          <w:tab w:val="num" w:pos="360"/>
        </w:tabs>
        <w:ind w:left="360" w:hanging="360"/>
      </w:pPr>
      <w:rPr>
        <w:rFonts w:ascii="Symbol" w:hAnsi="Symbol" w:hint="default"/>
      </w:rPr>
    </w:lvl>
  </w:abstractNum>
  <w:abstractNum w:abstractNumId="9">
    <w:nsid w:val="09037817"/>
    <w:multiLevelType w:val="hybridMultilevel"/>
    <w:tmpl w:val="3476F684"/>
    <w:lvl w:ilvl="0" w:tplc="8B2483C8">
      <w:start w:val="1"/>
      <w:numFmt w:val="decimal"/>
      <w:lvlText w:val="%1."/>
      <w:lvlJc w:val="left"/>
      <w:pPr>
        <w:ind w:left="360" w:hanging="360"/>
      </w:pPr>
      <w:rPr>
        <w:rFonts w:cstheme="maj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A864849"/>
    <w:multiLevelType w:val="multilevel"/>
    <w:tmpl w:val="D2989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8DA4478"/>
    <w:multiLevelType w:val="hybridMultilevel"/>
    <w:tmpl w:val="E4D42B0E"/>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D5561E9"/>
    <w:multiLevelType w:val="hybridMultilevel"/>
    <w:tmpl w:val="E2C67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9484B4A"/>
    <w:multiLevelType w:val="hybridMultilevel"/>
    <w:tmpl w:val="41642A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B4C0581"/>
    <w:multiLevelType w:val="multilevel"/>
    <w:tmpl w:val="A296E8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73E722DC"/>
    <w:multiLevelType w:val="hybridMultilevel"/>
    <w:tmpl w:val="E676F2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BE025E7"/>
    <w:multiLevelType w:val="hybridMultilevel"/>
    <w:tmpl w:val="884C50C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7"/>
    <w:lvlOverride w:ilvl="0">
      <w:startOverride w:val="3"/>
    </w:lvlOverride>
  </w:num>
  <w:num w:numId="11">
    <w:abstractNumId w:val="12"/>
  </w:num>
  <w:num w:numId="12">
    <w:abstractNumId w:val="7"/>
    <w:lvlOverride w:ilvl="0">
      <w:startOverride w:val="5"/>
    </w:lvlOverride>
  </w:num>
  <w:num w:numId="13">
    <w:abstractNumId w:val="16"/>
  </w:num>
  <w:num w:numId="14">
    <w:abstractNumId w:val="13"/>
  </w:num>
  <w:num w:numId="15">
    <w:abstractNumId w:val="10"/>
  </w:num>
  <w:num w:numId="16">
    <w:abstractNumId w:val="14"/>
  </w:num>
  <w:num w:numId="17">
    <w:abstractNumId w:val="9"/>
  </w:num>
  <w:num w:numId="18">
    <w:abstractNumId w:val="7"/>
    <w:lvlOverride w:ilvl="0">
      <w:startOverride w:val="2"/>
    </w:lvlOverride>
  </w:num>
  <w:num w:numId="19">
    <w:abstractNumId w:val="7"/>
    <w:lvlOverride w:ilvl="0">
      <w:startOverride w:val="2"/>
    </w:lvlOverride>
  </w:num>
  <w:num w:numId="20">
    <w:abstractNumId w:val="7"/>
    <w:lvlOverride w:ilvl="0">
      <w:startOverride w:val="1"/>
    </w:lvlOverride>
  </w:num>
  <w:num w:numId="21">
    <w:abstractNumId w:val="15"/>
  </w:num>
  <w:num w:numId="2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25112"/>
    <w:rsid w:val="00034616"/>
    <w:rsid w:val="00037AFB"/>
    <w:rsid w:val="0006063C"/>
    <w:rsid w:val="00090803"/>
    <w:rsid w:val="0010575D"/>
    <w:rsid w:val="0015074B"/>
    <w:rsid w:val="00163C88"/>
    <w:rsid w:val="001D2F37"/>
    <w:rsid w:val="00262EF1"/>
    <w:rsid w:val="0029639D"/>
    <w:rsid w:val="00326F90"/>
    <w:rsid w:val="00430581"/>
    <w:rsid w:val="00577F48"/>
    <w:rsid w:val="006C37D0"/>
    <w:rsid w:val="006F2B5D"/>
    <w:rsid w:val="00856721"/>
    <w:rsid w:val="00944BE9"/>
    <w:rsid w:val="009763D0"/>
    <w:rsid w:val="00AA1D8D"/>
    <w:rsid w:val="00B47730"/>
    <w:rsid w:val="00B54D9E"/>
    <w:rsid w:val="00B65CD4"/>
    <w:rsid w:val="00B837B4"/>
    <w:rsid w:val="00C226E8"/>
    <w:rsid w:val="00C767A9"/>
    <w:rsid w:val="00CB0664"/>
    <w:rsid w:val="00CC4342"/>
    <w:rsid w:val="00DD1D90"/>
    <w:rsid w:val="00DD38DE"/>
    <w:rsid w:val="00E40A57"/>
    <w:rsid w:val="00F15762"/>
    <w:rsid w:val="00F9023B"/>
    <w:rsid w:val="00FC693F"/>
    <w:rsid w:val="00FE0EB1"/>
    <w:rsid w:val="00FE1998"/>
    <w:rsid w:val="00FE676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698A3F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Hyperlink">
    <w:name w:val="Hyperlink"/>
    <w:basedOn w:val="DefaultParagraphFont"/>
    <w:uiPriority w:val="99"/>
    <w:unhideWhenUsed/>
    <w:rsid w:val="0010575D"/>
    <w:rPr>
      <w:color w:val="0000FF" w:themeColor="hyperlink"/>
      <w:u w:val="single"/>
    </w:rPr>
  </w:style>
  <w:style w:type="character" w:customStyle="1" w:styleId="UnresolvedMention">
    <w:name w:val="Unresolved Mention"/>
    <w:basedOn w:val="DefaultParagraphFont"/>
    <w:uiPriority w:val="99"/>
    <w:semiHidden/>
    <w:unhideWhenUsed/>
    <w:rsid w:val="0010575D"/>
    <w:rPr>
      <w:color w:val="605E5C"/>
      <w:shd w:val="clear" w:color="auto" w:fill="E1DFDD"/>
    </w:rPr>
  </w:style>
  <w:style w:type="paragraph" w:styleId="BalloonText">
    <w:name w:val="Balloon Text"/>
    <w:basedOn w:val="Normal"/>
    <w:link w:val="BalloonTextChar"/>
    <w:uiPriority w:val="99"/>
    <w:semiHidden/>
    <w:unhideWhenUsed/>
    <w:rsid w:val="00C226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26E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Hyperlink">
    <w:name w:val="Hyperlink"/>
    <w:basedOn w:val="DefaultParagraphFont"/>
    <w:uiPriority w:val="99"/>
    <w:unhideWhenUsed/>
    <w:rsid w:val="0010575D"/>
    <w:rPr>
      <w:color w:val="0000FF" w:themeColor="hyperlink"/>
      <w:u w:val="single"/>
    </w:rPr>
  </w:style>
  <w:style w:type="character" w:customStyle="1" w:styleId="UnresolvedMention">
    <w:name w:val="Unresolved Mention"/>
    <w:basedOn w:val="DefaultParagraphFont"/>
    <w:uiPriority w:val="99"/>
    <w:semiHidden/>
    <w:unhideWhenUsed/>
    <w:rsid w:val="0010575D"/>
    <w:rPr>
      <w:color w:val="605E5C"/>
      <w:shd w:val="clear" w:color="auto" w:fill="E1DFDD"/>
    </w:rPr>
  </w:style>
  <w:style w:type="paragraph" w:styleId="BalloonText">
    <w:name w:val="Balloon Text"/>
    <w:basedOn w:val="Normal"/>
    <w:link w:val="BalloonTextChar"/>
    <w:uiPriority w:val="99"/>
    <w:semiHidden/>
    <w:unhideWhenUsed/>
    <w:rsid w:val="00C226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26E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417255">
      <w:bodyDiv w:val="1"/>
      <w:marLeft w:val="0"/>
      <w:marRight w:val="0"/>
      <w:marTop w:val="0"/>
      <w:marBottom w:val="0"/>
      <w:divBdr>
        <w:top w:val="none" w:sz="0" w:space="0" w:color="auto"/>
        <w:left w:val="none" w:sz="0" w:space="0" w:color="auto"/>
        <w:bottom w:val="none" w:sz="0" w:space="0" w:color="auto"/>
        <w:right w:val="none" w:sz="0" w:space="0" w:color="auto"/>
      </w:divBdr>
      <w:divsChild>
        <w:div w:id="620495918">
          <w:marLeft w:val="0"/>
          <w:marRight w:val="0"/>
          <w:marTop w:val="0"/>
          <w:marBottom w:val="0"/>
          <w:divBdr>
            <w:top w:val="none" w:sz="0" w:space="0" w:color="auto"/>
            <w:left w:val="none" w:sz="0" w:space="0" w:color="auto"/>
            <w:bottom w:val="none" w:sz="0" w:space="0" w:color="auto"/>
            <w:right w:val="none" w:sz="0" w:space="0" w:color="auto"/>
          </w:divBdr>
          <w:divsChild>
            <w:div w:id="389504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871331">
      <w:bodyDiv w:val="1"/>
      <w:marLeft w:val="0"/>
      <w:marRight w:val="0"/>
      <w:marTop w:val="0"/>
      <w:marBottom w:val="0"/>
      <w:divBdr>
        <w:top w:val="none" w:sz="0" w:space="0" w:color="auto"/>
        <w:left w:val="none" w:sz="0" w:space="0" w:color="auto"/>
        <w:bottom w:val="none" w:sz="0" w:space="0" w:color="auto"/>
        <w:right w:val="none" w:sz="0" w:space="0" w:color="auto"/>
      </w:divBdr>
      <w:divsChild>
        <w:div w:id="1598830579">
          <w:marLeft w:val="0"/>
          <w:marRight w:val="0"/>
          <w:marTop w:val="0"/>
          <w:marBottom w:val="0"/>
          <w:divBdr>
            <w:top w:val="none" w:sz="0" w:space="0" w:color="auto"/>
            <w:left w:val="none" w:sz="0" w:space="0" w:color="auto"/>
            <w:bottom w:val="none" w:sz="0" w:space="0" w:color="auto"/>
            <w:right w:val="none" w:sz="0" w:space="0" w:color="auto"/>
          </w:divBdr>
          <w:divsChild>
            <w:div w:id="57274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344442">
      <w:bodyDiv w:val="1"/>
      <w:marLeft w:val="0"/>
      <w:marRight w:val="0"/>
      <w:marTop w:val="0"/>
      <w:marBottom w:val="0"/>
      <w:divBdr>
        <w:top w:val="none" w:sz="0" w:space="0" w:color="auto"/>
        <w:left w:val="none" w:sz="0" w:space="0" w:color="auto"/>
        <w:bottom w:val="none" w:sz="0" w:space="0" w:color="auto"/>
        <w:right w:val="none" w:sz="0" w:space="0" w:color="auto"/>
      </w:divBdr>
      <w:divsChild>
        <w:div w:id="477192630">
          <w:marLeft w:val="0"/>
          <w:marRight w:val="0"/>
          <w:marTop w:val="0"/>
          <w:marBottom w:val="0"/>
          <w:divBdr>
            <w:top w:val="none" w:sz="0" w:space="0" w:color="auto"/>
            <w:left w:val="none" w:sz="0" w:space="0" w:color="auto"/>
            <w:bottom w:val="none" w:sz="0" w:space="0" w:color="auto"/>
            <w:right w:val="none" w:sz="0" w:space="0" w:color="auto"/>
          </w:divBdr>
          <w:divsChild>
            <w:div w:id="1412190698">
              <w:marLeft w:val="0"/>
              <w:marRight w:val="0"/>
              <w:marTop w:val="0"/>
              <w:marBottom w:val="0"/>
              <w:divBdr>
                <w:top w:val="none" w:sz="0" w:space="0" w:color="auto"/>
                <w:left w:val="none" w:sz="0" w:space="0" w:color="auto"/>
                <w:bottom w:val="none" w:sz="0" w:space="0" w:color="auto"/>
                <w:right w:val="none" w:sz="0" w:space="0" w:color="auto"/>
              </w:divBdr>
              <w:divsChild>
                <w:div w:id="904948672">
                  <w:marLeft w:val="0"/>
                  <w:marRight w:val="0"/>
                  <w:marTop w:val="0"/>
                  <w:marBottom w:val="0"/>
                  <w:divBdr>
                    <w:top w:val="none" w:sz="0" w:space="0" w:color="auto"/>
                    <w:left w:val="none" w:sz="0" w:space="0" w:color="auto"/>
                    <w:bottom w:val="none" w:sz="0" w:space="0" w:color="auto"/>
                    <w:right w:val="none" w:sz="0" w:space="0" w:color="auto"/>
                  </w:divBdr>
                  <w:divsChild>
                    <w:div w:id="1977222517">
                      <w:marLeft w:val="0"/>
                      <w:marRight w:val="0"/>
                      <w:marTop w:val="0"/>
                      <w:marBottom w:val="0"/>
                      <w:divBdr>
                        <w:top w:val="none" w:sz="0" w:space="0" w:color="auto"/>
                        <w:left w:val="none" w:sz="0" w:space="0" w:color="auto"/>
                        <w:bottom w:val="none" w:sz="0" w:space="0" w:color="auto"/>
                        <w:right w:val="none" w:sz="0" w:space="0" w:color="auto"/>
                      </w:divBdr>
                      <w:divsChild>
                        <w:div w:id="586422343">
                          <w:marLeft w:val="0"/>
                          <w:marRight w:val="0"/>
                          <w:marTop w:val="0"/>
                          <w:marBottom w:val="0"/>
                          <w:divBdr>
                            <w:top w:val="none" w:sz="0" w:space="0" w:color="auto"/>
                            <w:left w:val="none" w:sz="0" w:space="0" w:color="auto"/>
                            <w:bottom w:val="none" w:sz="0" w:space="0" w:color="auto"/>
                            <w:right w:val="none" w:sz="0" w:space="0" w:color="auto"/>
                          </w:divBdr>
                          <w:divsChild>
                            <w:div w:id="945423908">
                              <w:marLeft w:val="0"/>
                              <w:marRight w:val="0"/>
                              <w:marTop w:val="0"/>
                              <w:marBottom w:val="0"/>
                              <w:divBdr>
                                <w:top w:val="none" w:sz="0" w:space="0" w:color="auto"/>
                                <w:left w:val="none" w:sz="0" w:space="0" w:color="auto"/>
                                <w:bottom w:val="none" w:sz="0" w:space="0" w:color="auto"/>
                                <w:right w:val="none" w:sz="0" w:space="0" w:color="auto"/>
                              </w:divBdr>
                              <w:divsChild>
                                <w:div w:id="6252906">
                                  <w:marLeft w:val="0"/>
                                  <w:marRight w:val="0"/>
                                  <w:marTop w:val="0"/>
                                  <w:marBottom w:val="0"/>
                                  <w:divBdr>
                                    <w:top w:val="none" w:sz="0" w:space="0" w:color="auto"/>
                                    <w:left w:val="none" w:sz="0" w:space="0" w:color="auto"/>
                                    <w:bottom w:val="none" w:sz="0" w:space="0" w:color="auto"/>
                                    <w:right w:val="none" w:sz="0" w:space="0" w:color="auto"/>
                                  </w:divBdr>
                                  <w:divsChild>
                                    <w:div w:id="175357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0278405">
                      <w:marLeft w:val="0"/>
                      <w:marRight w:val="0"/>
                      <w:marTop w:val="0"/>
                      <w:marBottom w:val="0"/>
                      <w:divBdr>
                        <w:top w:val="none" w:sz="0" w:space="0" w:color="auto"/>
                        <w:left w:val="none" w:sz="0" w:space="0" w:color="auto"/>
                        <w:bottom w:val="none" w:sz="0" w:space="0" w:color="auto"/>
                        <w:right w:val="none" w:sz="0" w:space="0" w:color="auto"/>
                      </w:divBdr>
                      <w:divsChild>
                        <w:div w:id="137095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0962667">
      <w:bodyDiv w:val="1"/>
      <w:marLeft w:val="0"/>
      <w:marRight w:val="0"/>
      <w:marTop w:val="0"/>
      <w:marBottom w:val="0"/>
      <w:divBdr>
        <w:top w:val="none" w:sz="0" w:space="0" w:color="auto"/>
        <w:left w:val="none" w:sz="0" w:space="0" w:color="auto"/>
        <w:bottom w:val="none" w:sz="0" w:space="0" w:color="auto"/>
        <w:right w:val="none" w:sz="0" w:space="0" w:color="auto"/>
      </w:divBdr>
      <w:divsChild>
        <w:div w:id="1266188041">
          <w:marLeft w:val="0"/>
          <w:marRight w:val="0"/>
          <w:marTop w:val="0"/>
          <w:marBottom w:val="0"/>
          <w:divBdr>
            <w:top w:val="none" w:sz="0" w:space="0" w:color="auto"/>
            <w:left w:val="none" w:sz="0" w:space="0" w:color="auto"/>
            <w:bottom w:val="none" w:sz="0" w:space="0" w:color="auto"/>
            <w:right w:val="none" w:sz="0" w:space="0" w:color="auto"/>
          </w:divBdr>
          <w:divsChild>
            <w:div w:id="1664090761">
              <w:marLeft w:val="0"/>
              <w:marRight w:val="0"/>
              <w:marTop w:val="0"/>
              <w:marBottom w:val="0"/>
              <w:divBdr>
                <w:top w:val="none" w:sz="0" w:space="0" w:color="auto"/>
                <w:left w:val="none" w:sz="0" w:space="0" w:color="auto"/>
                <w:bottom w:val="none" w:sz="0" w:space="0" w:color="auto"/>
                <w:right w:val="none" w:sz="0" w:space="0" w:color="auto"/>
              </w:divBdr>
              <w:divsChild>
                <w:div w:id="1934783028">
                  <w:marLeft w:val="0"/>
                  <w:marRight w:val="0"/>
                  <w:marTop w:val="0"/>
                  <w:marBottom w:val="0"/>
                  <w:divBdr>
                    <w:top w:val="none" w:sz="0" w:space="0" w:color="auto"/>
                    <w:left w:val="none" w:sz="0" w:space="0" w:color="auto"/>
                    <w:bottom w:val="none" w:sz="0" w:space="0" w:color="auto"/>
                    <w:right w:val="none" w:sz="0" w:space="0" w:color="auto"/>
                  </w:divBdr>
                  <w:divsChild>
                    <w:div w:id="249968841">
                      <w:marLeft w:val="0"/>
                      <w:marRight w:val="0"/>
                      <w:marTop w:val="0"/>
                      <w:marBottom w:val="0"/>
                      <w:divBdr>
                        <w:top w:val="none" w:sz="0" w:space="0" w:color="auto"/>
                        <w:left w:val="none" w:sz="0" w:space="0" w:color="auto"/>
                        <w:bottom w:val="none" w:sz="0" w:space="0" w:color="auto"/>
                        <w:right w:val="none" w:sz="0" w:space="0" w:color="auto"/>
                      </w:divBdr>
                      <w:divsChild>
                        <w:div w:id="362366464">
                          <w:marLeft w:val="0"/>
                          <w:marRight w:val="0"/>
                          <w:marTop w:val="0"/>
                          <w:marBottom w:val="0"/>
                          <w:divBdr>
                            <w:top w:val="none" w:sz="0" w:space="0" w:color="auto"/>
                            <w:left w:val="none" w:sz="0" w:space="0" w:color="auto"/>
                            <w:bottom w:val="none" w:sz="0" w:space="0" w:color="auto"/>
                            <w:right w:val="none" w:sz="0" w:space="0" w:color="auto"/>
                          </w:divBdr>
                          <w:divsChild>
                            <w:div w:id="793518620">
                              <w:marLeft w:val="0"/>
                              <w:marRight w:val="0"/>
                              <w:marTop w:val="0"/>
                              <w:marBottom w:val="0"/>
                              <w:divBdr>
                                <w:top w:val="none" w:sz="0" w:space="0" w:color="auto"/>
                                <w:left w:val="none" w:sz="0" w:space="0" w:color="auto"/>
                                <w:bottom w:val="none" w:sz="0" w:space="0" w:color="auto"/>
                                <w:right w:val="none" w:sz="0" w:space="0" w:color="auto"/>
                              </w:divBdr>
                              <w:divsChild>
                                <w:div w:id="1608417217">
                                  <w:marLeft w:val="0"/>
                                  <w:marRight w:val="0"/>
                                  <w:marTop w:val="0"/>
                                  <w:marBottom w:val="0"/>
                                  <w:divBdr>
                                    <w:top w:val="none" w:sz="0" w:space="0" w:color="auto"/>
                                    <w:left w:val="none" w:sz="0" w:space="0" w:color="auto"/>
                                    <w:bottom w:val="none" w:sz="0" w:space="0" w:color="auto"/>
                                    <w:right w:val="none" w:sz="0" w:space="0" w:color="auto"/>
                                  </w:divBdr>
                                  <w:divsChild>
                                    <w:div w:id="763186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5919148">
                      <w:marLeft w:val="0"/>
                      <w:marRight w:val="0"/>
                      <w:marTop w:val="0"/>
                      <w:marBottom w:val="0"/>
                      <w:divBdr>
                        <w:top w:val="none" w:sz="0" w:space="0" w:color="auto"/>
                        <w:left w:val="none" w:sz="0" w:space="0" w:color="auto"/>
                        <w:bottom w:val="none" w:sz="0" w:space="0" w:color="auto"/>
                        <w:right w:val="none" w:sz="0" w:space="0" w:color="auto"/>
                      </w:divBdr>
                      <w:divsChild>
                        <w:div w:id="26773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1870465">
      <w:bodyDiv w:val="1"/>
      <w:marLeft w:val="0"/>
      <w:marRight w:val="0"/>
      <w:marTop w:val="0"/>
      <w:marBottom w:val="0"/>
      <w:divBdr>
        <w:top w:val="none" w:sz="0" w:space="0" w:color="auto"/>
        <w:left w:val="none" w:sz="0" w:space="0" w:color="auto"/>
        <w:bottom w:val="none" w:sz="0" w:space="0" w:color="auto"/>
        <w:right w:val="none" w:sz="0" w:space="0" w:color="auto"/>
      </w:divBdr>
      <w:divsChild>
        <w:div w:id="650134072">
          <w:marLeft w:val="0"/>
          <w:marRight w:val="0"/>
          <w:marTop w:val="0"/>
          <w:marBottom w:val="0"/>
          <w:divBdr>
            <w:top w:val="none" w:sz="0" w:space="0" w:color="auto"/>
            <w:left w:val="none" w:sz="0" w:space="0" w:color="auto"/>
            <w:bottom w:val="none" w:sz="0" w:space="0" w:color="auto"/>
            <w:right w:val="none" w:sz="0" w:space="0" w:color="auto"/>
          </w:divBdr>
          <w:divsChild>
            <w:div w:id="43170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802707">
      <w:bodyDiv w:val="1"/>
      <w:marLeft w:val="0"/>
      <w:marRight w:val="0"/>
      <w:marTop w:val="0"/>
      <w:marBottom w:val="0"/>
      <w:divBdr>
        <w:top w:val="none" w:sz="0" w:space="0" w:color="auto"/>
        <w:left w:val="none" w:sz="0" w:space="0" w:color="auto"/>
        <w:bottom w:val="none" w:sz="0" w:space="0" w:color="auto"/>
        <w:right w:val="none" w:sz="0" w:space="0" w:color="auto"/>
      </w:divBdr>
      <w:divsChild>
        <w:div w:id="1576862975">
          <w:marLeft w:val="0"/>
          <w:marRight w:val="0"/>
          <w:marTop w:val="0"/>
          <w:marBottom w:val="0"/>
          <w:divBdr>
            <w:top w:val="none" w:sz="0" w:space="0" w:color="auto"/>
            <w:left w:val="none" w:sz="0" w:space="0" w:color="auto"/>
            <w:bottom w:val="none" w:sz="0" w:space="0" w:color="auto"/>
            <w:right w:val="none" w:sz="0" w:space="0" w:color="auto"/>
          </w:divBdr>
          <w:divsChild>
            <w:div w:id="145144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991913">
      <w:bodyDiv w:val="1"/>
      <w:marLeft w:val="0"/>
      <w:marRight w:val="0"/>
      <w:marTop w:val="0"/>
      <w:marBottom w:val="0"/>
      <w:divBdr>
        <w:top w:val="none" w:sz="0" w:space="0" w:color="auto"/>
        <w:left w:val="none" w:sz="0" w:space="0" w:color="auto"/>
        <w:bottom w:val="none" w:sz="0" w:space="0" w:color="auto"/>
        <w:right w:val="none" w:sz="0" w:space="0" w:color="auto"/>
      </w:divBdr>
      <w:divsChild>
        <w:div w:id="492526787">
          <w:marLeft w:val="0"/>
          <w:marRight w:val="0"/>
          <w:marTop w:val="0"/>
          <w:marBottom w:val="0"/>
          <w:divBdr>
            <w:top w:val="none" w:sz="0" w:space="0" w:color="auto"/>
            <w:left w:val="none" w:sz="0" w:space="0" w:color="auto"/>
            <w:bottom w:val="none" w:sz="0" w:space="0" w:color="auto"/>
            <w:right w:val="none" w:sz="0" w:space="0" w:color="auto"/>
          </w:divBdr>
          <w:divsChild>
            <w:div w:id="1130634012">
              <w:marLeft w:val="0"/>
              <w:marRight w:val="0"/>
              <w:marTop w:val="0"/>
              <w:marBottom w:val="0"/>
              <w:divBdr>
                <w:top w:val="none" w:sz="0" w:space="0" w:color="auto"/>
                <w:left w:val="none" w:sz="0" w:space="0" w:color="auto"/>
                <w:bottom w:val="none" w:sz="0" w:space="0" w:color="auto"/>
                <w:right w:val="none" w:sz="0" w:space="0" w:color="auto"/>
              </w:divBdr>
              <w:divsChild>
                <w:div w:id="1588731794">
                  <w:marLeft w:val="0"/>
                  <w:marRight w:val="0"/>
                  <w:marTop w:val="0"/>
                  <w:marBottom w:val="0"/>
                  <w:divBdr>
                    <w:top w:val="none" w:sz="0" w:space="0" w:color="auto"/>
                    <w:left w:val="none" w:sz="0" w:space="0" w:color="auto"/>
                    <w:bottom w:val="none" w:sz="0" w:space="0" w:color="auto"/>
                    <w:right w:val="none" w:sz="0" w:space="0" w:color="auto"/>
                  </w:divBdr>
                  <w:divsChild>
                    <w:div w:id="481703636">
                      <w:marLeft w:val="0"/>
                      <w:marRight w:val="0"/>
                      <w:marTop w:val="0"/>
                      <w:marBottom w:val="0"/>
                      <w:divBdr>
                        <w:top w:val="none" w:sz="0" w:space="0" w:color="auto"/>
                        <w:left w:val="none" w:sz="0" w:space="0" w:color="auto"/>
                        <w:bottom w:val="none" w:sz="0" w:space="0" w:color="auto"/>
                        <w:right w:val="none" w:sz="0" w:space="0" w:color="auto"/>
                      </w:divBdr>
                      <w:divsChild>
                        <w:div w:id="985280519">
                          <w:marLeft w:val="0"/>
                          <w:marRight w:val="0"/>
                          <w:marTop w:val="0"/>
                          <w:marBottom w:val="0"/>
                          <w:divBdr>
                            <w:top w:val="none" w:sz="0" w:space="0" w:color="auto"/>
                            <w:left w:val="none" w:sz="0" w:space="0" w:color="auto"/>
                            <w:bottom w:val="none" w:sz="0" w:space="0" w:color="auto"/>
                            <w:right w:val="none" w:sz="0" w:space="0" w:color="auto"/>
                          </w:divBdr>
                          <w:divsChild>
                            <w:div w:id="2122651271">
                              <w:marLeft w:val="0"/>
                              <w:marRight w:val="0"/>
                              <w:marTop w:val="0"/>
                              <w:marBottom w:val="0"/>
                              <w:divBdr>
                                <w:top w:val="none" w:sz="0" w:space="0" w:color="auto"/>
                                <w:left w:val="none" w:sz="0" w:space="0" w:color="auto"/>
                                <w:bottom w:val="none" w:sz="0" w:space="0" w:color="auto"/>
                                <w:right w:val="none" w:sz="0" w:space="0" w:color="auto"/>
                              </w:divBdr>
                              <w:divsChild>
                                <w:div w:id="907958939">
                                  <w:marLeft w:val="0"/>
                                  <w:marRight w:val="0"/>
                                  <w:marTop w:val="0"/>
                                  <w:marBottom w:val="0"/>
                                  <w:divBdr>
                                    <w:top w:val="none" w:sz="0" w:space="0" w:color="auto"/>
                                    <w:left w:val="none" w:sz="0" w:space="0" w:color="auto"/>
                                    <w:bottom w:val="none" w:sz="0" w:space="0" w:color="auto"/>
                                    <w:right w:val="none" w:sz="0" w:space="0" w:color="auto"/>
                                  </w:divBdr>
                                  <w:divsChild>
                                    <w:div w:id="424426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2651692">
                      <w:marLeft w:val="0"/>
                      <w:marRight w:val="0"/>
                      <w:marTop w:val="0"/>
                      <w:marBottom w:val="0"/>
                      <w:divBdr>
                        <w:top w:val="none" w:sz="0" w:space="0" w:color="auto"/>
                        <w:left w:val="none" w:sz="0" w:space="0" w:color="auto"/>
                        <w:bottom w:val="none" w:sz="0" w:space="0" w:color="auto"/>
                        <w:right w:val="none" w:sz="0" w:space="0" w:color="auto"/>
                      </w:divBdr>
                      <w:divsChild>
                        <w:div w:id="2072926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1474379">
      <w:bodyDiv w:val="1"/>
      <w:marLeft w:val="0"/>
      <w:marRight w:val="0"/>
      <w:marTop w:val="0"/>
      <w:marBottom w:val="0"/>
      <w:divBdr>
        <w:top w:val="none" w:sz="0" w:space="0" w:color="auto"/>
        <w:left w:val="none" w:sz="0" w:space="0" w:color="auto"/>
        <w:bottom w:val="none" w:sz="0" w:space="0" w:color="auto"/>
        <w:right w:val="none" w:sz="0" w:space="0" w:color="auto"/>
      </w:divBdr>
    </w:div>
    <w:div w:id="1681199885">
      <w:bodyDiv w:val="1"/>
      <w:marLeft w:val="0"/>
      <w:marRight w:val="0"/>
      <w:marTop w:val="0"/>
      <w:marBottom w:val="0"/>
      <w:divBdr>
        <w:top w:val="none" w:sz="0" w:space="0" w:color="auto"/>
        <w:left w:val="none" w:sz="0" w:space="0" w:color="auto"/>
        <w:bottom w:val="none" w:sz="0" w:space="0" w:color="auto"/>
        <w:right w:val="none" w:sz="0" w:space="0" w:color="auto"/>
      </w:divBdr>
      <w:divsChild>
        <w:div w:id="1500540316">
          <w:marLeft w:val="0"/>
          <w:marRight w:val="0"/>
          <w:marTop w:val="0"/>
          <w:marBottom w:val="0"/>
          <w:divBdr>
            <w:top w:val="none" w:sz="0" w:space="0" w:color="auto"/>
            <w:left w:val="none" w:sz="0" w:space="0" w:color="auto"/>
            <w:bottom w:val="none" w:sz="0" w:space="0" w:color="auto"/>
            <w:right w:val="none" w:sz="0" w:space="0" w:color="auto"/>
          </w:divBdr>
          <w:divsChild>
            <w:div w:id="2058581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871620">
      <w:bodyDiv w:val="1"/>
      <w:marLeft w:val="0"/>
      <w:marRight w:val="0"/>
      <w:marTop w:val="0"/>
      <w:marBottom w:val="0"/>
      <w:divBdr>
        <w:top w:val="none" w:sz="0" w:space="0" w:color="auto"/>
        <w:left w:val="none" w:sz="0" w:space="0" w:color="auto"/>
        <w:bottom w:val="none" w:sz="0" w:space="0" w:color="auto"/>
        <w:right w:val="none" w:sz="0" w:space="0" w:color="auto"/>
      </w:divBdr>
      <w:divsChild>
        <w:div w:id="85080104">
          <w:marLeft w:val="0"/>
          <w:marRight w:val="0"/>
          <w:marTop w:val="0"/>
          <w:marBottom w:val="0"/>
          <w:divBdr>
            <w:top w:val="none" w:sz="0" w:space="0" w:color="auto"/>
            <w:left w:val="none" w:sz="0" w:space="0" w:color="auto"/>
            <w:bottom w:val="none" w:sz="0" w:space="0" w:color="auto"/>
            <w:right w:val="none" w:sz="0" w:space="0" w:color="auto"/>
          </w:divBdr>
          <w:divsChild>
            <w:div w:id="541135957">
              <w:marLeft w:val="0"/>
              <w:marRight w:val="0"/>
              <w:marTop w:val="0"/>
              <w:marBottom w:val="0"/>
              <w:divBdr>
                <w:top w:val="none" w:sz="0" w:space="0" w:color="auto"/>
                <w:left w:val="none" w:sz="0" w:space="0" w:color="auto"/>
                <w:bottom w:val="none" w:sz="0" w:space="0" w:color="auto"/>
                <w:right w:val="none" w:sz="0" w:space="0" w:color="auto"/>
              </w:divBdr>
              <w:divsChild>
                <w:div w:id="876938932">
                  <w:marLeft w:val="0"/>
                  <w:marRight w:val="0"/>
                  <w:marTop w:val="0"/>
                  <w:marBottom w:val="0"/>
                  <w:divBdr>
                    <w:top w:val="none" w:sz="0" w:space="0" w:color="auto"/>
                    <w:left w:val="none" w:sz="0" w:space="0" w:color="auto"/>
                    <w:bottom w:val="none" w:sz="0" w:space="0" w:color="auto"/>
                    <w:right w:val="none" w:sz="0" w:space="0" w:color="auto"/>
                  </w:divBdr>
                  <w:divsChild>
                    <w:div w:id="1587687583">
                      <w:marLeft w:val="0"/>
                      <w:marRight w:val="0"/>
                      <w:marTop w:val="0"/>
                      <w:marBottom w:val="0"/>
                      <w:divBdr>
                        <w:top w:val="none" w:sz="0" w:space="0" w:color="auto"/>
                        <w:left w:val="none" w:sz="0" w:space="0" w:color="auto"/>
                        <w:bottom w:val="none" w:sz="0" w:space="0" w:color="auto"/>
                        <w:right w:val="none" w:sz="0" w:space="0" w:color="auto"/>
                      </w:divBdr>
                      <w:divsChild>
                        <w:div w:id="815222845">
                          <w:marLeft w:val="0"/>
                          <w:marRight w:val="0"/>
                          <w:marTop w:val="0"/>
                          <w:marBottom w:val="0"/>
                          <w:divBdr>
                            <w:top w:val="none" w:sz="0" w:space="0" w:color="auto"/>
                            <w:left w:val="none" w:sz="0" w:space="0" w:color="auto"/>
                            <w:bottom w:val="none" w:sz="0" w:space="0" w:color="auto"/>
                            <w:right w:val="none" w:sz="0" w:space="0" w:color="auto"/>
                          </w:divBdr>
                          <w:divsChild>
                            <w:div w:id="1114983234">
                              <w:marLeft w:val="0"/>
                              <w:marRight w:val="0"/>
                              <w:marTop w:val="0"/>
                              <w:marBottom w:val="0"/>
                              <w:divBdr>
                                <w:top w:val="none" w:sz="0" w:space="0" w:color="auto"/>
                                <w:left w:val="none" w:sz="0" w:space="0" w:color="auto"/>
                                <w:bottom w:val="none" w:sz="0" w:space="0" w:color="auto"/>
                                <w:right w:val="none" w:sz="0" w:space="0" w:color="auto"/>
                              </w:divBdr>
                              <w:divsChild>
                                <w:div w:id="1827625255">
                                  <w:marLeft w:val="0"/>
                                  <w:marRight w:val="0"/>
                                  <w:marTop w:val="0"/>
                                  <w:marBottom w:val="0"/>
                                  <w:divBdr>
                                    <w:top w:val="none" w:sz="0" w:space="0" w:color="auto"/>
                                    <w:left w:val="none" w:sz="0" w:space="0" w:color="auto"/>
                                    <w:bottom w:val="none" w:sz="0" w:space="0" w:color="auto"/>
                                    <w:right w:val="none" w:sz="0" w:space="0" w:color="auto"/>
                                  </w:divBdr>
                                  <w:divsChild>
                                    <w:div w:id="143694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1547733">
                      <w:marLeft w:val="0"/>
                      <w:marRight w:val="0"/>
                      <w:marTop w:val="0"/>
                      <w:marBottom w:val="0"/>
                      <w:divBdr>
                        <w:top w:val="none" w:sz="0" w:space="0" w:color="auto"/>
                        <w:left w:val="none" w:sz="0" w:space="0" w:color="auto"/>
                        <w:bottom w:val="none" w:sz="0" w:space="0" w:color="auto"/>
                        <w:right w:val="none" w:sz="0" w:space="0" w:color="auto"/>
                      </w:divBdr>
                      <w:divsChild>
                        <w:div w:id="1784575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1652006">
      <w:bodyDiv w:val="1"/>
      <w:marLeft w:val="0"/>
      <w:marRight w:val="0"/>
      <w:marTop w:val="0"/>
      <w:marBottom w:val="0"/>
      <w:divBdr>
        <w:top w:val="none" w:sz="0" w:space="0" w:color="auto"/>
        <w:left w:val="none" w:sz="0" w:space="0" w:color="auto"/>
        <w:bottom w:val="none" w:sz="0" w:space="0" w:color="auto"/>
        <w:right w:val="none" w:sz="0" w:space="0" w:color="auto"/>
      </w:divBdr>
      <w:divsChild>
        <w:div w:id="936409020">
          <w:marLeft w:val="0"/>
          <w:marRight w:val="0"/>
          <w:marTop w:val="0"/>
          <w:marBottom w:val="0"/>
          <w:divBdr>
            <w:top w:val="none" w:sz="0" w:space="0" w:color="auto"/>
            <w:left w:val="none" w:sz="0" w:space="0" w:color="auto"/>
            <w:bottom w:val="none" w:sz="0" w:space="0" w:color="auto"/>
            <w:right w:val="none" w:sz="0" w:space="0" w:color="auto"/>
          </w:divBdr>
          <w:divsChild>
            <w:div w:id="488909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28864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tyles" Target="style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805391-D2EF-4ADB-B95F-D26496D624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202</TotalTime>
  <Pages>12</Pages>
  <Words>1908</Words>
  <Characters>10882</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12765</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andreashtest@gmail.com</cp:lastModifiedBy>
  <cp:revision>10</cp:revision>
  <dcterms:created xsi:type="dcterms:W3CDTF">2025-06-16T14:44:00Z</dcterms:created>
  <dcterms:modified xsi:type="dcterms:W3CDTF">2025-08-14T19:12:00Z</dcterms:modified>
  <cp:category/>
</cp:coreProperties>
</file>