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COMPUTER APPRECIATION AND APPLICATION</w:t>
        <w:br/>
        <w:t>ASSIGNMENT ANSWERS</w:t>
      </w:r>
    </w:p>
    <w:p>
      <w:r>
        <w:t>QUESTION 1</w:t>
      </w:r>
    </w:p>
    <w:p/>
    <w:p>
      <w:r>
        <w:t>a. Define a computer and explain its four major functions.</w:t>
      </w:r>
    </w:p>
    <w:p/>
    <w:p>
      <w:r>
        <w:t>A computer is an electronic device that processes data into useful information. It accepts input, processes it, stores data, and produces output.</w:t>
      </w:r>
    </w:p>
    <w:p/>
    <w:p>
      <w:r>
        <w:t>The four major functions of a computer are:</w:t>
      </w:r>
    </w:p>
    <w:p>
      <w:r>
        <w:t>1. Input: Entering data using devices like keyboard and mouse.</w:t>
      </w:r>
    </w:p>
    <w:p>
      <w:r>
        <w:t>2. Processing: CPU performs calculations and logical operations.</w:t>
      </w:r>
    </w:p>
    <w:p>
      <w:r>
        <w:t>3. Storage: Stores data temporarily (RAM) or permanently (hard drive).</w:t>
      </w:r>
    </w:p>
    <w:p>
      <w:r>
        <w:t>4. Output: Displays results via monitor, printer, etc.</w:t>
      </w:r>
    </w:p>
    <w:p/>
    <w:p>
      <w:r>
        <w:t>b. Describe the basic components of a computer system with examples.</w:t>
      </w:r>
    </w:p>
    <w:p/>
    <w:p>
      <w:r>
        <w:t>The components include:</w:t>
      </w:r>
    </w:p>
    <w:p>
      <w:r>
        <w:t>- Hardware: Physical parts (keyboard, mouse, monitor).</w:t>
      </w:r>
    </w:p>
    <w:p>
      <w:r>
        <w:t>- CPU: Brain of the computer (ALU and CU).</w:t>
      </w:r>
    </w:p>
    <w:p>
      <w:r>
        <w:t>- Memory: RAM, ROM, hard disk.</w:t>
      </w:r>
    </w:p>
    <w:p>
      <w:r>
        <w:t>- Output Devices: Monitor, printer.</w:t>
      </w:r>
    </w:p>
    <w:p>
      <w:r>
        <w:t>- Software: Programs like Windows and Microsoft Word.</w:t>
      </w:r>
    </w:p>
    <w:p/>
    <w:p/>
    <w:p>
      <w:r>
        <w:t>QUESTION 2</w:t>
      </w:r>
    </w:p>
    <w:p/>
    <w:p>
      <w:r>
        <w:t>a. Differentiate between hardware and software.</w:t>
      </w:r>
    </w:p>
    <w:p/>
    <w:p>
      <w:r>
        <w:t>Hardware: Physical parts you can touch.</w:t>
      </w:r>
    </w:p>
    <w:p>
      <w:r>
        <w:t>Software: Programs that control the computer.</w:t>
      </w:r>
    </w:p>
    <w:p/>
    <w:p>
      <w:r>
        <w:t>b. Explain the two main types of software.</w:t>
      </w:r>
    </w:p>
    <w:p/>
    <w:p>
      <w:r>
        <w:t>System Software: Windows, macOS, Linux.</w:t>
      </w:r>
    </w:p>
    <w:p>
      <w:r>
        <w:t>Application Software: Microsoft Word, Excel, Google Chrome.</w:t>
      </w:r>
    </w:p>
    <w:p/>
    <w:p/>
    <w:p>
      <w:r>
        <w:t>QUESTION 3</w:t>
      </w:r>
    </w:p>
    <w:p/>
    <w:p>
      <w:r>
        <w:t>a. Explain the concept of booting.</w:t>
      </w:r>
    </w:p>
    <w:p/>
    <w:p>
      <w:r>
        <w:t>Booting is the process of starting a computer and loading the operating system.</w:t>
      </w:r>
    </w:p>
    <w:p/>
    <w:p>
      <w:r>
        <w:t>b. Step-by-step booting process:</w:t>
      </w:r>
    </w:p>
    <w:p>
      <w:r>
        <w:t>1. POST checks hardware.</w:t>
      </w:r>
    </w:p>
    <w:p>
      <w:r>
        <w:t>2. BIOS/UEFI initializes system.</w:t>
      </w:r>
    </w:p>
    <w:p>
      <w:r>
        <w:t>3. Bootloader loads OS.</w:t>
      </w:r>
    </w:p>
    <w:p>
      <w:r>
        <w:t>4. OS starts and displays interface.</w:t>
      </w:r>
    </w:p>
    <w:p/>
    <w:p/>
    <w:p>
      <w:r>
        <w:t>QUESTION 4</w:t>
      </w:r>
    </w:p>
    <w:p/>
    <w:p>
      <w:r>
        <w:t>a. Define file management.</w:t>
      </w:r>
    </w:p>
    <w:p/>
    <w:p>
      <w:r>
        <w:t>File management is organizing, storing, and retrieving files.</w:t>
      </w:r>
    </w:p>
    <w:p/>
    <w:p>
      <w:r>
        <w:t>b. Five file operations:</w:t>
      </w:r>
    </w:p>
    <w:p>
      <w:r>
        <w:t>- Creating files</w:t>
      </w:r>
    </w:p>
    <w:p>
      <w:r>
        <w:t>- Saving files</w:t>
      </w:r>
    </w:p>
    <w:p>
      <w:r>
        <w:t>- Opening files</w:t>
      </w:r>
    </w:p>
    <w:p>
      <w:r>
        <w:t>- Renaming files</w:t>
      </w:r>
    </w:p>
    <w:p>
      <w:r>
        <w:t>- Deleting files</w:t>
      </w:r>
    </w:p>
    <w:p/>
    <w:p/>
    <w:p>
      <w:r>
        <w:t>QUESTION 5</w:t>
      </w:r>
    </w:p>
    <w:p/>
    <w:p>
      <w:r>
        <w:t>a. Applications in healthcare:</w:t>
      </w:r>
    </w:p>
    <w:p>
      <w:r>
        <w:t>- Electronic Health Records</w:t>
      </w:r>
    </w:p>
    <w:p>
      <w:r>
        <w:t>- Medical diagnosis</w:t>
      </w:r>
    </w:p>
    <w:p>
      <w:r>
        <w:t>- Telemedicine</w:t>
      </w:r>
    </w:p>
    <w:p>
      <w:r>
        <w:t>- Surgical robots</w:t>
      </w:r>
    </w:p>
    <w:p/>
    <w:p>
      <w:r>
        <w:t>b. Common problems and solutions:</w:t>
      </w:r>
    </w:p>
    <w:p>
      <w:r>
        <w:t>- Slow system: Close apps</w:t>
      </w:r>
    </w:p>
    <w:p>
      <w:r>
        <w:t>- Freezing: Restart</w:t>
      </w:r>
    </w:p>
    <w:p>
      <w:r>
        <w:t>- No internet: Check router</w:t>
      </w:r>
    </w:p>
    <w:p>
      <w:r>
        <w:t>- App not responding: Force close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